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2337"/>
        <w:gridCol w:w="2400"/>
        <w:gridCol w:w="3491"/>
      </w:tblGrid>
      <w:tr w:rsidR="00606DAD" w:rsidRPr="001252CC" w14:paraId="422A0050" w14:textId="77777777" w:rsidTr="001252CC">
        <w:trPr>
          <w:cantSplit/>
          <w:trHeight w:val="493"/>
        </w:trPr>
        <w:tc>
          <w:tcPr>
            <w:tcW w:w="1661" w:type="dxa"/>
            <w:vMerge w:val="restart"/>
            <w:vAlign w:val="center"/>
          </w:tcPr>
          <w:p w14:paraId="14E3CB7A" w14:textId="2972081E" w:rsidR="00606DAD" w:rsidRPr="001252CC" w:rsidRDefault="001252CC" w:rsidP="00E1084C">
            <w:pPr>
              <w:jc w:val="center"/>
              <w:rPr>
                <w:rFonts w:asciiTheme="majorHAnsi" w:hAnsiTheme="majorHAnsi" w:cstheme="majorHAns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D1B309D" wp14:editId="39980C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-39370</wp:posOffset>
                  </wp:positionV>
                  <wp:extent cx="922020" cy="1089025"/>
                  <wp:effectExtent l="0" t="0" r="0" b="0"/>
                  <wp:wrapNone/>
                  <wp:docPr id="4980835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6DAD" w:rsidRPr="001252CC">
              <w:rPr>
                <w:rFonts w:asciiTheme="majorHAnsi" w:hAnsiTheme="majorHAnsi" w:cstheme="majorHAnsi"/>
                <w:noProof/>
                <w:lang w:val="ro-RO"/>
              </w:rPr>
              <w:t xml:space="preserve"> </w:t>
            </w:r>
          </w:p>
          <w:p w14:paraId="0201C391" w14:textId="77777777" w:rsidR="00606DAD" w:rsidRPr="001252CC" w:rsidRDefault="00606DAD" w:rsidP="00E1084C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228" w:type="dxa"/>
            <w:gridSpan w:val="3"/>
            <w:shd w:val="clear" w:color="auto" w:fill="F0F0F0"/>
          </w:tcPr>
          <w:p w14:paraId="707B3841" w14:textId="7926B65A" w:rsidR="00606DAD" w:rsidRPr="001252CC" w:rsidRDefault="00203527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0D33">
              <w:rPr>
                <w:rFonts w:asciiTheme="majorHAnsi" w:hAnsiTheme="majorHAnsi" w:cstheme="majorHAnsi"/>
                <w:b/>
                <w:sz w:val="28"/>
                <w:szCs w:val="28"/>
              </w:rPr>
              <w:t>JUDEȚUL ARGEȘ</w:t>
            </w:r>
            <w:r w:rsidR="00606DAD" w:rsidRPr="001252C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606DAD" w:rsidRPr="001252CC" w14:paraId="5FC5C26C" w14:textId="77777777" w:rsidTr="001252CC">
        <w:trPr>
          <w:cantSplit/>
          <w:trHeight w:val="493"/>
        </w:trPr>
        <w:tc>
          <w:tcPr>
            <w:tcW w:w="1661" w:type="dxa"/>
            <w:vMerge/>
          </w:tcPr>
          <w:p w14:paraId="605AC9B6" w14:textId="77777777" w:rsidR="00606DAD" w:rsidRPr="001252CC" w:rsidRDefault="00606DAD" w:rsidP="00E1084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228" w:type="dxa"/>
            <w:gridSpan w:val="3"/>
            <w:shd w:val="clear" w:color="auto" w:fill="F0F0F0"/>
          </w:tcPr>
          <w:p w14:paraId="15F9445B" w14:textId="77777777" w:rsidR="00606DAD" w:rsidRPr="00203527" w:rsidRDefault="00606DAD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Autoritatea</w:t>
            </w:r>
            <w:proofErr w:type="spellEnd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administrației</w:t>
            </w:r>
            <w:proofErr w:type="spellEnd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publice</w:t>
            </w:r>
            <w:proofErr w:type="spellEnd"/>
          </w:p>
          <w:p w14:paraId="16C0067E" w14:textId="77777777" w:rsidR="00606DAD" w:rsidRPr="00203527" w:rsidRDefault="00606DAD" w:rsidP="00E1084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0352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CONSILIUL JUDEȚEAN ARGEȘ</w:t>
            </w:r>
          </w:p>
        </w:tc>
      </w:tr>
      <w:tr w:rsidR="00606DAD" w:rsidRPr="001252CC" w14:paraId="1B6AAFE7" w14:textId="77777777" w:rsidTr="001252CC">
        <w:trPr>
          <w:cantSplit/>
          <w:trHeight w:val="493"/>
        </w:trPr>
        <w:tc>
          <w:tcPr>
            <w:tcW w:w="1661" w:type="dxa"/>
            <w:vMerge/>
          </w:tcPr>
          <w:p w14:paraId="40C0A158" w14:textId="77777777" w:rsidR="00606DAD" w:rsidRPr="001252CC" w:rsidRDefault="00606DAD" w:rsidP="00E1084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37" w:type="dxa"/>
            <w:shd w:val="clear" w:color="auto" w:fill="F0F0F0"/>
          </w:tcPr>
          <w:p w14:paraId="38FA8D54" w14:textId="77777777" w:rsidR="00606DAD" w:rsidRPr="00203527" w:rsidRDefault="00606DAD" w:rsidP="00E1084C">
            <w:pPr>
              <w:rPr>
                <w:rFonts w:asciiTheme="majorHAnsi" w:hAnsiTheme="majorHAnsi" w:cstheme="majorHAnsi"/>
                <w:sz w:val="16"/>
                <w:szCs w:val="16"/>
                <w:lang w:val="fr-FR"/>
              </w:rPr>
            </w:pPr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 xml:space="preserve">Cod de </w:t>
            </w:r>
            <w:proofErr w:type="spellStart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>identificare</w:t>
            </w:r>
            <w:proofErr w:type="spellEnd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>fiscală</w:t>
            </w:r>
            <w:proofErr w:type="spellEnd"/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 xml:space="preserve"> (CIF)</w:t>
            </w:r>
          </w:p>
          <w:p w14:paraId="7F0C999E" w14:textId="77777777" w:rsidR="00606DAD" w:rsidRPr="001252CC" w:rsidRDefault="00606DAD" w:rsidP="00E1084C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1252CC">
              <w:rPr>
                <w:rFonts w:asciiTheme="majorHAnsi" w:hAnsiTheme="majorHAnsi" w:cstheme="majorHAns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891" w:type="dxa"/>
            <w:gridSpan w:val="2"/>
            <w:shd w:val="clear" w:color="auto" w:fill="F0F0F0"/>
          </w:tcPr>
          <w:p w14:paraId="764E7C6A" w14:textId="77777777" w:rsidR="00B73741" w:rsidRPr="00203527" w:rsidRDefault="00B73741" w:rsidP="00E1084C">
            <w:pPr>
              <w:rPr>
                <w:rFonts w:asciiTheme="majorHAnsi" w:hAnsiTheme="majorHAnsi" w:cstheme="majorHAnsi"/>
                <w:sz w:val="16"/>
                <w:szCs w:val="16"/>
                <w:lang w:val="pt-BR"/>
              </w:rPr>
            </w:pPr>
            <w:r w:rsidRPr="00203527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pt-BR"/>
              </w:rPr>
              <w:t>Adresa oficială</w:t>
            </w:r>
          </w:p>
          <w:p w14:paraId="3C07E199" w14:textId="77777777" w:rsidR="00B73741" w:rsidRPr="001252CC" w:rsidRDefault="00B73741" w:rsidP="00E1084C">
            <w:pPr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</w:pPr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: 110053</w:t>
            </w:r>
          </w:p>
          <w:p w14:paraId="62BD8380" w14:textId="1566846D" w:rsidR="00606DAD" w:rsidRPr="001252CC" w:rsidRDefault="00B73741" w:rsidP="00E1084C">
            <w:pPr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606DAD" w:rsidRPr="001252CC" w14:paraId="707F1EDE" w14:textId="77777777" w:rsidTr="001252CC">
        <w:trPr>
          <w:cantSplit/>
          <w:trHeight w:val="493"/>
        </w:trPr>
        <w:tc>
          <w:tcPr>
            <w:tcW w:w="1661" w:type="dxa"/>
            <w:vMerge/>
          </w:tcPr>
          <w:p w14:paraId="66EAE1B2" w14:textId="77777777" w:rsidR="00606DAD" w:rsidRPr="001252CC" w:rsidRDefault="00606DAD" w:rsidP="00E1084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37" w:type="dxa"/>
            <w:gridSpan w:val="2"/>
            <w:shd w:val="clear" w:color="auto" w:fill="F0F0F0"/>
          </w:tcPr>
          <w:p w14:paraId="5BE14D05" w14:textId="77777777" w:rsidR="00606DAD" w:rsidRPr="001252CC" w:rsidRDefault="00606DAD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1252CC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1252CC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1252CC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491" w:type="dxa"/>
            <w:shd w:val="clear" w:color="auto" w:fill="F0F0F0"/>
          </w:tcPr>
          <w:p w14:paraId="6D548D1C" w14:textId="77777777" w:rsidR="00606DAD" w:rsidRPr="001252CC" w:rsidRDefault="00606DAD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1252CC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Data</w:t>
            </w:r>
          </w:p>
          <w:p w14:paraId="5FB65246" w14:textId="77777777" w:rsidR="00606DAD" w:rsidRPr="001252CC" w:rsidRDefault="00606DAD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79F54518" w14:textId="66154C4D" w:rsidR="00BD4241" w:rsidRPr="001252CC" w:rsidRDefault="00B73741" w:rsidP="00E1084C">
      <w:pPr>
        <w:tabs>
          <w:tab w:val="left" w:pos="1272"/>
          <w:tab w:val="center" w:pos="4819"/>
        </w:tabs>
        <w:spacing w:before="140" w:after="40"/>
        <w:rPr>
          <w:rFonts w:asciiTheme="majorHAnsi" w:hAnsiTheme="majorHAnsi" w:cstheme="majorHAnsi"/>
          <w:sz w:val="28"/>
          <w:szCs w:val="28"/>
        </w:rPr>
      </w:pPr>
      <w:r w:rsidRPr="001252CC">
        <w:rPr>
          <w:rFonts w:asciiTheme="majorHAnsi" w:hAnsiTheme="majorHAnsi" w:cstheme="majorHAnsi"/>
          <w:b/>
          <w:sz w:val="28"/>
          <w:szCs w:val="28"/>
        </w:rPr>
        <w:tab/>
      </w:r>
      <w:r w:rsidRPr="001252CC">
        <w:rPr>
          <w:rFonts w:asciiTheme="majorHAnsi" w:hAnsiTheme="majorHAnsi" w:cstheme="majorHAnsi"/>
          <w:b/>
          <w:sz w:val="28"/>
          <w:szCs w:val="28"/>
        </w:rPr>
        <w:tab/>
      </w:r>
      <w:r w:rsidR="00EF0495" w:rsidRPr="001252CC">
        <w:rPr>
          <w:rFonts w:asciiTheme="majorHAnsi" w:hAnsiTheme="majorHAnsi" w:cstheme="majorHAnsi"/>
          <w:b/>
          <w:sz w:val="28"/>
          <w:szCs w:val="28"/>
        </w:rPr>
        <w:t>CERERE</w:t>
      </w:r>
    </w:p>
    <w:p w14:paraId="5168B443" w14:textId="77777777" w:rsidR="00BD4241" w:rsidRPr="001252CC" w:rsidRDefault="00BD4241" w:rsidP="00E1084C">
      <w:pPr>
        <w:spacing w:after="60" w:line="168" w:lineRule="auto"/>
        <w:rPr>
          <w:rFonts w:asciiTheme="majorHAnsi" w:hAnsiTheme="majorHAnsi" w:cstheme="majorHAnsi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D4241" w:rsidRPr="001252CC" w14:paraId="5B8127F4" w14:textId="77777777" w:rsidTr="002D6789">
        <w:tc>
          <w:tcPr>
            <w:tcW w:w="9889" w:type="dxa"/>
            <w:shd w:val="clear" w:color="auto" w:fill="F4F4F4"/>
          </w:tcPr>
          <w:p w14:paraId="38D842A3" w14:textId="77777777" w:rsidR="00BD4241" w:rsidRPr="00E1084C" w:rsidRDefault="00EF0495" w:rsidP="002D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b/>
                <w:sz w:val="16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CĂTRE</w:t>
            </w:r>
          </w:p>
        </w:tc>
      </w:tr>
      <w:tr w:rsidR="00BD4241" w:rsidRPr="001252CC" w14:paraId="224D3884" w14:textId="77777777" w:rsidTr="002D6789">
        <w:trPr>
          <w:trHeight w:val="510"/>
        </w:trPr>
        <w:tc>
          <w:tcPr>
            <w:tcW w:w="9889" w:type="dxa"/>
          </w:tcPr>
          <w:p w14:paraId="04E69316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>Instituția</w:t>
            </w:r>
            <w:proofErr w:type="spellEnd"/>
          </w:p>
          <w:p w14:paraId="7AA618D4" w14:textId="4FC3CDCD" w:rsidR="00E1084C" w:rsidRPr="001252CC" w:rsidRDefault="00E1084C" w:rsidP="002D6789">
            <w:pPr>
              <w:rPr>
                <w:rFonts w:asciiTheme="majorHAnsi" w:hAnsiTheme="majorHAnsi" w:cstheme="majorHAnsi"/>
                <w:lang w:val="fr-FR"/>
              </w:rPr>
            </w:pPr>
            <w:r w:rsidRPr="00131165">
              <w:rPr>
                <w:rFonts w:asciiTheme="majorHAnsi" w:hAnsiTheme="majorHAnsi" w:cstheme="majorHAnsi"/>
                <w:b/>
                <w:sz w:val="22"/>
                <w:lang w:eastAsia="ro-RO"/>
              </w:rPr>
              <w:t>CONSILIUL JUDEȚEAN ARGEȘ</w:t>
            </w:r>
          </w:p>
          <w:p w14:paraId="10337CF3" w14:textId="25BB247D" w:rsidR="00BD4241" w:rsidRPr="001252CC" w:rsidRDefault="00EF0495" w:rsidP="002D6789">
            <w:pPr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municipiului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orașului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comunei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de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sector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consiliul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județean</w:t>
            </w:r>
            <w:proofErr w:type="spellEnd"/>
          </w:p>
        </w:tc>
      </w:tr>
      <w:tr w:rsidR="00BD4241" w:rsidRPr="001252CC" w14:paraId="046C4EE0" w14:textId="77777777" w:rsidTr="002D6789">
        <w:tc>
          <w:tcPr>
            <w:tcW w:w="9889" w:type="dxa"/>
            <w:shd w:val="clear" w:color="auto" w:fill="F4F4F4"/>
          </w:tcPr>
          <w:p w14:paraId="077DE950" w14:textId="77777777" w:rsidR="00BD4241" w:rsidRPr="001252CC" w:rsidRDefault="00EF0495" w:rsidP="002D6789">
            <w:pPr>
              <w:spacing w:line="228" w:lineRule="auto"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Cererea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va fi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transmisă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către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președintele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consiliului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județean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general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sector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sau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municipiului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orașului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comunei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după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lang w:val="fr-FR"/>
              </w:rPr>
              <w:t>caz</w:t>
            </w:r>
            <w:proofErr w:type="spellEnd"/>
            <w:r w:rsidRPr="001252CC">
              <w:rPr>
                <w:rFonts w:asciiTheme="majorHAnsi" w:hAnsiTheme="majorHAnsi" w:cstheme="majorHAnsi"/>
                <w:lang w:val="fr-FR"/>
              </w:rPr>
              <w:t>.</w:t>
            </w:r>
          </w:p>
        </w:tc>
      </w:tr>
    </w:tbl>
    <w:p w14:paraId="4A1A8C50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859"/>
      </w:tblGrid>
      <w:tr w:rsidR="00BD4241" w:rsidRPr="001252CC" w14:paraId="6254D53F" w14:textId="77777777" w:rsidTr="002D6789">
        <w:tc>
          <w:tcPr>
            <w:tcW w:w="9889" w:type="dxa"/>
            <w:gridSpan w:val="8"/>
            <w:shd w:val="clear" w:color="auto" w:fill="F4F4F4"/>
          </w:tcPr>
          <w:p w14:paraId="7785C7F4" w14:textId="77777777" w:rsidR="00BD4241" w:rsidRPr="00E1084C" w:rsidRDefault="00EF0495" w:rsidP="002D678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1084C">
              <w:rPr>
                <w:rFonts w:asciiTheme="majorHAnsi" w:hAnsiTheme="majorHAnsi" w:cstheme="majorHAnsi"/>
                <w:b/>
                <w:sz w:val="20"/>
                <w:szCs w:val="20"/>
                <w:lang w:val="fr-FR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SOLICITANTUL</w:t>
            </w:r>
          </w:p>
        </w:tc>
      </w:tr>
      <w:tr w:rsidR="00BD4241" w:rsidRPr="001252CC" w14:paraId="7C34C75B" w14:textId="77777777" w:rsidTr="002D6789">
        <w:trPr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B91FBE" w:rsidRDefault="00EF0495" w:rsidP="002D678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Nume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și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prenume</w:t>
            </w:r>
            <w:proofErr w:type="spellEnd"/>
          </w:p>
          <w:p w14:paraId="06BA1AF7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268" w:type="dxa"/>
            <w:gridSpan w:val="3"/>
          </w:tcPr>
          <w:p w14:paraId="2CA91F04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CNP</w:t>
            </w:r>
          </w:p>
          <w:p w14:paraId="6F17B983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59B3BBBA" w14:textId="77777777" w:rsidTr="002D6789">
        <w:tc>
          <w:tcPr>
            <w:tcW w:w="9889" w:type="dxa"/>
            <w:gridSpan w:val="8"/>
            <w:shd w:val="clear" w:color="auto" w:fill="F4F4F4"/>
          </w:tcPr>
          <w:p w14:paraId="0FD0D623" w14:textId="77777777" w:rsidR="00BD4241" w:rsidRPr="001252CC" w:rsidRDefault="00EF0495" w:rsidP="002D6789">
            <w:pPr>
              <w:rPr>
                <w:rFonts w:asciiTheme="majorHAnsi" w:hAnsiTheme="majorHAnsi" w:cstheme="majorHAnsi"/>
              </w:rPr>
            </w:pPr>
            <w:r w:rsidRPr="001252CC">
              <w:rPr>
                <w:rFonts w:asciiTheme="majorHAnsi" w:hAnsiTheme="majorHAnsi" w:cstheme="majorHAnsi"/>
                <w:sz w:val="16"/>
              </w:rPr>
              <w:t xml:space="preserve"> Act de </w:t>
            </w:r>
            <w:proofErr w:type="spellStart"/>
            <w:r w:rsidRPr="001252CC">
              <w:rPr>
                <w:rFonts w:asciiTheme="majorHAnsi" w:hAnsiTheme="majorHAnsi" w:cstheme="majorHAnsi"/>
                <w:sz w:val="16"/>
              </w:rPr>
              <w:t>identitate</w:t>
            </w:r>
            <w:proofErr w:type="spellEnd"/>
          </w:p>
        </w:tc>
      </w:tr>
      <w:tr w:rsidR="00BD4241" w:rsidRPr="001252CC" w14:paraId="642D4D2F" w14:textId="77777777" w:rsidTr="002D6789">
        <w:trPr>
          <w:trHeight w:val="510"/>
        </w:trPr>
        <w:tc>
          <w:tcPr>
            <w:tcW w:w="1606" w:type="dxa"/>
          </w:tcPr>
          <w:p w14:paraId="5F35C58E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Seria</w:t>
            </w:r>
          </w:p>
          <w:p w14:paraId="2CE8C383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78A133C8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Numărul</w:t>
            </w:r>
            <w:proofErr w:type="spellEnd"/>
          </w:p>
          <w:p w14:paraId="5B4C6C87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Eliberat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</w:t>
            </w:r>
          </w:p>
          <w:p w14:paraId="0D7A84B1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9" w:type="dxa"/>
          </w:tcPr>
          <w:p w14:paraId="3041307A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La data</w:t>
            </w:r>
          </w:p>
          <w:p w14:paraId="4FED784F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71F40872" w14:textId="77777777" w:rsidTr="002D6789">
        <w:tc>
          <w:tcPr>
            <w:tcW w:w="9889" w:type="dxa"/>
            <w:gridSpan w:val="8"/>
            <w:shd w:val="clear" w:color="auto" w:fill="F4F4F4"/>
          </w:tcPr>
          <w:p w14:paraId="38F6DFCA" w14:textId="77777777" w:rsidR="00BD4241" w:rsidRPr="001252CC" w:rsidRDefault="00EF0495" w:rsidP="002D6789">
            <w:pPr>
              <w:rPr>
                <w:rFonts w:asciiTheme="majorHAnsi" w:hAnsiTheme="majorHAnsi" w:cstheme="majorHAnsi"/>
              </w:rPr>
            </w:pPr>
            <w:r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sz w:val="16"/>
              </w:rPr>
              <w:t>Domiciliul</w:t>
            </w:r>
            <w:proofErr w:type="spellEnd"/>
          </w:p>
        </w:tc>
      </w:tr>
      <w:tr w:rsidR="00BD4241" w:rsidRPr="001252CC" w14:paraId="3933B7C8" w14:textId="77777777" w:rsidTr="002D6789">
        <w:trPr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Județul</w:t>
            </w:r>
            <w:proofErr w:type="spellEnd"/>
          </w:p>
          <w:p w14:paraId="02B03665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Municipiul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orașul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comuna</w:t>
            </w:r>
            <w:proofErr w:type="spellEnd"/>
          </w:p>
          <w:p w14:paraId="12749B16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465" w:type="dxa"/>
            <w:gridSpan w:val="2"/>
          </w:tcPr>
          <w:p w14:paraId="1E6E4F5F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Satul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sectorul</w:t>
            </w:r>
            <w:proofErr w:type="spellEnd"/>
          </w:p>
          <w:p w14:paraId="08E7A1B8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207F9BCC" w14:textId="77777777" w:rsidTr="002D6789">
        <w:trPr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Strada</w:t>
            </w:r>
          </w:p>
          <w:p w14:paraId="747EBF17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3D75DCFA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Nr.</w:t>
            </w:r>
          </w:p>
          <w:p w14:paraId="6DAB33F7" w14:textId="77777777" w:rsidR="00BD4241" w:rsidRPr="00B91FBE" w:rsidRDefault="00BD4241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</w:p>
        </w:tc>
        <w:tc>
          <w:tcPr>
            <w:tcW w:w="803" w:type="dxa"/>
          </w:tcPr>
          <w:p w14:paraId="5BF58011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Sc.</w:t>
            </w:r>
          </w:p>
          <w:p w14:paraId="743EF765" w14:textId="77777777" w:rsidR="00BD4241" w:rsidRPr="00B91FBE" w:rsidRDefault="00BD4241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</w:p>
        </w:tc>
        <w:tc>
          <w:tcPr>
            <w:tcW w:w="803" w:type="dxa"/>
          </w:tcPr>
          <w:p w14:paraId="2EA5DB1F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Et.</w:t>
            </w:r>
          </w:p>
          <w:p w14:paraId="2BD410CD" w14:textId="77777777" w:rsidR="00BD4241" w:rsidRPr="00B91FBE" w:rsidRDefault="00BD4241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</w:p>
        </w:tc>
        <w:tc>
          <w:tcPr>
            <w:tcW w:w="803" w:type="dxa"/>
          </w:tcPr>
          <w:p w14:paraId="01954877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Ap.</w:t>
            </w:r>
          </w:p>
          <w:p w14:paraId="5709B55A" w14:textId="77777777" w:rsidR="00BD4241" w:rsidRPr="00B91FBE" w:rsidRDefault="00BD4241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</w:p>
        </w:tc>
        <w:tc>
          <w:tcPr>
            <w:tcW w:w="1606" w:type="dxa"/>
          </w:tcPr>
          <w:p w14:paraId="2A7F1969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Cod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poștal</w:t>
            </w:r>
            <w:proofErr w:type="spellEnd"/>
          </w:p>
          <w:p w14:paraId="68FE9CAC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59" w:type="dxa"/>
          </w:tcPr>
          <w:p w14:paraId="0ACD4FEC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Țara</w:t>
            </w:r>
            <w:proofErr w:type="spellEnd"/>
          </w:p>
          <w:p w14:paraId="017FD79F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45AD70AC" w14:textId="77777777" w:rsidTr="002D6789">
        <w:tc>
          <w:tcPr>
            <w:tcW w:w="9889" w:type="dxa"/>
            <w:gridSpan w:val="8"/>
            <w:shd w:val="clear" w:color="auto" w:fill="F4F4F4"/>
          </w:tcPr>
          <w:p w14:paraId="5A889AF4" w14:textId="77777777" w:rsidR="00BD4241" w:rsidRPr="001252CC" w:rsidRDefault="00EF0495" w:rsidP="002D6789">
            <w:pPr>
              <w:rPr>
                <w:rFonts w:asciiTheme="majorHAnsi" w:hAnsiTheme="majorHAnsi" w:cstheme="majorHAnsi"/>
              </w:rPr>
            </w:pPr>
            <w:r w:rsidRPr="001252CC">
              <w:rPr>
                <w:rFonts w:asciiTheme="majorHAnsi" w:hAnsiTheme="majorHAnsi" w:cstheme="majorHAnsi"/>
                <w:sz w:val="16"/>
              </w:rPr>
              <w:t xml:space="preserve"> Date de contact</w:t>
            </w:r>
          </w:p>
        </w:tc>
      </w:tr>
      <w:tr w:rsidR="00BD4241" w:rsidRPr="001252CC" w14:paraId="0056C1DA" w14:textId="77777777" w:rsidTr="002D6789">
        <w:trPr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Telefon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fax</w:t>
            </w:r>
          </w:p>
          <w:p w14:paraId="061FE1EC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874" w:type="dxa"/>
            <w:gridSpan w:val="5"/>
          </w:tcPr>
          <w:p w14:paraId="102AC599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E-mail</w:t>
            </w:r>
          </w:p>
          <w:p w14:paraId="53EB2E29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03BDA35B" w14:textId="77777777" w:rsidTr="002D6789">
        <w:tc>
          <w:tcPr>
            <w:tcW w:w="9889" w:type="dxa"/>
            <w:gridSpan w:val="8"/>
            <w:shd w:val="clear" w:color="auto" w:fill="F4F4F4"/>
          </w:tcPr>
          <w:p w14:paraId="1B576B57" w14:textId="77777777" w:rsidR="00BD4241" w:rsidRPr="001252CC" w:rsidRDefault="00EF0495" w:rsidP="002D6789">
            <w:pPr>
              <w:rPr>
                <w:rFonts w:asciiTheme="majorHAnsi" w:hAnsiTheme="majorHAnsi" w:cstheme="majorHAnsi"/>
              </w:rPr>
            </w:pPr>
            <w:r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sz w:val="16"/>
              </w:rPr>
              <w:t>Reprezentare</w:t>
            </w:r>
            <w:proofErr w:type="spellEnd"/>
          </w:p>
        </w:tc>
      </w:tr>
      <w:tr w:rsidR="00BD4241" w:rsidRPr="001252CC" w14:paraId="652BC137" w14:textId="77777777" w:rsidTr="002D6789">
        <w:trPr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În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calitate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reprezentant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al</w:t>
            </w:r>
          </w:p>
          <w:p w14:paraId="6970A0EC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465" w:type="dxa"/>
            <w:gridSpan w:val="2"/>
          </w:tcPr>
          <w:p w14:paraId="20DA7EB0" w14:textId="77777777" w:rsidR="00BD4241" w:rsidRPr="00B91FBE" w:rsidRDefault="00EF0495" w:rsidP="002D6789">
            <w:pPr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CUI / CIF</w:t>
            </w:r>
          </w:p>
          <w:p w14:paraId="793AF090" w14:textId="77777777" w:rsidR="00BD4241" w:rsidRPr="001252CC" w:rsidRDefault="00BD4241" w:rsidP="002D6789">
            <w:pPr>
              <w:rPr>
                <w:rFonts w:asciiTheme="majorHAnsi" w:hAnsiTheme="majorHAnsi" w:cstheme="majorHAnsi"/>
              </w:rPr>
            </w:pPr>
          </w:p>
        </w:tc>
      </w:tr>
      <w:tr w:rsidR="00BD4241" w:rsidRPr="001252CC" w14:paraId="53ABF932" w14:textId="77777777" w:rsidTr="002D6789">
        <w:tc>
          <w:tcPr>
            <w:tcW w:w="9889" w:type="dxa"/>
            <w:gridSpan w:val="8"/>
          </w:tcPr>
          <w:p w14:paraId="5AA05364" w14:textId="3FDD5DD8" w:rsidR="00BD4241" w:rsidRPr="00B91FBE" w:rsidRDefault="00EF0495" w:rsidP="002D6789">
            <w:pPr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  <w:r w:rsidRPr="001252CC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  <w:lang w:val="fr-FR"/>
                </w:rPr>
                <w:id w:val="118641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 w:rsidRPr="00B91FBE">
                  <w:rPr>
                    <w:rFonts w:ascii="Segoe UI Symbol" w:eastAsia="MS Gothic" w:hAnsi="Segoe UI Symbol" w:cs="Segoe UI Symbol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ti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tular</w:t>
            </w:r>
            <w:proofErr w:type="spellEnd"/>
            <w:proofErr w:type="gramEnd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dreptului</w:t>
            </w:r>
            <w:proofErr w:type="spellEnd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proprietate</w:t>
            </w:r>
            <w:proofErr w:type="spellEnd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  <w:lang w:val="fr-FR"/>
                </w:rPr>
                <w:id w:val="205866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789">
                  <w:rPr>
                    <w:rFonts w:ascii="MS Gothic" w:eastAsia="MS Gothic" w:hAnsi="MS Gothic" w:cstheme="majorHAnsi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împuternicit</w:t>
            </w:r>
            <w:proofErr w:type="spellEnd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6748266E" w14:textId="77777777" w:rsidR="00BD4241" w:rsidRPr="001252CC" w:rsidRDefault="00EF0495" w:rsidP="00E1084C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1252CC">
        <w:rPr>
          <w:rFonts w:asciiTheme="majorHAnsi" w:hAnsiTheme="majorHAnsi" w:cstheme="majorHAnsi"/>
          <w:sz w:val="18"/>
          <w:lang w:val="fr-FR"/>
        </w:rPr>
        <w:t>în</w:t>
      </w:r>
      <w:proofErr w:type="spellEnd"/>
      <w:proofErr w:type="gram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conformitate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cu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prevederile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Legii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nr. 169/2026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privind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Codul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amenajării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teritoriului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,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urbanismului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și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construcțiilor</w:t>
      </w:r>
      <w:proofErr w:type="spellEnd"/>
      <w:r w:rsidRPr="001252CC">
        <w:rPr>
          <w:rFonts w:asciiTheme="majorHAnsi" w:hAnsiTheme="majorHAnsi" w:cstheme="majorHAnsi"/>
          <w:sz w:val="18"/>
          <w:lang w:val="fr-FR"/>
        </w:rPr>
        <w:t>,</w:t>
      </w:r>
    </w:p>
    <w:p w14:paraId="55F72AB1" w14:textId="77777777" w:rsidR="00BD4241" w:rsidRPr="001252CC" w:rsidRDefault="00EF0495" w:rsidP="00E1084C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1252CC">
        <w:rPr>
          <w:rFonts w:asciiTheme="majorHAnsi" w:hAnsiTheme="majorHAnsi" w:cstheme="majorHAnsi"/>
          <w:sz w:val="18"/>
          <w:lang w:val="fr-FR"/>
        </w:rPr>
        <w:t>solicit</w:t>
      </w:r>
      <w:proofErr w:type="spellEnd"/>
      <w:proofErr w:type="gramEnd"/>
      <w:r w:rsidRPr="001252CC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252CC">
        <w:rPr>
          <w:rFonts w:asciiTheme="majorHAnsi" w:hAnsiTheme="majorHAnsi" w:cstheme="majorHAnsi"/>
          <w:sz w:val="18"/>
          <w:lang w:val="fr-FR"/>
        </w:rPr>
        <w:t>emiterea</w:t>
      </w:r>
      <w:proofErr w:type="spellEnd"/>
    </w:p>
    <w:p w14:paraId="458BA7BA" w14:textId="77777777" w:rsidR="00917520" w:rsidRPr="00B91FBE" w:rsidRDefault="00EF0495" w:rsidP="00E1084C">
      <w:pPr>
        <w:spacing w:after="160"/>
        <w:jc w:val="center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B91FBE">
        <w:rPr>
          <w:rFonts w:asciiTheme="majorHAnsi" w:hAnsiTheme="majorHAnsi" w:cstheme="majorHAnsi"/>
          <w:b/>
          <w:sz w:val="24"/>
          <w:szCs w:val="24"/>
          <w:lang w:val="fr-FR"/>
        </w:rPr>
        <w:t>CERTIFICATULUI DE URBANISM</w:t>
      </w:r>
    </w:p>
    <w:p w14:paraId="062DB540" w14:textId="00B1F188" w:rsidR="00BD4241" w:rsidRPr="001D38E9" w:rsidRDefault="00EF0495" w:rsidP="00E1084C">
      <w:pPr>
        <w:spacing w:after="160"/>
        <w:jc w:val="center"/>
        <w:rPr>
          <w:rFonts w:ascii="Calibri" w:hAnsi="Calibri" w:cs="Calibri"/>
          <w:b/>
          <w:sz w:val="22"/>
          <w:lang w:val="fr-FR"/>
        </w:rPr>
      </w:pPr>
      <w:r w:rsidRPr="001D38E9">
        <w:rPr>
          <w:rFonts w:ascii="Calibri" w:hAnsi="Calibri" w:cs="Calibri"/>
          <w:b/>
          <w:sz w:val="22"/>
          <w:lang w:val="fr-FR"/>
        </w:rPr>
        <w:t xml:space="preserve"> PENTRU</w:t>
      </w:r>
    </w:p>
    <w:p w14:paraId="44A1332E" w14:textId="354E1D31" w:rsidR="00462384" w:rsidRPr="001D38E9" w:rsidRDefault="009D6EA7" w:rsidP="00E1084C">
      <w:pPr>
        <w:spacing w:after="160"/>
        <w:jc w:val="center"/>
        <w:rPr>
          <w:rFonts w:ascii="Calibri" w:hAnsi="Calibri" w:cs="Calibri"/>
          <w:b/>
          <w:sz w:val="22"/>
          <w:lang w:val="fr-FR"/>
        </w:rPr>
      </w:pPr>
      <w:sdt>
        <w:sdtPr>
          <w:rPr>
            <w:rFonts w:ascii="Calibri" w:hAnsi="Calibri" w:cs="Calibri"/>
            <w:sz w:val="22"/>
          </w:rPr>
          <w:id w:val="1814759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4C" w:rsidRPr="001D38E9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17520" w:rsidRPr="001D38E9">
        <w:rPr>
          <w:rFonts w:ascii="Calibri" w:hAnsi="Calibri" w:cs="Calibri"/>
          <w:sz w:val="22"/>
          <w:lang w:val="fr-FR"/>
        </w:rPr>
        <w:t xml:space="preserve"> </w:t>
      </w:r>
      <w:r w:rsidR="00462384" w:rsidRPr="001D38E9">
        <w:rPr>
          <w:rFonts w:ascii="Calibri" w:hAnsi="Calibri" w:cs="Calibri"/>
          <w:b/>
          <w:sz w:val="22"/>
          <w:lang w:val="fr-FR"/>
        </w:rPr>
        <w:t xml:space="preserve">CONSTRUIRE / </w:t>
      </w:r>
      <w:sdt>
        <w:sdtPr>
          <w:rPr>
            <w:rFonts w:ascii="Calibri" w:hAnsi="Calibri" w:cs="Calibri"/>
            <w:sz w:val="22"/>
          </w:rPr>
          <w:id w:val="72327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FBE" w:rsidRPr="001D38E9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917520" w:rsidRPr="001D38E9">
        <w:rPr>
          <w:rFonts w:ascii="Calibri" w:hAnsi="Calibri" w:cs="Calibri"/>
          <w:sz w:val="22"/>
          <w:lang w:val="fr-FR"/>
        </w:rPr>
        <w:t xml:space="preserve"> </w:t>
      </w:r>
      <w:r w:rsidR="00462384" w:rsidRPr="001D38E9">
        <w:rPr>
          <w:rFonts w:ascii="Calibri" w:hAnsi="Calibri" w:cs="Calibri"/>
          <w:b/>
          <w:sz w:val="22"/>
          <w:lang w:val="fr-FR"/>
        </w:rPr>
        <w:t>DESFIINȚARE</w:t>
      </w:r>
    </w:p>
    <w:p w14:paraId="6BCF1DD1" w14:textId="03E76295" w:rsidR="00A256C2" w:rsidRPr="00B91FBE" w:rsidRDefault="00B91FBE" w:rsidP="00E1084C">
      <w:pPr>
        <w:spacing w:after="160"/>
        <w:jc w:val="center"/>
        <w:rPr>
          <w:rFonts w:asciiTheme="majorHAnsi" w:hAnsiTheme="majorHAnsi" w:cstheme="majorHAnsi"/>
          <w:sz w:val="20"/>
          <w:szCs w:val="20"/>
          <w:lang w:val="fr-FR"/>
        </w:rPr>
      </w:pPr>
      <w:sdt>
        <w:sdtPr>
          <w:rPr>
            <w:rFonts w:asciiTheme="majorHAnsi" w:hAnsiTheme="majorHAnsi" w:cstheme="majorHAnsi"/>
            <w:sz w:val="20"/>
            <w:szCs w:val="20"/>
            <w:lang w:val="fr-FR"/>
          </w:rPr>
          <w:id w:val="-220984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1FBE">
            <w:rPr>
              <w:rFonts w:ascii="MS Gothic" w:eastAsia="MS Gothic" w:hAnsi="MS Gothic" w:cstheme="majorHAnsi" w:hint="eastAsia"/>
              <w:sz w:val="20"/>
              <w:szCs w:val="20"/>
              <w:lang w:val="fr-FR"/>
            </w:rPr>
            <w:t>☐</w:t>
          </w:r>
        </w:sdtContent>
      </w:sdt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proofErr w:type="gram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pentru</w:t>
      </w:r>
      <w:proofErr w:type="spellEnd"/>
      <w:proofErr w:type="gram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clădiri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și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proofErr w:type="gram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amenajări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 </w:t>
      </w:r>
      <w:r w:rsidR="00917520" w:rsidRPr="00B91FBE">
        <w:rPr>
          <w:rFonts w:asciiTheme="majorHAnsi" w:hAnsiTheme="majorHAnsi" w:cstheme="majorHAnsi"/>
          <w:sz w:val="20"/>
          <w:szCs w:val="20"/>
          <w:lang w:val="fr-FR"/>
        </w:rPr>
        <w:t>/</w:t>
      </w:r>
      <w:proofErr w:type="gram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  </w:t>
      </w:r>
      <w:sdt>
        <w:sdtPr>
          <w:rPr>
            <w:rFonts w:asciiTheme="majorHAnsi" w:hAnsiTheme="majorHAnsi" w:cstheme="majorHAnsi"/>
            <w:sz w:val="20"/>
            <w:szCs w:val="20"/>
            <w:lang w:val="fr-FR"/>
          </w:rPr>
          <w:id w:val="-1623997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6789">
            <w:rPr>
              <w:rFonts w:ascii="MS Gothic" w:eastAsia="MS Gothic" w:hAnsi="MS Gothic" w:cstheme="majorHAnsi" w:hint="eastAsia"/>
              <w:sz w:val="20"/>
              <w:szCs w:val="20"/>
              <w:lang w:val="fr-FR"/>
            </w:rPr>
            <w:t>☐</w:t>
          </w:r>
        </w:sdtContent>
      </w:sdt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>lucrări</w:t>
      </w:r>
      <w:proofErr w:type="spellEnd"/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proofErr w:type="gramStart"/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>inginerești</w:t>
      </w:r>
      <w:proofErr w:type="spellEnd"/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 </w:t>
      </w:r>
      <w:r w:rsidR="00917520" w:rsidRPr="00B91FBE">
        <w:rPr>
          <w:rFonts w:asciiTheme="majorHAnsi" w:hAnsiTheme="majorHAnsi" w:cstheme="majorHAnsi"/>
          <w:sz w:val="20"/>
          <w:szCs w:val="20"/>
          <w:lang w:val="fr-FR"/>
        </w:rPr>
        <w:t>/</w:t>
      </w:r>
      <w:proofErr w:type="gramEnd"/>
      <w:r w:rsidR="00462384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  </w:t>
      </w:r>
      <w:sdt>
        <w:sdtPr>
          <w:rPr>
            <w:rFonts w:asciiTheme="majorHAnsi" w:hAnsiTheme="majorHAnsi" w:cstheme="majorHAnsi"/>
            <w:sz w:val="20"/>
            <w:szCs w:val="20"/>
            <w:lang w:val="fr-FR"/>
          </w:rPr>
          <w:id w:val="-505750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1FBE">
            <w:rPr>
              <w:rFonts w:ascii="MS Gothic" w:eastAsia="MS Gothic" w:hAnsi="MS Gothic" w:cstheme="majorHAnsi" w:hint="eastAsia"/>
              <w:sz w:val="20"/>
              <w:szCs w:val="20"/>
              <w:lang w:val="fr-FR"/>
            </w:rPr>
            <w:t>☐</w:t>
          </w:r>
        </w:sdtContent>
      </w:sdt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pentru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construcții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cu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caracter</w:t>
      </w:r>
      <w:proofErr w:type="spellEnd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 xml:space="preserve"> </w:t>
      </w:r>
      <w:proofErr w:type="spellStart"/>
      <w:r w:rsidR="00A256C2" w:rsidRPr="00B91FBE">
        <w:rPr>
          <w:rFonts w:asciiTheme="majorHAnsi" w:hAnsiTheme="majorHAnsi" w:cstheme="majorHAnsi"/>
          <w:sz w:val="20"/>
          <w:szCs w:val="20"/>
          <w:lang w:val="fr-FR"/>
        </w:rPr>
        <w:t>special</w:t>
      </w:r>
      <w:proofErr w:type="spellEnd"/>
    </w:p>
    <w:p w14:paraId="386D6A02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D4241" w:rsidRPr="001252CC" w14:paraId="0F02257A" w14:textId="77777777" w:rsidTr="00B91FBE">
        <w:tc>
          <w:tcPr>
            <w:tcW w:w="9889" w:type="dxa"/>
            <w:shd w:val="clear" w:color="auto" w:fill="F4F4F4"/>
          </w:tcPr>
          <w:p w14:paraId="5888B12E" w14:textId="1131FE8E" w:rsidR="00BD4241" w:rsidRPr="001252CC" w:rsidRDefault="00EF0495" w:rsidP="00E1084C">
            <w:pPr>
              <w:rPr>
                <w:rFonts w:asciiTheme="majorHAnsi" w:hAnsiTheme="majorHAnsi" w:cstheme="majorHAnsi"/>
              </w:rPr>
            </w:pPr>
            <w:r w:rsidRPr="001252CC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sz w:val="16"/>
              </w:rPr>
              <w:t>în</w:t>
            </w:r>
            <w:proofErr w:type="spellEnd"/>
            <w:r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252CC">
              <w:rPr>
                <w:rFonts w:asciiTheme="majorHAnsi" w:hAnsiTheme="majorHAnsi" w:cstheme="majorHAnsi"/>
                <w:sz w:val="16"/>
              </w:rPr>
              <w:t>vederea</w:t>
            </w:r>
            <w:proofErr w:type="spellEnd"/>
            <w:r w:rsidR="00A256C2"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252CC">
              <w:rPr>
                <w:rFonts w:asciiTheme="majorHAnsi" w:hAnsiTheme="majorHAnsi" w:cstheme="majorHAnsi"/>
                <w:sz w:val="16"/>
              </w:rPr>
              <w:t>realizării</w:t>
            </w:r>
            <w:proofErr w:type="spellEnd"/>
            <w:r w:rsidR="00A256C2"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252CC">
              <w:rPr>
                <w:rFonts w:asciiTheme="majorHAnsi" w:hAnsiTheme="majorHAnsi" w:cstheme="majorHAnsi"/>
                <w:sz w:val="16"/>
              </w:rPr>
              <w:t>obiectivului</w:t>
            </w:r>
            <w:proofErr w:type="spellEnd"/>
            <w:r w:rsidR="00A256C2" w:rsidRPr="001252CC">
              <w:rPr>
                <w:rFonts w:asciiTheme="majorHAnsi" w:hAnsiTheme="majorHAnsi" w:cstheme="majorHAnsi"/>
                <w:sz w:val="16"/>
              </w:rPr>
              <w:t xml:space="preserve"> de </w:t>
            </w:r>
            <w:proofErr w:type="spellStart"/>
            <w:r w:rsidR="00A256C2" w:rsidRPr="001252CC">
              <w:rPr>
                <w:rFonts w:asciiTheme="majorHAnsi" w:hAnsiTheme="majorHAnsi" w:cstheme="majorHAnsi"/>
                <w:sz w:val="16"/>
              </w:rPr>
              <w:t>investiții</w:t>
            </w:r>
            <w:proofErr w:type="spellEnd"/>
            <w:r w:rsidRPr="001252CC">
              <w:rPr>
                <w:rFonts w:asciiTheme="majorHAnsi" w:hAnsiTheme="majorHAnsi" w:cstheme="majorHAnsi"/>
                <w:sz w:val="16"/>
              </w:rPr>
              <w:t>:</w:t>
            </w:r>
          </w:p>
        </w:tc>
      </w:tr>
      <w:tr w:rsidR="00BD4241" w:rsidRPr="001252CC" w14:paraId="50990383" w14:textId="77777777" w:rsidTr="00B91FBE">
        <w:tc>
          <w:tcPr>
            <w:tcW w:w="9889" w:type="dxa"/>
          </w:tcPr>
          <w:p w14:paraId="3CAFC9CF" w14:textId="77777777" w:rsidR="002D6789" w:rsidRDefault="002D6789" w:rsidP="00E1084C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  <w:p w14:paraId="0B54D5C1" w14:textId="476A8C79" w:rsidR="001D38E9" w:rsidRPr="001252CC" w:rsidRDefault="001D38E9" w:rsidP="00E1084C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</w:tc>
      </w:tr>
    </w:tbl>
    <w:p w14:paraId="19288D7C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662"/>
      </w:tblGrid>
      <w:tr w:rsidR="00BD4241" w:rsidRPr="001252CC" w14:paraId="02B56E76" w14:textId="77777777" w:rsidTr="002D6789">
        <w:trPr>
          <w:cantSplit/>
        </w:trPr>
        <w:tc>
          <w:tcPr>
            <w:tcW w:w="9889" w:type="dxa"/>
            <w:gridSpan w:val="7"/>
            <w:shd w:val="clear" w:color="auto" w:fill="F4F4F4"/>
          </w:tcPr>
          <w:p w14:paraId="43C8A02B" w14:textId="77777777" w:rsidR="00BD4241" w:rsidRPr="00E1084C" w:rsidRDefault="00EF0495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b/>
                <w:sz w:val="16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3.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IMOBILUL/ELE</w:t>
            </w:r>
          </w:p>
        </w:tc>
      </w:tr>
      <w:tr w:rsidR="00BD4241" w:rsidRPr="001252CC" w14:paraId="1CA69627" w14:textId="77777777" w:rsidTr="002D6789">
        <w:trPr>
          <w:cantSplit/>
        </w:trPr>
        <w:tc>
          <w:tcPr>
            <w:tcW w:w="9889" w:type="dxa"/>
            <w:gridSpan w:val="7"/>
          </w:tcPr>
          <w:p w14:paraId="055B5A5F" w14:textId="17FB831D" w:rsidR="00BD4241" w:rsidRPr="00B91FBE" w:rsidRDefault="00EF0495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sz w:val="16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14639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 w:rsidRPr="00B91FBE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</w:rPr>
              <w:t>teren</w:t>
            </w:r>
            <w:proofErr w:type="spellEnd"/>
            <w:r w:rsidRPr="00B91FBE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65627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 w:rsidRPr="00B91FBE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20"/>
                <w:szCs w:val="20"/>
              </w:rPr>
              <w:t>construc</w:t>
            </w:r>
            <w:r w:rsidRPr="00B91FBE">
              <w:rPr>
                <w:rFonts w:ascii="Calibri" w:hAnsi="Calibri" w:cs="Calibri"/>
                <w:sz w:val="20"/>
                <w:szCs w:val="20"/>
              </w:rPr>
              <w:t>ț</w:t>
            </w:r>
            <w:r w:rsidRPr="00B91FBE">
              <w:rPr>
                <w:rFonts w:asciiTheme="majorHAnsi" w:hAnsiTheme="majorHAnsi" w:cstheme="majorHAnsi"/>
                <w:sz w:val="20"/>
                <w:szCs w:val="20"/>
              </w:rPr>
              <w:t>ii</w:t>
            </w:r>
            <w:proofErr w:type="spellEnd"/>
          </w:p>
        </w:tc>
      </w:tr>
      <w:tr w:rsidR="00BD4241" w:rsidRPr="001252CC" w14:paraId="4648DBC2" w14:textId="77777777" w:rsidTr="002D6789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Județ</w:t>
            </w:r>
            <w:proofErr w:type="spellEnd"/>
          </w:p>
          <w:p w14:paraId="1B01471E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Municipiu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oraș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comună</w:t>
            </w:r>
            <w:proofErr w:type="spellEnd"/>
          </w:p>
          <w:p w14:paraId="204B4E58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65" w:type="dxa"/>
            <w:gridSpan w:val="2"/>
          </w:tcPr>
          <w:p w14:paraId="04095758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Sat / sector</w:t>
            </w:r>
          </w:p>
          <w:p w14:paraId="7568887B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D4241" w:rsidRPr="001252CC" w14:paraId="413F74BA" w14:textId="77777777" w:rsidTr="002D6789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Cod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poștal</w:t>
            </w:r>
            <w:proofErr w:type="spellEnd"/>
          </w:p>
          <w:p w14:paraId="0DE8BF00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Strada</w:t>
            </w:r>
          </w:p>
          <w:p w14:paraId="14FD81C0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803" w:type="dxa"/>
          </w:tcPr>
          <w:p w14:paraId="5C6769DB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Nr.</w:t>
            </w:r>
          </w:p>
          <w:p w14:paraId="0654DEDD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0F671C5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Bl. / sc. / et. / ap.</w:t>
            </w:r>
          </w:p>
          <w:p w14:paraId="09774FDD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D4241" w:rsidRPr="001252CC" w14:paraId="06DC80B1" w14:textId="77777777" w:rsidTr="002D6789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  <w:lang w:val="fr-FR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>Număr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 xml:space="preserve"> cadastral/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  <w:lang w:val="fr-FR"/>
              </w:rPr>
              <w:t>ele</w:t>
            </w:r>
            <w:proofErr w:type="spellEnd"/>
          </w:p>
          <w:p w14:paraId="2A482E4D" w14:textId="54525DB7" w:rsidR="00BD4241" w:rsidRPr="001252CC" w:rsidRDefault="00EF0495" w:rsidP="001D38E9">
            <w:pPr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imobilul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înscris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>în</w:t>
            </w:r>
            <w:proofErr w:type="spellEnd"/>
            <w:r w:rsidRPr="001252CC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268" w:type="dxa"/>
            <w:gridSpan w:val="3"/>
          </w:tcPr>
          <w:p w14:paraId="5C821E97" w14:textId="76E20952" w:rsidR="00BD4241" w:rsidRPr="00B91FBE" w:rsidRDefault="00EF0495" w:rsidP="001D38E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Carte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funciară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nr.</w:t>
            </w:r>
          </w:p>
        </w:tc>
      </w:tr>
      <w:tr w:rsidR="00BD4241" w:rsidRPr="001252CC" w14:paraId="3BF4AAB7" w14:textId="77777777" w:rsidTr="002D6789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Suprafața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terenului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(m²)</w:t>
            </w:r>
          </w:p>
          <w:p w14:paraId="2B694EEE" w14:textId="77777777" w:rsidR="00BD4241" w:rsidRDefault="00BD4241" w:rsidP="00E1084C">
            <w:pPr>
              <w:rPr>
                <w:rFonts w:asciiTheme="majorHAnsi" w:hAnsiTheme="majorHAnsi" w:cstheme="majorHAnsi"/>
              </w:rPr>
            </w:pPr>
          </w:p>
          <w:p w14:paraId="7A8081F1" w14:textId="609B7FBE" w:rsidR="002D6789" w:rsidRPr="001252CC" w:rsidRDefault="002D6789" w:rsidP="00E1084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71" w:type="dxa"/>
            <w:gridSpan w:val="4"/>
          </w:tcPr>
          <w:p w14:paraId="12AE18A8" w14:textId="55FFE072" w:rsidR="00BD4241" w:rsidRPr="00B91FBE" w:rsidRDefault="00EF0495" w:rsidP="001D38E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Suprafața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construcției</w:t>
            </w:r>
            <w:proofErr w:type="spellEnd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(m²)</w:t>
            </w:r>
          </w:p>
        </w:tc>
      </w:tr>
      <w:tr w:rsidR="00BD4241" w:rsidRPr="001252CC" w14:paraId="59225C5D" w14:textId="77777777" w:rsidTr="002D6789">
        <w:tc>
          <w:tcPr>
            <w:tcW w:w="9889" w:type="dxa"/>
            <w:gridSpan w:val="7"/>
            <w:shd w:val="clear" w:color="auto" w:fill="F4F4F4"/>
          </w:tcPr>
          <w:p w14:paraId="623CFF7D" w14:textId="006EA1B7" w:rsidR="00BD4241" w:rsidRPr="00E1084C" w:rsidRDefault="00EF0495" w:rsidP="002D6789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4.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ÎNCADRAREA LUCRĂRILOR</w:t>
            </w:r>
          </w:p>
        </w:tc>
      </w:tr>
      <w:tr w:rsidR="00BD4241" w:rsidRPr="001252CC" w14:paraId="6D8D566C" w14:textId="77777777" w:rsidTr="002D6789">
        <w:tc>
          <w:tcPr>
            <w:tcW w:w="9889" w:type="dxa"/>
            <w:gridSpan w:val="7"/>
            <w:shd w:val="clear" w:color="auto" w:fill="F4F4F4"/>
          </w:tcPr>
          <w:p w14:paraId="163E4297" w14:textId="25D66D26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A ·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Lucrări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construcții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noi</w:t>
            </w:r>
            <w:proofErr w:type="spellEnd"/>
          </w:p>
        </w:tc>
      </w:tr>
      <w:tr w:rsidR="00BD4241" w:rsidRPr="001252CC" w14:paraId="4CBB7AF4" w14:textId="77777777" w:rsidTr="002D6789">
        <w:tc>
          <w:tcPr>
            <w:tcW w:w="9889" w:type="dxa"/>
            <w:gridSpan w:val="7"/>
          </w:tcPr>
          <w:p w14:paraId="62395695" w14:textId="277D4812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77822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cl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diri</w:t>
            </w:r>
            <w:proofErr w:type="spellEnd"/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civile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13275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cl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diri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industriale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50949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cl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diri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agricole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46110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construc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caracter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special</w:t>
            </w:r>
            <w:proofErr w:type="spellEnd"/>
          </w:p>
        </w:tc>
      </w:tr>
      <w:tr w:rsidR="00BD4241" w:rsidRPr="001252CC" w14:paraId="00BD24BB" w14:textId="77777777" w:rsidTr="002D6789">
        <w:tc>
          <w:tcPr>
            <w:tcW w:w="9889" w:type="dxa"/>
            <w:gridSpan w:val="7"/>
            <w:shd w:val="clear" w:color="auto" w:fill="F4F4F4"/>
          </w:tcPr>
          <w:p w14:paraId="4F68C0E6" w14:textId="043F5594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r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ealizate</w:t>
            </w:r>
            <w:proofErr w:type="spellEnd"/>
            <w:proofErr w:type="gram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(se va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bifa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masura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care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sunt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cunoscute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solicitantului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informațiile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privire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la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amplasarea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zona de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protecție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/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protejată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) 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:</w:t>
            </w:r>
          </w:p>
        </w:tc>
      </w:tr>
      <w:tr w:rsidR="00BD4241" w:rsidRPr="001252CC" w14:paraId="16707DF8" w14:textId="77777777" w:rsidTr="002D6789">
        <w:tc>
          <w:tcPr>
            <w:tcW w:w="9889" w:type="dxa"/>
            <w:gridSpan w:val="7"/>
          </w:tcPr>
          <w:p w14:paraId="1830A858" w14:textId="018CBB38" w:rsidR="00A256C2" w:rsidRPr="00B91FBE" w:rsidRDefault="00EF0495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7629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</w:t>
            </w:r>
            <w:proofErr w:type="spellEnd"/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afara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zonei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protec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monumentelor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91014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zona de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protecție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monumentelor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96724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afara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zonelor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construite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protejate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</w:p>
          <w:p w14:paraId="7336BFFF" w14:textId="52BF210C" w:rsidR="00BD4241" w:rsidRPr="00B91FBE" w:rsidRDefault="00A256C2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53634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zone construite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protejate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                    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50844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nu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sunt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cunoscute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solicitantului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astfel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informații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</w:p>
        </w:tc>
      </w:tr>
      <w:tr w:rsidR="00BD4241" w:rsidRPr="001252CC" w14:paraId="53A5BE4F" w14:textId="77777777" w:rsidTr="002D6789">
        <w:tc>
          <w:tcPr>
            <w:tcW w:w="9889" w:type="dxa"/>
            <w:gridSpan w:val="7"/>
            <w:shd w:val="clear" w:color="auto" w:fill="F4F4F4"/>
          </w:tcPr>
          <w:p w14:paraId="751C5C80" w14:textId="744BAD9E" w:rsidR="00917520" w:rsidRPr="00B91FBE" w:rsidRDefault="00EF0495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B</w:t>
            </w:r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.</w:t>
            </w: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·</w:t>
            </w:r>
            <w:r w:rsidR="001252CC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Intervenții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asupra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construcțiilor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existente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realizate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 : </w:t>
            </w:r>
          </w:p>
          <w:p w14:paraId="749D5A7F" w14:textId="591F0FB9" w:rsidR="00BD4241" w:rsidRPr="00B91FBE" w:rsidRDefault="00917520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06110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B.1. </w:t>
            </w:r>
            <w:proofErr w:type="gram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la</w:t>
            </w:r>
            <w:proofErr w:type="gram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alte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clădiri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decât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cele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prevăzute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la lit. B.2)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și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B.3)</w:t>
            </w:r>
          </w:p>
        </w:tc>
      </w:tr>
      <w:tr w:rsidR="00BD4241" w:rsidRPr="001252CC" w14:paraId="68DB9200" w14:textId="77777777" w:rsidTr="002D6789">
        <w:tc>
          <w:tcPr>
            <w:tcW w:w="9889" w:type="dxa"/>
            <w:gridSpan w:val="7"/>
            <w:shd w:val="clear" w:color="auto" w:fill="F4F4F4"/>
          </w:tcPr>
          <w:p w14:paraId="43929143" w14:textId="1EC35E55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93037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B.2 </w:t>
            </w:r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.</w:t>
            </w:r>
            <w:proofErr w:type="gram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·l</w:t>
            </w:r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a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construcții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:</w:t>
            </w:r>
          </w:p>
        </w:tc>
      </w:tr>
      <w:tr w:rsidR="00BD4241" w:rsidRPr="001252CC" w14:paraId="38C10CCA" w14:textId="77777777" w:rsidTr="002D6789">
        <w:tc>
          <w:tcPr>
            <w:tcW w:w="9889" w:type="dxa"/>
            <w:gridSpan w:val="7"/>
          </w:tcPr>
          <w:p w14:paraId="4A7D01F6" w14:textId="4FAE5CC5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86413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monument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istoric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stabilite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potrivit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Legii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nr. 422/2001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privind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protejarea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monumentelor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istorice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republicată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cu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modificările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și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completările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ulterioare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inclusiv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la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anexele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acestora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identificate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în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același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imobil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(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teren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și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/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sau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construcții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</w:tc>
      </w:tr>
      <w:tr w:rsidR="00BD4241" w:rsidRPr="001252CC" w14:paraId="68A8984F" w14:textId="77777777" w:rsidTr="002D6789">
        <w:tc>
          <w:tcPr>
            <w:tcW w:w="9889" w:type="dxa"/>
            <w:gridSpan w:val="7"/>
          </w:tcPr>
          <w:p w14:paraId="611473BA" w14:textId="5286AEA2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0630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aflate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în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zona de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protecție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a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monumentelor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</w:rPr>
              <w:t>istorice</w:t>
            </w:r>
            <w:proofErr w:type="spellEnd"/>
          </w:p>
        </w:tc>
      </w:tr>
      <w:tr w:rsidR="00BD4241" w:rsidRPr="001252CC" w14:paraId="2E03D770" w14:textId="77777777" w:rsidTr="002D6789">
        <w:tc>
          <w:tcPr>
            <w:tcW w:w="9889" w:type="dxa"/>
            <w:gridSpan w:val="7"/>
          </w:tcPr>
          <w:p w14:paraId="26E80490" w14:textId="01B3A6E5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65249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aflate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zone construite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protejate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stabilite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potrivit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legii</w:t>
            </w:r>
            <w:proofErr w:type="spellEnd"/>
          </w:p>
        </w:tc>
      </w:tr>
      <w:tr w:rsidR="00BD4241" w:rsidRPr="001252CC" w14:paraId="399BC221" w14:textId="77777777" w:rsidTr="002D6789">
        <w:tc>
          <w:tcPr>
            <w:tcW w:w="9889" w:type="dxa"/>
            <w:gridSpan w:val="7"/>
          </w:tcPr>
          <w:p w14:paraId="646CB655" w14:textId="432844CB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208836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valoare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arhitecturală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sau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istorică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deosebită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stabilite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prin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documentații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urbanism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aprobate</w:t>
            </w:r>
            <w:proofErr w:type="spellEnd"/>
          </w:p>
        </w:tc>
      </w:tr>
      <w:tr w:rsidR="00BD4241" w:rsidRPr="001252CC" w14:paraId="0E0553C6" w14:textId="77777777" w:rsidTr="002D6789">
        <w:tc>
          <w:tcPr>
            <w:tcW w:w="9889" w:type="dxa"/>
            <w:gridSpan w:val="7"/>
            <w:shd w:val="clear" w:color="auto" w:fill="F4F4F4"/>
          </w:tcPr>
          <w:p w14:paraId="2773515E" w14:textId="51FE7483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  <w:lang w:val="fr-FR"/>
                </w:rPr>
                <w:id w:val="-182719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 B.3 · la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clădiri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/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construcții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cu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caracter</w:t>
            </w:r>
            <w:proofErr w:type="spellEnd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  <w:lang w:val="fr-FR"/>
              </w:rPr>
              <w:t>special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       </w:t>
            </w:r>
            <w:r w:rsidR="00BB1A7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96130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altele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decât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cele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stabilite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la lit. B.2)</w:t>
            </w:r>
          </w:p>
        </w:tc>
      </w:tr>
      <w:tr w:rsidR="00BD4241" w:rsidRPr="001252CC" w14:paraId="239F77F8" w14:textId="77777777" w:rsidTr="002D6789">
        <w:tc>
          <w:tcPr>
            <w:tcW w:w="9889" w:type="dxa"/>
            <w:gridSpan w:val="7"/>
          </w:tcPr>
          <w:p w14:paraId="7D6B977C" w14:textId="476CF549" w:rsidR="00BD4241" w:rsidRPr="00B91FBE" w:rsidRDefault="00BB1A72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                                                                                    </w:t>
            </w:r>
            <w:sdt>
              <w:sdtPr>
                <w:rPr>
                  <w:rFonts w:ascii="Segoe UI Symbol" w:hAnsi="Segoe UI Symbol" w:cs="Segoe UI Symbol"/>
                  <w:sz w:val="18"/>
                  <w:szCs w:val="18"/>
                  <w:lang w:val="fr-FR"/>
                </w:rPr>
                <w:id w:val="122864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="Segoe UI Symbol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din</w:t>
            </w:r>
            <w:proofErr w:type="spellEnd"/>
            <w:proofErr w:type="gram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categoria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celor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stabilite</w:t>
            </w:r>
            <w:proofErr w:type="spellEnd"/>
            <w:r w:rsidR="00917520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la lit. B.2)</w:t>
            </w:r>
          </w:p>
        </w:tc>
      </w:tr>
      <w:tr w:rsidR="00BD4241" w:rsidRPr="001252CC" w14:paraId="61FD499A" w14:textId="77777777" w:rsidTr="002D6789">
        <w:tc>
          <w:tcPr>
            <w:tcW w:w="9889" w:type="dxa"/>
            <w:gridSpan w:val="7"/>
            <w:shd w:val="clear" w:color="auto" w:fill="F4F4F4"/>
          </w:tcPr>
          <w:p w14:paraId="37CA2BC1" w14:textId="77777777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C ·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Amenajări</w:t>
            </w:r>
            <w:proofErr w:type="spellEnd"/>
          </w:p>
        </w:tc>
      </w:tr>
      <w:tr w:rsidR="00BD4241" w:rsidRPr="001252CC" w14:paraId="34F7FA5C" w14:textId="77777777" w:rsidTr="002D6789">
        <w:tc>
          <w:tcPr>
            <w:tcW w:w="9889" w:type="dxa"/>
            <w:gridSpan w:val="7"/>
          </w:tcPr>
          <w:p w14:paraId="4CFD8584" w14:textId="7B0783BD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92573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am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enaj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civile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40087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am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enaj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</w:rPr>
              <w:t>ș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mbun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t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ăț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iri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funciare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9959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co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nstruc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provizorii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/ cu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caracter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temporar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70656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ce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rcetarea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prospectarea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terenurilor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foraje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excav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27623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ce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rcet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ri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pentru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z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ă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minte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naturale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38576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sp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a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verzi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plantate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98019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spa</w:t>
            </w:r>
            <w:r w:rsidRPr="00B91FBE">
              <w:rPr>
                <w:rFonts w:ascii="Calibri" w:hAnsi="Calibri" w:cs="Calibri"/>
                <w:sz w:val="18"/>
                <w:szCs w:val="18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ii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publice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41358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organizare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</w:rPr>
              <w:t xml:space="preserve"> de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</w:rPr>
              <w:t>ș</w:t>
            </w:r>
            <w:r w:rsidRPr="00B91FBE">
              <w:rPr>
                <w:rFonts w:asciiTheme="majorHAnsi" w:hAnsiTheme="majorHAnsi" w:cstheme="majorHAnsi"/>
                <w:sz w:val="18"/>
                <w:szCs w:val="18"/>
              </w:rPr>
              <w:t>antier</w:t>
            </w:r>
            <w:proofErr w:type="spellEnd"/>
          </w:p>
        </w:tc>
      </w:tr>
      <w:tr w:rsidR="00BD4241" w:rsidRPr="001252CC" w14:paraId="18FED438" w14:textId="77777777" w:rsidTr="002D6789">
        <w:tc>
          <w:tcPr>
            <w:tcW w:w="9889" w:type="dxa"/>
            <w:gridSpan w:val="7"/>
            <w:shd w:val="clear" w:color="auto" w:fill="F4F4F4"/>
          </w:tcPr>
          <w:p w14:paraId="284C7A5C" w14:textId="77777777" w:rsidR="00BD4241" w:rsidRPr="00B91FBE" w:rsidRDefault="00EF0495" w:rsidP="002D6789">
            <w:pPr>
              <w:widowControl w:val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D ·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Lucrări</w:t>
            </w:r>
            <w:proofErr w:type="spellEnd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inginerești</w:t>
            </w:r>
            <w:proofErr w:type="spellEnd"/>
          </w:p>
        </w:tc>
      </w:tr>
      <w:tr w:rsidR="00BD4241" w:rsidRPr="001252CC" w14:paraId="4831990D" w14:textId="77777777" w:rsidTr="002D6789">
        <w:tc>
          <w:tcPr>
            <w:tcW w:w="9889" w:type="dxa"/>
            <w:gridSpan w:val="7"/>
          </w:tcPr>
          <w:p w14:paraId="0320360C" w14:textId="4A70E592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7272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infrastructură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transport</w:t>
            </w:r>
          </w:p>
          <w:p w14:paraId="05C62BB3" w14:textId="0B3FCCD2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87541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infrastructură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energetică</w:t>
            </w:r>
            <w:proofErr w:type="spellEnd"/>
          </w:p>
          <w:p w14:paraId="1E87347E" w14:textId="126CDE5B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51527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rețele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comunicații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electronice</w:t>
            </w:r>
            <w:proofErr w:type="spellEnd"/>
          </w:p>
          <w:p w14:paraId="43F594AA" w14:textId="0EAF0BF9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731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gospodărirea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apelor</w:t>
            </w:r>
            <w:proofErr w:type="spellEnd"/>
          </w:p>
          <w:p w14:paraId="3F55129D" w14:textId="12F00370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79536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hidrotehnice</w:t>
            </w:r>
            <w:proofErr w:type="spellEnd"/>
            <w:proofErr w:type="gramEnd"/>
          </w:p>
          <w:p w14:paraId="3DB7F2E4" w14:textId="35D7EDB5" w:rsidR="00BD4241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42491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miniere</w:t>
            </w:r>
            <w:proofErr w:type="spellEnd"/>
            <w:proofErr w:type="gramEnd"/>
          </w:p>
          <w:p w14:paraId="54EDF735" w14:textId="73E0377E" w:rsidR="002D6789" w:rsidRPr="00B91FBE" w:rsidRDefault="00B91FBE" w:rsidP="002D6789">
            <w:pPr>
              <w:widowControl w:val="0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10656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alte</w:t>
            </w:r>
            <w:proofErr w:type="spellEnd"/>
            <w:proofErr w:type="gram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lucrări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inginerești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necesare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realizării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unor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obiective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interes</w:t>
            </w:r>
            <w:proofErr w:type="spellEnd"/>
            <w:r w:rsidR="00EF0495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public</w:t>
            </w:r>
          </w:p>
        </w:tc>
      </w:tr>
    </w:tbl>
    <w:p w14:paraId="31C957AC" w14:textId="77777777" w:rsidR="00BD4241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61008E30" w14:textId="77777777" w:rsidR="001252CC" w:rsidRPr="001252CC" w:rsidRDefault="001252CC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D4241" w:rsidRPr="001252CC" w14:paraId="581ADD5E" w14:textId="77777777" w:rsidTr="002D6789">
        <w:tc>
          <w:tcPr>
            <w:tcW w:w="9889" w:type="dxa"/>
            <w:shd w:val="clear" w:color="auto" w:fill="F4F4F4"/>
          </w:tcPr>
          <w:p w14:paraId="1435340F" w14:textId="77777777" w:rsidR="00BD4241" w:rsidRPr="00E1084C" w:rsidRDefault="00EF0495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5.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SE ANEXEAZĂ</w:t>
            </w:r>
          </w:p>
        </w:tc>
      </w:tr>
      <w:tr w:rsidR="00BD4241" w:rsidRPr="001252CC" w14:paraId="5B0ED88D" w14:textId="77777777" w:rsidTr="002D6789">
        <w:tc>
          <w:tcPr>
            <w:tcW w:w="9889" w:type="dxa"/>
          </w:tcPr>
          <w:p w14:paraId="19DE41B0" w14:textId="5CEAE203" w:rsidR="00200AB0" w:rsidRPr="00B91FBE" w:rsidRDefault="00EF0495" w:rsidP="00E1084C">
            <w:pPr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2671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extras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carte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funciar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actualizat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</w:p>
          <w:p w14:paraId="0D86EE92" w14:textId="7E9FE3E5" w:rsidR="00A256C2" w:rsidRPr="00B91FBE" w:rsidRDefault="00200AB0" w:rsidP="00E1084C">
            <w:pPr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83892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plan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situație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propus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cu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amprenta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la sol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corpurilor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clădire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propuse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spre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construire /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desființare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extindere</w:t>
            </w:r>
            <w:proofErr w:type="spellEnd"/>
            <w:r w:rsidR="00A256C2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</w:t>
            </w:r>
          </w:p>
          <w:p w14:paraId="19AB48A6" w14:textId="470FB890" w:rsidR="00BD4241" w:rsidRPr="001252CC" w:rsidRDefault="00A256C2" w:rsidP="00E1084C">
            <w:pPr>
              <w:rPr>
                <w:rFonts w:asciiTheme="majorHAnsi" w:hAnsiTheme="majorHAnsi" w:cstheme="majorHAnsi"/>
                <w:lang w:val="fr-FR"/>
              </w:rPr>
            </w:pP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54070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plan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încadrare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zonă</w:t>
            </w:r>
            <w:proofErr w:type="spellEnd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în</w:t>
            </w:r>
            <w:proofErr w:type="spellEnd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sistem</w:t>
            </w:r>
            <w:proofErr w:type="spellEnd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Stereo</w:t>
            </w:r>
            <w:proofErr w:type="spellEnd"/>
            <w:r w:rsidR="00745F29"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70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40464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desc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rierea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succint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investi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ț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iei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136648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mputernicirea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dac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este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7188B878" w14:textId="77777777" w:rsidR="001252CC" w:rsidRPr="001252CC" w:rsidRDefault="001252CC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BD4241" w:rsidRPr="001252CC" w14:paraId="387B745F" w14:textId="77777777" w:rsidTr="002D6789">
        <w:tc>
          <w:tcPr>
            <w:tcW w:w="9889" w:type="dxa"/>
            <w:shd w:val="clear" w:color="auto" w:fill="F4F4F4"/>
          </w:tcPr>
          <w:p w14:paraId="20DF7AEC" w14:textId="77777777" w:rsidR="00BD4241" w:rsidRPr="00E1084C" w:rsidRDefault="00EF0495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1084C">
              <w:rPr>
                <w:rFonts w:asciiTheme="majorHAnsi" w:hAnsiTheme="majorHAnsi" w:cstheme="majorHAnsi"/>
                <w:b/>
                <w:sz w:val="20"/>
                <w:szCs w:val="20"/>
                <w:lang w:val="fr-FR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6.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COMUNICAREA RĂSPUNSULUI</w:t>
            </w:r>
          </w:p>
        </w:tc>
      </w:tr>
      <w:tr w:rsidR="00BD4241" w:rsidRPr="001252CC" w14:paraId="7F3B093B" w14:textId="77777777" w:rsidTr="002D6789">
        <w:tc>
          <w:tcPr>
            <w:tcW w:w="9889" w:type="dxa"/>
          </w:tcPr>
          <w:p w14:paraId="732C22AC" w14:textId="2D08C291" w:rsidR="00BD4241" w:rsidRPr="00B91FBE" w:rsidRDefault="00EF0495" w:rsidP="00E1084C">
            <w:pPr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1252CC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6"/>
                  <w:lang w:val="fr-FR"/>
                </w:rPr>
                <w:id w:val="-66224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789">
                  <w:rPr>
                    <w:rFonts w:ascii="MS Gothic" w:eastAsia="MS Gothic" w:hAnsi="MS Gothic" w:cstheme="majorHAnsi" w:hint="eastAsia"/>
                    <w:sz w:val="16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</w:t>
            </w:r>
            <w:proofErr w:type="spellEnd"/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format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scris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, prin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po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ș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t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12723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î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n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format digital, la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adresa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de e-mail</w:t>
            </w:r>
            <w:proofErr w:type="gram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indicat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fr-FR"/>
                </w:rPr>
                <w:id w:val="-174425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FBE">
                  <w:rPr>
                    <w:rFonts w:ascii="MS Gothic" w:eastAsia="MS Gothic" w:hAnsi="MS Gothic" w:cstheme="majorHAnsi" w:hint="eastAsia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ridicare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de la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sediul</w:t>
            </w:r>
            <w:proofErr w:type="spellEnd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autorit</w:t>
            </w:r>
            <w:r w:rsidRPr="00B91FBE">
              <w:rPr>
                <w:rFonts w:ascii="Calibri" w:hAnsi="Calibri" w:cs="Calibri"/>
                <w:sz w:val="18"/>
                <w:szCs w:val="18"/>
                <w:lang w:val="fr-FR"/>
              </w:rPr>
              <w:t>ăț</w:t>
            </w:r>
            <w:r w:rsidRPr="00B91FBE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ii</w:t>
            </w:r>
            <w:proofErr w:type="spellEnd"/>
          </w:p>
        </w:tc>
      </w:tr>
    </w:tbl>
    <w:p w14:paraId="16DE1A3E" w14:textId="77777777" w:rsidR="00BD4241" w:rsidRDefault="00BD4241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1593173D" w14:textId="77777777" w:rsidR="001252CC" w:rsidRPr="001252CC" w:rsidRDefault="001252CC" w:rsidP="00E1084C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98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465"/>
      </w:tblGrid>
      <w:tr w:rsidR="00BD4241" w:rsidRPr="001252CC" w14:paraId="0930033A" w14:textId="77777777" w:rsidTr="002D6789">
        <w:tc>
          <w:tcPr>
            <w:tcW w:w="9889" w:type="dxa"/>
            <w:gridSpan w:val="3"/>
            <w:shd w:val="clear" w:color="auto" w:fill="F4F4F4"/>
          </w:tcPr>
          <w:p w14:paraId="61A16F19" w14:textId="77777777" w:rsidR="00BD4241" w:rsidRPr="00E1084C" w:rsidRDefault="00EF0495" w:rsidP="00E1084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52CC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E1084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7. </w:t>
            </w:r>
            <w:r w:rsidRPr="00E1084C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DATA ȘI SEMNĂTURA</w:t>
            </w:r>
          </w:p>
        </w:tc>
      </w:tr>
      <w:tr w:rsidR="00BD4241" w:rsidRPr="001252CC" w14:paraId="334442A2" w14:textId="77777777" w:rsidTr="002D6789">
        <w:trPr>
          <w:trHeight w:val="510"/>
        </w:trPr>
        <w:tc>
          <w:tcPr>
            <w:tcW w:w="1606" w:type="dxa"/>
          </w:tcPr>
          <w:p w14:paraId="11F88630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Data</w:t>
            </w:r>
          </w:p>
          <w:p w14:paraId="0640A92C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818" w:type="dxa"/>
          </w:tcPr>
          <w:p w14:paraId="79A6A644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Solicitantul</w:t>
            </w:r>
          </w:p>
          <w:p w14:paraId="09458222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465" w:type="dxa"/>
          </w:tcPr>
          <w:p w14:paraId="4A9DF68B" w14:textId="77777777" w:rsidR="00BD4241" w:rsidRPr="00B91FBE" w:rsidRDefault="00EF0495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B91FBE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Semnătura</w:t>
            </w:r>
            <w:proofErr w:type="spellEnd"/>
          </w:p>
          <w:p w14:paraId="29080212" w14:textId="77777777" w:rsidR="00BD4241" w:rsidRPr="00B91FBE" w:rsidRDefault="00BD4241" w:rsidP="00E1084C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CBD0F60" w14:textId="77777777" w:rsidR="00BD4241" w:rsidRPr="001252CC" w:rsidRDefault="00BD4241" w:rsidP="00E1084C">
      <w:pPr>
        <w:spacing w:line="168" w:lineRule="auto"/>
        <w:rPr>
          <w:rFonts w:asciiTheme="majorHAnsi" w:hAnsiTheme="majorHAnsi" w:cstheme="majorHAnsi"/>
        </w:rPr>
      </w:pPr>
    </w:p>
    <w:sectPr w:rsidR="00BD4241" w:rsidRPr="001252CC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E912" w14:textId="77777777" w:rsidR="009D6EA7" w:rsidRDefault="009D6EA7">
      <w:r>
        <w:separator/>
      </w:r>
    </w:p>
  </w:endnote>
  <w:endnote w:type="continuationSeparator" w:id="0">
    <w:p w14:paraId="394EDB11" w14:textId="77777777" w:rsidR="009D6EA7" w:rsidRDefault="009D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Pr="001252CC" w:rsidRDefault="00EF0495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13"/>
      </w:rPr>
    </w:pPr>
    <w:r w:rsidRPr="001252CC">
      <w:rPr>
        <w:rFonts w:asciiTheme="majorHAnsi" w:hAnsiTheme="majorHAnsi" w:cstheme="majorHAnsi"/>
        <w:color w:val="595959"/>
        <w:sz w:val="13"/>
        <w:szCs w:val="13"/>
      </w:rPr>
      <w:t xml:space="preserve">F_CU_04 · </w:t>
    </w:r>
    <w:proofErr w:type="spellStart"/>
    <w:r w:rsidRPr="001252CC">
      <w:rPr>
        <w:rFonts w:asciiTheme="majorHAnsi" w:hAnsiTheme="majorHAnsi" w:cstheme="majorHAnsi"/>
        <w:color w:val="595959"/>
        <w:sz w:val="13"/>
        <w:szCs w:val="13"/>
      </w:rPr>
      <w:t>versiunea</w:t>
    </w:r>
    <w:proofErr w:type="spellEnd"/>
    <w:r w:rsidRPr="001252CC">
      <w:rPr>
        <w:rFonts w:asciiTheme="majorHAnsi" w:hAnsiTheme="majorHAnsi" w:cstheme="majorHAnsi"/>
        <w:color w:val="595959"/>
        <w:sz w:val="13"/>
        <w:szCs w:val="13"/>
      </w:rPr>
      <w:t xml:space="preserve"> 1.0</w:t>
    </w:r>
    <w:r w:rsidRPr="001252CC">
      <w:rPr>
        <w:rFonts w:asciiTheme="majorHAnsi" w:hAnsiTheme="majorHAnsi" w:cstheme="majorHAnsi"/>
        <w:color w:val="595959"/>
        <w:sz w:val="13"/>
        <w:szCs w:val="13"/>
      </w:rPr>
      <w:tab/>
    </w:r>
    <w:proofErr w:type="spellStart"/>
    <w:r w:rsidRPr="001252CC">
      <w:rPr>
        <w:rFonts w:asciiTheme="majorHAnsi" w:hAnsiTheme="majorHAnsi" w:cstheme="majorHAnsi"/>
        <w:color w:val="595959"/>
        <w:sz w:val="13"/>
        <w:szCs w:val="13"/>
      </w:rPr>
      <w:t>pagina</w:t>
    </w:r>
    <w:proofErr w:type="spellEnd"/>
    <w:r w:rsidRPr="001252CC">
      <w:rPr>
        <w:rFonts w:asciiTheme="majorHAnsi" w:hAnsiTheme="majorHAnsi" w:cstheme="majorHAnsi"/>
        <w:color w:val="595959"/>
        <w:sz w:val="13"/>
        <w:szCs w:val="13"/>
      </w:rPr>
      <w:t xml:space="preserve"> </w: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1252CC">
      <w:rPr>
        <w:rFonts w:asciiTheme="majorHAnsi" w:hAnsiTheme="majorHAnsi" w:cstheme="majorHAnsi"/>
        <w:color w:val="595959"/>
        <w:sz w:val="13"/>
        <w:szCs w:val="13"/>
      </w:rPr>
      <w:instrText xml:space="preserve"> PAGE </w:instrTex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A256C2" w:rsidRPr="001252CC">
      <w:rPr>
        <w:rFonts w:asciiTheme="majorHAnsi" w:hAnsiTheme="majorHAnsi" w:cstheme="majorHAnsi"/>
        <w:noProof/>
        <w:color w:val="595959"/>
        <w:sz w:val="13"/>
        <w:szCs w:val="13"/>
      </w:rPr>
      <w:t>1</w: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end"/>
    </w:r>
    <w:r w:rsidRPr="001252CC">
      <w:rPr>
        <w:rFonts w:asciiTheme="majorHAnsi" w:hAnsiTheme="majorHAnsi" w:cstheme="majorHAnsi"/>
        <w:color w:val="595959"/>
        <w:sz w:val="13"/>
        <w:szCs w:val="13"/>
      </w:rPr>
      <w:t xml:space="preserve"> din </w: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1252CC">
      <w:rPr>
        <w:rFonts w:asciiTheme="majorHAnsi" w:hAnsiTheme="majorHAnsi" w:cstheme="majorHAnsi"/>
        <w:color w:val="595959"/>
        <w:sz w:val="13"/>
        <w:szCs w:val="13"/>
      </w:rPr>
      <w:instrText xml:space="preserve"> NUMPAGES </w:instrTex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A256C2" w:rsidRPr="001252CC">
      <w:rPr>
        <w:rFonts w:asciiTheme="majorHAnsi" w:hAnsiTheme="majorHAnsi" w:cstheme="majorHAnsi"/>
        <w:noProof/>
        <w:color w:val="595959"/>
        <w:sz w:val="13"/>
        <w:szCs w:val="13"/>
      </w:rPr>
      <w:t>2</w:t>
    </w:r>
    <w:r w:rsidRPr="001252CC">
      <w:rPr>
        <w:rFonts w:asciiTheme="majorHAnsi" w:hAnsiTheme="majorHAnsi" w:cstheme="majorHAnsi"/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A82AB" w14:textId="77777777" w:rsidR="009D6EA7" w:rsidRDefault="009D6EA7">
      <w:r>
        <w:separator/>
      </w:r>
    </w:p>
  </w:footnote>
  <w:footnote w:type="continuationSeparator" w:id="0">
    <w:p w14:paraId="7ABC114F" w14:textId="77777777" w:rsidR="009D6EA7" w:rsidRDefault="009D6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6A09" w14:textId="6CDF3F85" w:rsidR="00855262" w:rsidRPr="001252CC" w:rsidRDefault="00855262" w:rsidP="00855262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1252CC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nr.1  </w:t>
    </w:r>
  </w:p>
  <w:p w14:paraId="5A2C936D" w14:textId="0C754A24" w:rsidR="00855262" w:rsidRPr="001252CC" w:rsidRDefault="00855262">
    <w:pPr>
      <w:pStyle w:val="Header"/>
      <w:rPr>
        <w:rFonts w:asciiTheme="majorHAnsi" w:hAnsiTheme="majorHAnsi" w:cstheme="majorHAnsi"/>
        <w:b/>
        <w:bCs/>
        <w:color w:val="595959"/>
        <w:sz w:val="14"/>
        <w:szCs w:val="14"/>
        <w:lang w:val="ro-RO"/>
      </w:rPr>
    </w:pPr>
    <w:r w:rsidRPr="001252CC">
      <w:rPr>
        <w:rFonts w:asciiTheme="majorHAnsi" w:hAnsiTheme="majorHAnsi" w:cstheme="majorHAnsi"/>
        <w:color w:val="595959"/>
        <w:sz w:val="14"/>
        <w:szCs w:val="14"/>
        <w:lang w:val="pt-BR"/>
      </w:rPr>
      <w:t xml:space="preserve">F_CU_04 Cerere emitere Certificat de Urbanism pentru construire sau desființare / clădiri și amenajări/ lucrări inginerești /construcții cu caracter speciale </w:t>
    </w:r>
  </w:p>
  <w:p w14:paraId="42A4C1CE" w14:textId="77777777" w:rsidR="00855262" w:rsidRPr="001252CC" w:rsidRDefault="00855262">
    <w:pPr>
      <w:pStyle w:val="Head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252CC"/>
    <w:rsid w:val="0015074B"/>
    <w:rsid w:val="001D38E9"/>
    <w:rsid w:val="00200AB0"/>
    <w:rsid w:val="00203527"/>
    <w:rsid w:val="00205F1A"/>
    <w:rsid w:val="00232B9E"/>
    <w:rsid w:val="0029639D"/>
    <w:rsid w:val="002D6789"/>
    <w:rsid w:val="00326F90"/>
    <w:rsid w:val="0038573F"/>
    <w:rsid w:val="003C49F4"/>
    <w:rsid w:val="004232B2"/>
    <w:rsid w:val="004408E8"/>
    <w:rsid w:val="00462384"/>
    <w:rsid w:val="005566B7"/>
    <w:rsid w:val="00606DAD"/>
    <w:rsid w:val="006C103E"/>
    <w:rsid w:val="00745F29"/>
    <w:rsid w:val="0074630B"/>
    <w:rsid w:val="007C07B9"/>
    <w:rsid w:val="00850B64"/>
    <w:rsid w:val="00855262"/>
    <w:rsid w:val="008B19F9"/>
    <w:rsid w:val="008D6052"/>
    <w:rsid w:val="00917520"/>
    <w:rsid w:val="009511F8"/>
    <w:rsid w:val="00954846"/>
    <w:rsid w:val="009D6EA7"/>
    <w:rsid w:val="00A256C2"/>
    <w:rsid w:val="00A3333E"/>
    <w:rsid w:val="00A37830"/>
    <w:rsid w:val="00AA1D8D"/>
    <w:rsid w:val="00B47730"/>
    <w:rsid w:val="00B72563"/>
    <w:rsid w:val="00B73741"/>
    <w:rsid w:val="00B91FBE"/>
    <w:rsid w:val="00BB1A72"/>
    <w:rsid w:val="00BB3687"/>
    <w:rsid w:val="00BD4241"/>
    <w:rsid w:val="00CB0664"/>
    <w:rsid w:val="00CF6EF6"/>
    <w:rsid w:val="00D50DD0"/>
    <w:rsid w:val="00E1084C"/>
    <w:rsid w:val="00EF04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Antonia ALDEA</cp:lastModifiedBy>
  <cp:revision>13</cp:revision>
  <dcterms:created xsi:type="dcterms:W3CDTF">2013-12-23T23:15:00Z</dcterms:created>
  <dcterms:modified xsi:type="dcterms:W3CDTF">2026-10-29T11:24:00Z</dcterms:modified>
  <cp:category/>
</cp:coreProperties>
</file>