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D4138" w14:textId="77777777" w:rsidR="00442C77" w:rsidRDefault="00442C77" w:rsidP="00480CCC">
      <w:pPr>
        <w:rPr>
          <w:rFonts w:asciiTheme="majorHAnsi" w:hAnsiTheme="majorHAnsi" w:cstheme="majorHAnsi"/>
        </w:rPr>
        <w:sectPr w:rsidR="00442C77" w:rsidSect="004E3E88">
          <w:headerReference w:type="default" r:id="rId8"/>
          <w:footerReference w:type="default" r:id="rId9"/>
          <w:headerReference w:type="first" r:id="rId10"/>
          <w:pgSz w:w="11906" w:h="16838"/>
          <w:pgMar w:top="426" w:right="1134" w:bottom="426"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68"/>
        <w:gridCol w:w="2347"/>
        <w:gridCol w:w="2409"/>
        <w:gridCol w:w="3212"/>
      </w:tblGrid>
      <w:tr w:rsidR="00EB3490" w:rsidRPr="00131165" w14:paraId="40CC4D6A" w14:textId="77777777" w:rsidTr="00CF3AF2">
        <w:trPr>
          <w:cantSplit/>
          <w:trHeight w:val="510"/>
        </w:trPr>
        <w:tc>
          <w:tcPr>
            <w:tcW w:w="1668" w:type="dxa"/>
            <w:vMerge w:val="restart"/>
            <w:vAlign w:val="center"/>
          </w:tcPr>
          <w:p w14:paraId="7ECAD233" w14:textId="77777777" w:rsidR="00EB3490" w:rsidRPr="00131165" w:rsidRDefault="00EB3490" w:rsidP="00480CCC">
            <w:pPr>
              <w:rPr>
                <w:rFonts w:asciiTheme="majorHAnsi" w:hAnsiTheme="majorHAnsi" w:cstheme="majorHAnsi"/>
                <w:i/>
                <w:color w:val="595959"/>
              </w:rPr>
            </w:pPr>
            <w:r w:rsidRPr="00131165">
              <w:rPr>
                <w:rFonts w:asciiTheme="majorHAnsi" w:hAnsiTheme="majorHAnsi" w:cstheme="majorHAnsi"/>
                <w:noProof/>
              </w:rPr>
              <w:drawing>
                <wp:inline distT="0" distB="0" distL="0" distR="0" wp14:anchorId="5DBA49B7" wp14:editId="4EAAD9DB">
                  <wp:extent cx="922020" cy="1087755"/>
                  <wp:effectExtent l="0" t="0" r="0" b="0"/>
                  <wp:docPr id="97597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2020" cy="1087755"/>
                          </a:xfrm>
                          <a:prstGeom prst="rect">
                            <a:avLst/>
                          </a:prstGeom>
                          <a:noFill/>
                          <a:ln>
                            <a:noFill/>
                          </a:ln>
                        </pic:spPr>
                      </pic:pic>
                    </a:graphicData>
                  </a:graphic>
                </wp:inline>
              </w:drawing>
            </w:r>
            <w:r w:rsidRPr="00131165">
              <w:rPr>
                <w:rFonts w:asciiTheme="majorHAnsi" w:hAnsiTheme="majorHAnsi" w:cstheme="majorHAnsi"/>
              </w:rPr>
              <w:t xml:space="preserve"> </w:t>
            </w:r>
          </w:p>
          <w:p w14:paraId="45EEFCD1" w14:textId="77777777" w:rsidR="00EB3490" w:rsidRPr="00131165" w:rsidRDefault="00EB3490" w:rsidP="00CF3AF2">
            <w:pPr>
              <w:keepNext/>
              <w:jc w:val="center"/>
              <w:rPr>
                <w:rFonts w:asciiTheme="majorHAnsi" w:hAnsiTheme="majorHAnsi" w:cstheme="majorHAnsi"/>
              </w:rPr>
            </w:pPr>
          </w:p>
        </w:tc>
        <w:tc>
          <w:tcPr>
            <w:tcW w:w="7968" w:type="dxa"/>
            <w:gridSpan w:val="3"/>
            <w:shd w:val="clear" w:color="auto" w:fill="F0F0F0"/>
          </w:tcPr>
          <w:p w14:paraId="64EBB003" w14:textId="540C51B9" w:rsidR="00EB3490" w:rsidRPr="00131165" w:rsidRDefault="00131165" w:rsidP="00510D33">
            <w:pPr>
              <w:keepNext/>
              <w:rPr>
                <w:rFonts w:asciiTheme="majorHAnsi" w:hAnsiTheme="majorHAnsi" w:cstheme="majorHAnsi"/>
                <w:sz w:val="20"/>
                <w:szCs w:val="20"/>
              </w:rPr>
            </w:pPr>
            <w:r w:rsidRPr="00510D33">
              <w:rPr>
                <w:rFonts w:asciiTheme="majorHAnsi" w:hAnsiTheme="majorHAnsi" w:cstheme="majorHAnsi"/>
                <w:b/>
                <w:sz w:val="28"/>
                <w:szCs w:val="28"/>
              </w:rPr>
              <w:t>JUDEȚUL ARGEȘ</w:t>
            </w:r>
          </w:p>
        </w:tc>
      </w:tr>
      <w:tr w:rsidR="00EB3490" w:rsidRPr="00131165" w14:paraId="4A91C40D" w14:textId="77777777" w:rsidTr="00CF3AF2">
        <w:trPr>
          <w:cantSplit/>
          <w:trHeight w:val="510"/>
        </w:trPr>
        <w:tc>
          <w:tcPr>
            <w:tcW w:w="1668" w:type="dxa"/>
            <w:vMerge/>
          </w:tcPr>
          <w:p w14:paraId="78C2ABAE" w14:textId="77777777" w:rsidR="00EB3490" w:rsidRPr="00131165" w:rsidRDefault="00EB3490" w:rsidP="00CF3AF2">
            <w:pPr>
              <w:rPr>
                <w:rFonts w:asciiTheme="majorHAnsi" w:hAnsiTheme="majorHAnsi" w:cstheme="majorHAnsi"/>
              </w:rPr>
            </w:pPr>
          </w:p>
        </w:tc>
        <w:tc>
          <w:tcPr>
            <w:tcW w:w="7968" w:type="dxa"/>
            <w:gridSpan w:val="3"/>
            <w:shd w:val="clear" w:color="auto" w:fill="F0F0F0"/>
          </w:tcPr>
          <w:p w14:paraId="5F4119AF" w14:textId="77777777" w:rsidR="00EB3490" w:rsidRPr="00CD5EF0" w:rsidRDefault="00EB3490" w:rsidP="00CF3AF2">
            <w:pPr>
              <w:keepNext/>
              <w:rPr>
                <w:rFonts w:asciiTheme="majorHAnsi" w:hAnsiTheme="majorHAnsi" w:cstheme="majorHAnsi"/>
                <w:sz w:val="16"/>
                <w:szCs w:val="16"/>
              </w:rPr>
            </w:pPr>
            <w:r w:rsidRPr="00CD5EF0">
              <w:rPr>
                <w:rFonts w:asciiTheme="majorHAnsi" w:hAnsiTheme="majorHAnsi" w:cstheme="majorHAnsi"/>
                <w:b/>
                <w:color w:val="0D5F78"/>
                <w:sz w:val="16"/>
                <w:szCs w:val="16"/>
              </w:rPr>
              <w:t>Autoritatea administrației publice</w:t>
            </w:r>
          </w:p>
          <w:p w14:paraId="5F8348EE" w14:textId="77777777" w:rsidR="00EB3490" w:rsidRPr="00510D33" w:rsidRDefault="00EB3490" w:rsidP="00CF3AF2">
            <w:pPr>
              <w:keepNext/>
              <w:rPr>
                <w:rFonts w:asciiTheme="majorHAnsi" w:hAnsiTheme="majorHAnsi" w:cstheme="majorHAnsi"/>
                <w:b/>
                <w:bCs/>
                <w:sz w:val="24"/>
                <w:szCs w:val="24"/>
              </w:rPr>
            </w:pPr>
            <w:r w:rsidRPr="00510D33">
              <w:rPr>
                <w:rFonts w:asciiTheme="majorHAnsi" w:hAnsiTheme="majorHAnsi" w:cstheme="majorHAnsi"/>
                <w:b/>
                <w:bCs/>
                <w:sz w:val="24"/>
                <w:szCs w:val="24"/>
              </w:rPr>
              <w:t>CONSILIUL JUDEȚEAN ARGEȘ</w:t>
            </w:r>
          </w:p>
        </w:tc>
      </w:tr>
      <w:tr w:rsidR="007839E9" w:rsidRPr="00131165" w14:paraId="21D6A6C4" w14:textId="77777777" w:rsidTr="00CF3AF2">
        <w:trPr>
          <w:cantSplit/>
          <w:trHeight w:val="510"/>
        </w:trPr>
        <w:tc>
          <w:tcPr>
            <w:tcW w:w="1668" w:type="dxa"/>
            <w:vMerge/>
          </w:tcPr>
          <w:p w14:paraId="551B0EA6" w14:textId="77777777" w:rsidR="007839E9" w:rsidRPr="00131165" w:rsidRDefault="007839E9" w:rsidP="007839E9">
            <w:pPr>
              <w:rPr>
                <w:rFonts w:asciiTheme="majorHAnsi" w:hAnsiTheme="majorHAnsi" w:cstheme="majorHAnsi"/>
              </w:rPr>
            </w:pPr>
          </w:p>
        </w:tc>
        <w:tc>
          <w:tcPr>
            <w:tcW w:w="2347" w:type="dxa"/>
            <w:shd w:val="clear" w:color="auto" w:fill="F0F0F0"/>
          </w:tcPr>
          <w:p w14:paraId="3C41606B" w14:textId="77777777" w:rsidR="007839E9" w:rsidRPr="00CD5EF0" w:rsidRDefault="007839E9" w:rsidP="007839E9">
            <w:pPr>
              <w:keepNext/>
              <w:rPr>
                <w:rFonts w:asciiTheme="majorHAnsi" w:hAnsiTheme="majorHAnsi" w:cstheme="majorHAnsi"/>
                <w:sz w:val="16"/>
                <w:szCs w:val="16"/>
              </w:rPr>
            </w:pPr>
            <w:r w:rsidRPr="00CD5EF0">
              <w:rPr>
                <w:rFonts w:asciiTheme="majorHAnsi" w:hAnsiTheme="majorHAnsi" w:cstheme="majorHAnsi"/>
                <w:b/>
                <w:color w:val="0D5F78"/>
                <w:sz w:val="16"/>
                <w:szCs w:val="16"/>
              </w:rPr>
              <w:t>Cod de identificare fiscală (CIF)</w:t>
            </w:r>
          </w:p>
          <w:p w14:paraId="4E981161" w14:textId="331CC988" w:rsidR="007839E9" w:rsidRPr="00131165" w:rsidRDefault="007839E9" w:rsidP="007839E9">
            <w:pPr>
              <w:keepNext/>
              <w:rPr>
                <w:rFonts w:asciiTheme="majorHAnsi" w:hAnsiTheme="majorHAnsi" w:cstheme="majorHAnsi"/>
                <w:sz w:val="20"/>
                <w:szCs w:val="20"/>
              </w:rPr>
            </w:pPr>
            <w:r w:rsidRPr="00131165">
              <w:rPr>
                <w:rFonts w:asciiTheme="majorHAnsi" w:hAnsiTheme="majorHAnsi" w:cstheme="majorHAnsi"/>
                <w:b/>
                <w:bCs/>
                <w:sz w:val="16"/>
                <w:szCs w:val="16"/>
              </w:rPr>
              <w:t>4229512</w:t>
            </w:r>
          </w:p>
        </w:tc>
        <w:tc>
          <w:tcPr>
            <w:tcW w:w="5621" w:type="dxa"/>
            <w:gridSpan w:val="2"/>
            <w:shd w:val="clear" w:color="auto" w:fill="F0F0F0"/>
          </w:tcPr>
          <w:p w14:paraId="684DF34D" w14:textId="77777777" w:rsidR="007839E9" w:rsidRPr="00CD5EF0" w:rsidRDefault="007839E9" w:rsidP="007839E9">
            <w:pPr>
              <w:keepNext/>
              <w:rPr>
                <w:rFonts w:asciiTheme="majorHAnsi" w:hAnsiTheme="majorHAnsi" w:cstheme="majorHAnsi"/>
                <w:sz w:val="16"/>
                <w:szCs w:val="16"/>
              </w:rPr>
            </w:pPr>
            <w:r w:rsidRPr="00CD5EF0">
              <w:rPr>
                <w:rFonts w:asciiTheme="majorHAnsi" w:hAnsiTheme="majorHAnsi" w:cstheme="majorHAnsi"/>
                <w:b/>
                <w:color w:val="0D5F78"/>
                <w:sz w:val="16"/>
                <w:szCs w:val="16"/>
              </w:rPr>
              <w:t>Adresa oficială</w:t>
            </w:r>
          </w:p>
          <w:p w14:paraId="117BBB26" w14:textId="77777777" w:rsidR="007839E9" w:rsidRPr="00131165" w:rsidRDefault="007839E9" w:rsidP="007839E9">
            <w:pPr>
              <w:keepNext/>
              <w:rPr>
                <w:rFonts w:asciiTheme="majorHAnsi" w:hAnsiTheme="majorHAnsi" w:cstheme="majorHAnsi"/>
                <w:b/>
                <w:bCs/>
                <w:iCs/>
                <w:sz w:val="16"/>
                <w:szCs w:val="16"/>
              </w:rPr>
            </w:pPr>
            <w:r w:rsidRPr="00131165">
              <w:rPr>
                <w:rFonts w:asciiTheme="majorHAnsi" w:hAnsiTheme="majorHAnsi" w:cstheme="majorHAnsi"/>
                <w:b/>
                <w:bCs/>
                <w:iCs/>
                <w:sz w:val="16"/>
                <w:szCs w:val="16"/>
              </w:rPr>
              <w:t>Pitești, Piața Vasile Milea nr. 1, Cod poștal: 110053</w:t>
            </w:r>
          </w:p>
          <w:p w14:paraId="59F83358" w14:textId="52C7630A" w:rsidR="007839E9" w:rsidRPr="00131165" w:rsidRDefault="007839E9" w:rsidP="007839E9">
            <w:pPr>
              <w:keepNext/>
              <w:rPr>
                <w:rFonts w:asciiTheme="majorHAnsi" w:hAnsiTheme="majorHAnsi" w:cstheme="majorHAnsi"/>
                <w:iCs/>
                <w:sz w:val="20"/>
                <w:szCs w:val="20"/>
              </w:rPr>
            </w:pPr>
            <w:r w:rsidRPr="00131165">
              <w:rPr>
                <w:rFonts w:asciiTheme="majorHAnsi" w:hAnsiTheme="majorHAnsi" w:cstheme="majorHAnsi"/>
                <w:b/>
                <w:bCs/>
                <w:iCs/>
                <w:sz w:val="16"/>
                <w:szCs w:val="16"/>
              </w:rPr>
              <w:t>Telefon: 0248.210.056  E-mail: presedinte@cjarges.ro</w:t>
            </w:r>
          </w:p>
        </w:tc>
      </w:tr>
      <w:tr w:rsidR="00EB3490" w:rsidRPr="00131165" w14:paraId="1C149C3B" w14:textId="77777777" w:rsidTr="00CF3AF2">
        <w:trPr>
          <w:cantSplit/>
          <w:trHeight w:val="510"/>
        </w:trPr>
        <w:tc>
          <w:tcPr>
            <w:tcW w:w="1668" w:type="dxa"/>
            <w:vMerge/>
          </w:tcPr>
          <w:p w14:paraId="42C860FB" w14:textId="77777777" w:rsidR="00EB3490" w:rsidRPr="00131165" w:rsidRDefault="00EB3490" w:rsidP="00CF3AF2">
            <w:pPr>
              <w:rPr>
                <w:rFonts w:asciiTheme="majorHAnsi" w:hAnsiTheme="majorHAnsi" w:cstheme="majorHAnsi"/>
              </w:rPr>
            </w:pPr>
          </w:p>
        </w:tc>
        <w:tc>
          <w:tcPr>
            <w:tcW w:w="4756" w:type="dxa"/>
            <w:gridSpan w:val="2"/>
            <w:shd w:val="clear" w:color="auto" w:fill="F0F0F0"/>
          </w:tcPr>
          <w:p w14:paraId="1C3D445E" w14:textId="77777777" w:rsidR="00EB3490" w:rsidRPr="00131165" w:rsidRDefault="00EB3490" w:rsidP="00CF3AF2">
            <w:pPr>
              <w:keepNext/>
              <w:rPr>
                <w:rFonts w:asciiTheme="majorHAnsi" w:hAnsiTheme="majorHAnsi" w:cstheme="majorHAnsi"/>
                <w:sz w:val="20"/>
                <w:szCs w:val="20"/>
              </w:rPr>
            </w:pPr>
            <w:r w:rsidRPr="00131165">
              <w:rPr>
                <w:rFonts w:asciiTheme="majorHAnsi" w:hAnsiTheme="majorHAnsi" w:cstheme="majorHAnsi"/>
                <w:b/>
                <w:color w:val="0D5F78"/>
                <w:sz w:val="20"/>
                <w:szCs w:val="20"/>
              </w:rPr>
              <w:t>Număr de înregistrare</w:t>
            </w:r>
          </w:p>
        </w:tc>
        <w:tc>
          <w:tcPr>
            <w:tcW w:w="3212" w:type="dxa"/>
            <w:shd w:val="clear" w:color="auto" w:fill="F0F0F0"/>
          </w:tcPr>
          <w:p w14:paraId="7574930D" w14:textId="77777777" w:rsidR="00EB3490" w:rsidRPr="00131165" w:rsidRDefault="00EB3490" w:rsidP="00CF3AF2">
            <w:pPr>
              <w:keepNext/>
              <w:rPr>
                <w:rFonts w:asciiTheme="majorHAnsi" w:hAnsiTheme="majorHAnsi" w:cstheme="majorHAnsi"/>
                <w:sz w:val="20"/>
                <w:szCs w:val="20"/>
              </w:rPr>
            </w:pPr>
            <w:r w:rsidRPr="00131165">
              <w:rPr>
                <w:rFonts w:asciiTheme="majorHAnsi" w:hAnsiTheme="majorHAnsi" w:cstheme="majorHAnsi"/>
                <w:b/>
                <w:color w:val="0D5F78"/>
                <w:sz w:val="20"/>
                <w:szCs w:val="20"/>
              </w:rPr>
              <w:t>Data</w:t>
            </w:r>
          </w:p>
          <w:p w14:paraId="143A4FD0" w14:textId="77777777" w:rsidR="00EB3490" w:rsidRPr="00131165" w:rsidRDefault="00EB3490" w:rsidP="00CF3AF2">
            <w:pPr>
              <w:keepNext/>
              <w:rPr>
                <w:rFonts w:asciiTheme="majorHAnsi" w:hAnsiTheme="majorHAnsi" w:cstheme="majorHAnsi"/>
                <w:sz w:val="20"/>
                <w:szCs w:val="20"/>
              </w:rPr>
            </w:pPr>
          </w:p>
        </w:tc>
      </w:tr>
    </w:tbl>
    <w:p w14:paraId="282B6870" w14:textId="77777777" w:rsidR="003C7CA3" w:rsidRPr="00131165" w:rsidRDefault="003454F7" w:rsidP="00C32AB5">
      <w:pPr>
        <w:spacing w:before="140" w:after="40"/>
        <w:jc w:val="center"/>
        <w:rPr>
          <w:rFonts w:asciiTheme="majorHAnsi" w:hAnsiTheme="majorHAnsi" w:cstheme="majorHAnsi"/>
          <w:sz w:val="28"/>
          <w:szCs w:val="28"/>
        </w:rPr>
      </w:pPr>
      <w:r w:rsidRPr="00131165">
        <w:rPr>
          <w:rFonts w:asciiTheme="majorHAnsi" w:hAnsiTheme="majorHAnsi" w:cstheme="majorHAnsi"/>
          <w:b/>
          <w:sz w:val="28"/>
          <w:szCs w:val="28"/>
        </w:rPr>
        <w:t>CERERE</w:t>
      </w:r>
    </w:p>
    <w:p w14:paraId="5B0DC5BF" w14:textId="77777777" w:rsidR="003C7CA3" w:rsidRPr="00131165" w:rsidRDefault="003C7CA3">
      <w:pPr>
        <w:spacing w:after="60" w:line="168" w:lineRule="auto"/>
        <w:rPr>
          <w:rFonts w:asciiTheme="majorHAnsi" w:hAnsiTheme="majorHAnsi" w:cstheme="majorHAnsi"/>
        </w:rPr>
      </w:pP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rsidRPr="00131165" w14:paraId="472EA448" w14:textId="77777777" w:rsidTr="00186100">
        <w:trPr>
          <w:cantSplit/>
        </w:trPr>
        <w:tc>
          <w:tcPr>
            <w:tcW w:w="9636" w:type="dxa"/>
            <w:gridSpan w:val="8"/>
            <w:shd w:val="clear" w:color="auto" w:fill="F4F4F4"/>
          </w:tcPr>
          <w:p w14:paraId="3A681D09" w14:textId="77777777" w:rsidR="003C7CA3" w:rsidRPr="00131165" w:rsidRDefault="003454F7">
            <w:pPr>
              <w:keepNext/>
              <w:rPr>
                <w:rFonts w:asciiTheme="majorHAnsi" w:hAnsiTheme="majorHAnsi" w:cstheme="majorHAnsi"/>
              </w:rPr>
            </w:pPr>
            <w:r w:rsidRPr="00131165">
              <w:rPr>
                <w:rFonts w:asciiTheme="majorHAnsi" w:hAnsiTheme="majorHAnsi" w:cstheme="majorHAnsi"/>
                <w:b/>
                <w:sz w:val="16"/>
              </w:rPr>
              <w:t xml:space="preserve"> </w:t>
            </w:r>
            <w:r w:rsidRPr="00213EA7">
              <w:rPr>
                <w:rFonts w:asciiTheme="majorHAnsi" w:hAnsiTheme="majorHAnsi" w:cstheme="majorHAnsi"/>
                <w:b/>
                <w:sz w:val="20"/>
                <w:szCs w:val="20"/>
              </w:rPr>
              <w:t>1. CĂTRE</w:t>
            </w:r>
          </w:p>
        </w:tc>
      </w:tr>
      <w:tr w:rsidR="003C7CA3" w:rsidRPr="00131165" w14:paraId="00DF9E39" w14:textId="77777777" w:rsidTr="00186100">
        <w:trPr>
          <w:cantSplit/>
          <w:trHeight w:val="510"/>
        </w:trPr>
        <w:tc>
          <w:tcPr>
            <w:tcW w:w="9636" w:type="dxa"/>
            <w:gridSpan w:val="8"/>
          </w:tcPr>
          <w:p w14:paraId="22EECD38" w14:textId="77777777" w:rsid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Instituția</w:t>
            </w:r>
          </w:p>
          <w:p w14:paraId="636138F8" w14:textId="3E43A43A" w:rsidR="003C7CA3" w:rsidRPr="00131165" w:rsidRDefault="00D710BD">
            <w:pPr>
              <w:keepNext/>
              <w:rPr>
                <w:rFonts w:asciiTheme="majorHAnsi" w:hAnsiTheme="majorHAnsi" w:cstheme="majorHAnsi"/>
              </w:rPr>
            </w:pPr>
            <w:r w:rsidRPr="00131165">
              <w:rPr>
                <w:rFonts w:asciiTheme="majorHAnsi" w:hAnsiTheme="majorHAnsi" w:cstheme="majorHAnsi"/>
                <w:b/>
                <w:sz w:val="22"/>
                <w:lang w:eastAsia="ro-RO"/>
              </w:rPr>
              <w:t>CONSILIUL JUDEȚEAN ARGEȘ</w:t>
            </w:r>
          </w:p>
          <w:p w14:paraId="7F5527AA" w14:textId="304FED2F" w:rsidR="003C7CA3" w:rsidRPr="00131165" w:rsidRDefault="003454F7" w:rsidP="00131165">
            <w:pPr>
              <w:keepNext/>
              <w:rPr>
                <w:rFonts w:asciiTheme="majorHAnsi" w:hAnsiTheme="majorHAnsi" w:cstheme="majorHAnsi"/>
              </w:rPr>
            </w:pPr>
            <w:r w:rsidRPr="00131165">
              <w:rPr>
                <w:rFonts w:asciiTheme="majorHAnsi" w:hAnsiTheme="majorHAnsi" w:cstheme="majorHAnsi"/>
                <w:i/>
                <w:color w:val="7A7A7A"/>
              </w:rPr>
              <w:t>primăria municipiului / orașului / comunei · primăria de sector · consiliul județean</w:t>
            </w:r>
          </w:p>
        </w:tc>
      </w:tr>
      <w:tr w:rsidR="003C7CA3" w:rsidRPr="00131165" w14:paraId="3F0255BC" w14:textId="77777777" w:rsidTr="00186100">
        <w:trPr>
          <w:cantSplit/>
        </w:trPr>
        <w:tc>
          <w:tcPr>
            <w:tcW w:w="9636" w:type="dxa"/>
            <w:gridSpan w:val="8"/>
            <w:shd w:val="clear" w:color="auto" w:fill="F4F4F4"/>
          </w:tcPr>
          <w:p w14:paraId="1DC58EC1" w14:textId="77777777" w:rsidR="003C7CA3" w:rsidRPr="00131165" w:rsidRDefault="003454F7">
            <w:pPr>
              <w:spacing w:line="228" w:lineRule="auto"/>
              <w:rPr>
                <w:rFonts w:asciiTheme="majorHAnsi" w:hAnsiTheme="majorHAnsi" w:cstheme="majorHAnsi"/>
              </w:rPr>
            </w:pPr>
            <w:r w:rsidRPr="00131165">
              <w:rPr>
                <w:rFonts w:asciiTheme="majorHAnsi" w:hAnsiTheme="majorHAnsi" w:cstheme="majorHAnsi"/>
              </w:rPr>
              <w:t>Cererea va fi transmisă către președintele consiliului județean, primarul general, primarul de sector sau primarul municipiului / orașului / comunei, după caz.</w:t>
            </w:r>
          </w:p>
        </w:tc>
      </w:tr>
      <w:tr w:rsidR="003C7CA3" w:rsidRPr="00131165" w14:paraId="30A794B1" w14:textId="77777777" w:rsidTr="00186100">
        <w:trPr>
          <w:cantSplit/>
        </w:trPr>
        <w:tc>
          <w:tcPr>
            <w:tcW w:w="9636" w:type="dxa"/>
            <w:gridSpan w:val="8"/>
            <w:shd w:val="clear" w:color="auto" w:fill="F4F4F4"/>
          </w:tcPr>
          <w:p w14:paraId="2C82CAB7" w14:textId="77777777" w:rsidR="003C7CA3" w:rsidRPr="00131165" w:rsidRDefault="003454F7">
            <w:pPr>
              <w:keepNext/>
              <w:rPr>
                <w:rFonts w:asciiTheme="majorHAnsi" w:hAnsiTheme="majorHAnsi" w:cstheme="majorHAnsi"/>
              </w:rPr>
            </w:pPr>
            <w:r w:rsidRPr="00131165">
              <w:rPr>
                <w:rFonts w:asciiTheme="majorHAnsi" w:hAnsiTheme="majorHAnsi" w:cstheme="majorHAnsi"/>
                <w:b/>
                <w:sz w:val="16"/>
              </w:rPr>
              <w:t xml:space="preserve"> </w:t>
            </w:r>
            <w:r w:rsidRPr="00213EA7">
              <w:rPr>
                <w:rFonts w:asciiTheme="majorHAnsi" w:hAnsiTheme="majorHAnsi" w:cstheme="majorHAnsi"/>
                <w:b/>
                <w:sz w:val="20"/>
                <w:szCs w:val="20"/>
              </w:rPr>
              <w:t>2. SOLICITANTUL</w:t>
            </w:r>
          </w:p>
        </w:tc>
      </w:tr>
      <w:tr w:rsidR="003C7CA3" w:rsidRPr="00131165" w14:paraId="29428782" w14:textId="77777777" w:rsidTr="00186100">
        <w:trPr>
          <w:cantSplit/>
          <w:trHeight w:val="510"/>
        </w:trPr>
        <w:tc>
          <w:tcPr>
            <w:tcW w:w="5621" w:type="dxa"/>
            <w:gridSpan w:val="5"/>
          </w:tcPr>
          <w:p w14:paraId="28000559"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Nume și prenume</w:t>
            </w:r>
          </w:p>
          <w:p w14:paraId="23D9DFE8" w14:textId="56CA074C" w:rsidR="003C7CA3" w:rsidRPr="00131165" w:rsidRDefault="003C7CA3">
            <w:pPr>
              <w:keepNext/>
              <w:rPr>
                <w:rFonts w:asciiTheme="majorHAnsi" w:hAnsiTheme="majorHAnsi" w:cstheme="majorHAnsi"/>
                <w:sz w:val="22"/>
              </w:rPr>
            </w:pPr>
          </w:p>
        </w:tc>
        <w:tc>
          <w:tcPr>
            <w:tcW w:w="4015" w:type="dxa"/>
            <w:gridSpan w:val="3"/>
          </w:tcPr>
          <w:p w14:paraId="786F8013"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CNP</w:t>
            </w:r>
          </w:p>
          <w:p w14:paraId="68914CF7" w14:textId="1F86CE5F" w:rsidR="003C7CA3" w:rsidRPr="00131165" w:rsidRDefault="003C7CA3">
            <w:pPr>
              <w:keepNext/>
              <w:rPr>
                <w:rFonts w:asciiTheme="majorHAnsi" w:hAnsiTheme="majorHAnsi" w:cstheme="majorHAnsi"/>
              </w:rPr>
            </w:pPr>
          </w:p>
        </w:tc>
      </w:tr>
      <w:tr w:rsidR="003C7CA3" w:rsidRPr="00131165" w14:paraId="7BDDBA2B" w14:textId="77777777" w:rsidTr="00186100">
        <w:trPr>
          <w:cantSplit/>
        </w:trPr>
        <w:tc>
          <w:tcPr>
            <w:tcW w:w="9636" w:type="dxa"/>
            <w:gridSpan w:val="8"/>
            <w:shd w:val="clear" w:color="auto" w:fill="F4F4F4"/>
          </w:tcPr>
          <w:p w14:paraId="78554FA7" w14:textId="77777777" w:rsidR="003C7CA3" w:rsidRPr="00131165" w:rsidRDefault="003454F7">
            <w:pPr>
              <w:keepNext/>
              <w:rPr>
                <w:rFonts w:asciiTheme="majorHAnsi" w:hAnsiTheme="majorHAnsi" w:cstheme="majorHAnsi"/>
              </w:rPr>
            </w:pPr>
            <w:r w:rsidRPr="00131165">
              <w:rPr>
                <w:rFonts w:asciiTheme="majorHAnsi" w:hAnsiTheme="majorHAnsi" w:cstheme="majorHAnsi"/>
                <w:sz w:val="16"/>
              </w:rPr>
              <w:t xml:space="preserve"> Act de identitate</w:t>
            </w:r>
          </w:p>
        </w:tc>
      </w:tr>
      <w:tr w:rsidR="003C7CA3" w:rsidRPr="00131165" w14:paraId="3BB88CF2" w14:textId="77777777" w:rsidTr="00186100">
        <w:trPr>
          <w:cantSplit/>
          <w:trHeight w:val="510"/>
        </w:trPr>
        <w:tc>
          <w:tcPr>
            <w:tcW w:w="1606" w:type="dxa"/>
          </w:tcPr>
          <w:p w14:paraId="043BF13F"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Seria</w:t>
            </w:r>
          </w:p>
          <w:p w14:paraId="0AA2A77A" w14:textId="5FBEBDDD" w:rsidR="003C7CA3" w:rsidRPr="00131165" w:rsidRDefault="003C7CA3">
            <w:pPr>
              <w:keepNext/>
              <w:rPr>
                <w:rFonts w:asciiTheme="majorHAnsi" w:hAnsiTheme="majorHAnsi" w:cstheme="majorHAnsi"/>
              </w:rPr>
            </w:pPr>
          </w:p>
        </w:tc>
        <w:tc>
          <w:tcPr>
            <w:tcW w:w="1606" w:type="dxa"/>
          </w:tcPr>
          <w:p w14:paraId="1CFF9F88"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Numărul</w:t>
            </w:r>
          </w:p>
          <w:p w14:paraId="1597DE54" w14:textId="6D2C8387" w:rsidR="003C7CA3" w:rsidRPr="00131165" w:rsidRDefault="003C7CA3">
            <w:pPr>
              <w:keepNext/>
              <w:rPr>
                <w:rFonts w:asciiTheme="majorHAnsi" w:hAnsiTheme="majorHAnsi" w:cstheme="majorHAnsi"/>
              </w:rPr>
            </w:pPr>
          </w:p>
        </w:tc>
        <w:tc>
          <w:tcPr>
            <w:tcW w:w="4818" w:type="dxa"/>
            <w:gridSpan w:val="5"/>
          </w:tcPr>
          <w:p w14:paraId="7E38FFA6"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Eliberat de</w:t>
            </w:r>
          </w:p>
          <w:p w14:paraId="6BB479EA" w14:textId="11A7CB3C" w:rsidR="003C7CA3" w:rsidRPr="00131165" w:rsidRDefault="003C7CA3">
            <w:pPr>
              <w:keepNext/>
              <w:rPr>
                <w:rFonts w:asciiTheme="majorHAnsi" w:hAnsiTheme="majorHAnsi" w:cstheme="majorHAnsi"/>
              </w:rPr>
            </w:pPr>
          </w:p>
        </w:tc>
        <w:tc>
          <w:tcPr>
            <w:tcW w:w="1606" w:type="dxa"/>
          </w:tcPr>
          <w:p w14:paraId="05B5F488"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La data</w:t>
            </w:r>
          </w:p>
          <w:p w14:paraId="3072B5E3" w14:textId="3386AFD0" w:rsidR="003C7CA3" w:rsidRPr="00131165" w:rsidRDefault="003C7CA3">
            <w:pPr>
              <w:keepNext/>
              <w:rPr>
                <w:rFonts w:asciiTheme="majorHAnsi" w:hAnsiTheme="majorHAnsi" w:cstheme="majorHAnsi"/>
              </w:rPr>
            </w:pPr>
          </w:p>
        </w:tc>
      </w:tr>
      <w:tr w:rsidR="003C7CA3" w:rsidRPr="00131165" w14:paraId="5F34DFE7" w14:textId="77777777" w:rsidTr="00186100">
        <w:trPr>
          <w:cantSplit/>
        </w:trPr>
        <w:tc>
          <w:tcPr>
            <w:tcW w:w="9636" w:type="dxa"/>
            <w:gridSpan w:val="8"/>
            <w:shd w:val="clear" w:color="auto" w:fill="F4F4F4"/>
          </w:tcPr>
          <w:p w14:paraId="320404B2" w14:textId="77777777" w:rsidR="003C7CA3" w:rsidRPr="00131165" w:rsidRDefault="003454F7">
            <w:pPr>
              <w:keepNext/>
              <w:rPr>
                <w:rFonts w:asciiTheme="majorHAnsi" w:hAnsiTheme="majorHAnsi" w:cstheme="majorHAnsi"/>
              </w:rPr>
            </w:pPr>
            <w:r w:rsidRPr="00131165">
              <w:rPr>
                <w:rFonts w:asciiTheme="majorHAnsi" w:hAnsiTheme="majorHAnsi" w:cstheme="majorHAnsi"/>
                <w:sz w:val="16"/>
              </w:rPr>
              <w:t xml:space="preserve"> Domiciliul</w:t>
            </w:r>
          </w:p>
        </w:tc>
      </w:tr>
      <w:tr w:rsidR="003C7CA3" w:rsidRPr="00131165" w14:paraId="5559BD49" w14:textId="77777777" w:rsidTr="00186100">
        <w:trPr>
          <w:cantSplit/>
          <w:trHeight w:val="510"/>
        </w:trPr>
        <w:tc>
          <w:tcPr>
            <w:tcW w:w="3212" w:type="dxa"/>
            <w:gridSpan w:val="2"/>
          </w:tcPr>
          <w:p w14:paraId="0A7E8673"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Județul</w:t>
            </w:r>
          </w:p>
          <w:p w14:paraId="32F8A1FA" w14:textId="47B4A9F6" w:rsidR="003C7CA3" w:rsidRPr="00131165" w:rsidRDefault="003C7CA3">
            <w:pPr>
              <w:keepNext/>
              <w:rPr>
                <w:rFonts w:asciiTheme="majorHAnsi" w:hAnsiTheme="majorHAnsi" w:cstheme="majorHAnsi"/>
                <w:sz w:val="22"/>
              </w:rPr>
            </w:pPr>
          </w:p>
        </w:tc>
        <w:tc>
          <w:tcPr>
            <w:tcW w:w="3212" w:type="dxa"/>
            <w:gridSpan w:val="4"/>
          </w:tcPr>
          <w:p w14:paraId="076AB024"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Municipiul / orașul / comuna</w:t>
            </w:r>
          </w:p>
          <w:p w14:paraId="22F41106" w14:textId="0865E2A6" w:rsidR="003C7CA3" w:rsidRPr="00131165" w:rsidRDefault="003C7CA3">
            <w:pPr>
              <w:keepNext/>
              <w:rPr>
                <w:rFonts w:asciiTheme="majorHAnsi" w:hAnsiTheme="majorHAnsi" w:cstheme="majorHAnsi"/>
                <w:sz w:val="22"/>
              </w:rPr>
            </w:pPr>
          </w:p>
        </w:tc>
        <w:tc>
          <w:tcPr>
            <w:tcW w:w="3212" w:type="dxa"/>
            <w:gridSpan w:val="2"/>
          </w:tcPr>
          <w:p w14:paraId="083DD2A6"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Satul / sectorul</w:t>
            </w:r>
          </w:p>
          <w:p w14:paraId="46C6D803" w14:textId="4B9456D5" w:rsidR="003C7CA3" w:rsidRPr="00131165" w:rsidRDefault="00131165">
            <w:pPr>
              <w:keepNext/>
              <w:rPr>
                <w:rFonts w:asciiTheme="majorHAnsi" w:hAnsiTheme="majorHAnsi" w:cstheme="majorHAnsi"/>
              </w:rPr>
            </w:pPr>
            <w:r>
              <w:rPr>
                <w:rFonts w:asciiTheme="majorHAnsi" w:hAnsiTheme="majorHAnsi" w:cstheme="majorHAnsi"/>
              </w:rPr>
              <w:t>-</w:t>
            </w:r>
          </w:p>
        </w:tc>
      </w:tr>
      <w:tr w:rsidR="003C7CA3" w:rsidRPr="00131165" w14:paraId="50FF5E1E" w14:textId="77777777" w:rsidTr="00186100">
        <w:trPr>
          <w:cantSplit/>
          <w:trHeight w:val="510"/>
        </w:trPr>
        <w:tc>
          <w:tcPr>
            <w:tcW w:w="3212" w:type="dxa"/>
            <w:gridSpan w:val="2"/>
          </w:tcPr>
          <w:p w14:paraId="6EBF7D52"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Strada</w:t>
            </w:r>
          </w:p>
          <w:p w14:paraId="4337B0E5" w14:textId="015DD94C" w:rsidR="003C7CA3" w:rsidRPr="00131165" w:rsidRDefault="003C7CA3">
            <w:pPr>
              <w:keepNext/>
              <w:rPr>
                <w:rFonts w:asciiTheme="majorHAnsi" w:hAnsiTheme="majorHAnsi" w:cstheme="majorHAnsi"/>
                <w:sz w:val="22"/>
              </w:rPr>
            </w:pPr>
          </w:p>
        </w:tc>
        <w:tc>
          <w:tcPr>
            <w:tcW w:w="803" w:type="dxa"/>
          </w:tcPr>
          <w:p w14:paraId="4A8A0FA4"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Nr.</w:t>
            </w:r>
          </w:p>
          <w:p w14:paraId="2D86E73D" w14:textId="23369E26" w:rsidR="003C7CA3" w:rsidRPr="00131165" w:rsidRDefault="003C7CA3">
            <w:pPr>
              <w:keepNext/>
              <w:rPr>
                <w:rFonts w:asciiTheme="majorHAnsi" w:hAnsiTheme="majorHAnsi" w:cstheme="majorHAnsi"/>
                <w:sz w:val="22"/>
              </w:rPr>
            </w:pPr>
          </w:p>
        </w:tc>
        <w:tc>
          <w:tcPr>
            <w:tcW w:w="803" w:type="dxa"/>
          </w:tcPr>
          <w:p w14:paraId="2B61CEC7"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Sc.</w:t>
            </w:r>
          </w:p>
          <w:p w14:paraId="624663EF" w14:textId="597CC8F7" w:rsidR="003C7CA3" w:rsidRPr="00131165" w:rsidRDefault="003C7CA3">
            <w:pPr>
              <w:keepNext/>
              <w:rPr>
                <w:rFonts w:asciiTheme="majorHAnsi" w:hAnsiTheme="majorHAnsi" w:cstheme="majorHAnsi"/>
              </w:rPr>
            </w:pPr>
          </w:p>
        </w:tc>
        <w:tc>
          <w:tcPr>
            <w:tcW w:w="803" w:type="dxa"/>
          </w:tcPr>
          <w:p w14:paraId="4174B824"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Et.</w:t>
            </w:r>
          </w:p>
          <w:p w14:paraId="35C921A2" w14:textId="7446C191" w:rsidR="003C7CA3" w:rsidRPr="00131165" w:rsidRDefault="003C7CA3">
            <w:pPr>
              <w:keepNext/>
              <w:rPr>
                <w:rFonts w:asciiTheme="majorHAnsi" w:hAnsiTheme="majorHAnsi" w:cstheme="majorHAnsi"/>
              </w:rPr>
            </w:pPr>
          </w:p>
        </w:tc>
        <w:tc>
          <w:tcPr>
            <w:tcW w:w="803" w:type="dxa"/>
          </w:tcPr>
          <w:p w14:paraId="001C148E"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Ap.</w:t>
            </w:r>
          </w:p>
          <w:p w14:paraId="504D30C0" w14:textId="511380F3" w:rsidR="003C7CA3" w:rsidRPr="00131165" w:rsidRDefault="003C7CA3">
            <w:pPr>
              <w:keepNext/>
              <w:rPr>
                <w:rFonts w:asciiTheme="majorHAnsi" w:hAnsiTheme="majorHAnsi" w:cstheme="majorHAnsi"/>
              </w:rPr>
            </w:pPr>
          </w:p>
        </w:tc>
        <w:tc>
          <w:tcPr>
            <w:tcW w:w="1606" w:type="dxa"/>
          </w:tcPr>
          <w:p w14:paraId="3C541330" w14:textId="1C93067B"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 xml:space="preserve">Cod </w:t>
            </w:r>
            <w:r w:rsidR="008E1D08" w:rsidRPr="00510D33">
              <w:rPr>
                <w:rFonts w:asciiTheme="majorHAnsi" w:hAnsiTheme="majorHAnsi" w:cstheme="majorHAnsi"/>
                <w:b/>
                <w:color w:val="0D5F78"/>
                <w:sz w:val="16"/>
                <w:szCs w:val="16"/>
              </w:rPr>
              <w:t>postal</w:t>
            </w:r>
          </w:p>
          <w:p w14:paraId="0070EDB6" w14:textId="77777777" w:rsidR="003C7CA3" w:rsidRPr="00131165" w:rsidRDefault="003C7CA3" w:rsidP="001157B7">
            <w:pPr>
              <w:keepNext/>
              <w:rPr>
                <w:rFonts w:asciiTheme="majorHAnsi" w:hAnsiTheme="majorHAnsi" w:cstheme="majorHAnsi"/>
              </w:rPr>
            </w:pPr>
          </w:p>
        </w:tc>
        <w:tc>
          <w:tcPr>
            <w:tcW w:w="1606" w:type="dxa"/>
          </w:tcPr>
          <w:p w14:paraId="075C075C"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Țara</w:t>
            </w:r>
          </w:p>
          <w:p w14:paraId="7092F64A" w14:textId="78E9156C" w:rsidR="003C7CA3" w:rsidRPr="00131165" w:rsidRDefault="003C7CA3">
            <w:pPr>
              <w:keepNext/>
              <w:rPr>
                <w:rFonts w:asciiTheme="majorHAnsi" w:hAnsiTheme="majorHAnsi" w:cstheme="majorHAnsi"/>
                <w:b/>
                <w:bCs/>
                <w:sz w:val="22"/>
              </w:rPr>
            </w:pPr>
          </w:p>
        </w:tc>
      </w:tr>
      <w:tr w:rsidR="003C7CA3" w:rsidRPr="00131165" w14:paraId="49F94177" w14:textId="77777777" w:rsidTr="00186100">
        <w:trPr>
          <w:cantSplit/>
        </w:trPr>
        <w:tc>
          <w:tcPr>
            <w:tcW w:w="9636" w:type="dxa"/>
            <w:gridSpan w:val="8"/>
            <w:shd w:val="clear" w:color="auto" w:fill="F4F4F4"/>
          </w:tcPr>
          <w:p w14:paraId="6FCA966A" w14:textId="77777777" w:rsidR="003C7CA3" w:rsidRPr="00131165" w:rsidRDefault="003454F7">
            <w:pPr>
              <w:keepNext/>
              <w:rPr>
                <w:rFonts w:asciiTheme="majorHAnsi" w:hAnsiTheme="majorHAnsi" w:cstheme="majorHAnsi"/>
              </w:rPr>
            </w:pPr>
            <w:r w:rsidRPr="00131165">
              <w:rPr>
                <w:rFonts w:asciiTheme="majorHAnsi" w:hAnsiTheme="majorHAnsi" w:cstheme="majorHAnsi"/>
                <w:sz w:val="16"/>
              </w:rPr>
              <w:t xml:space="preserve"> Date de contact</w:t>
            </w:r>
          </w:p>
        </w:tc>
      </w:tr>
      <w:tr w:rsidR="003C7CA3" w:rsidRPr="00131165" w14:paraId="692FAC07" w14:textId="77777777" w:rsidTr="00186100">
        <w:trPr>
          <w:cantSplit/>
          <w:trHeight w:val="510"/>
        </w:trPr>
        <w:tc>
          <w:tcPr>
            <w:tcW w:w="4015" w:type="dxa"/>
            <w:gridSpan w:val="3"/>
          </w:tcPr>
          <w:p w14:paraId="7A514DDD"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Telefon / fax</w:t>
            </w:r>
          </w:p>
          <w:p w14:paraId="1C251D1C" w14:textId="20E7CAAB" w:rsidR="003C7CA3" w:rsidRPr="00131165" w:rsidRDefault="003C7CA3">
            <w:pPr>
              <w:keepNext/>
              <w:rPr>
                <w:rFonts w:asciiTheme="majorHAnsi" w:hAnsiTheme="majorHAnsi" w:cstheme="majorHAnsi"/>
                <w:sz w:val="22"/>
              </w:rPr>
            </w:pPr>
          </w:p>
        </w:tc>
        <w:tc>
          <w:tcPr>
            <w:tcW w:w="5621" w:type="dxa"/>
            <w:gridSpan w:val="5"/>
          </w:tcPr>
          <w:p w14:paraId="56DA7E88" w14:textId="77777777" w:rsidR="003C7CA3" w:rsidRPr="00510D33" w:rsidRDefault="003454F7">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E-mail</w:t>
            </w:r>
          </w:p>
          <w:p w14:paraId="17350C90" w14:textId="7756D477" w:rsidR="003C7CA3" w:rsidRPr="00131165" w:rsidRDefault="003C7CA3">
            <w:pPr>
              <w:keepNext/>
              <w:rPr>
                <w:rFonts w:asciiTheme="majorHAnsi" w:hAnsiTheme="majorHAnsi" w:cstheme="majorHAnsi"/>
                <w:sz w:val="22"/>
              </w:rPr>
            </w:pPr>
          </w:p>
        </w:tc>
      </w:tr>
      <w:tr w:rsidR="003C7CA3" w:rsidRPr="00131165" w14:paraId="201FC873" w14:textId="77777777" w:rsidTr="00186100">
        <w:trPr>
          <w:cantSplit/>
        </w:trPr>
        <w:tc>
          <w:tcPr>
            <w:tcW w:w="9636" w:type="dxa"/>
            <w:gridSpan w:val="8"/>
            <w:shd w:val="clear" w:color="auto" w:fill="F4F4F4"/>
          </w:tcPr>
          <w:p w14:paraId="64E77FD4" w14:textId="77777777" w:rsidR="003C7CA3" w:rsidRPr="00131165" w:rsidRDefault="003454F7">
            <w:pPr>
              <w:keepNext/>
              <w:rPr>
                <w:rFonts w:asciiTheme="majorHAnsi" w:hAnsiTheme="majorHAnsi" w:cstheme="majorHAnsi"/>
              </w:rPr>
            </w:pPr>
            <w:r w:rsidRPr="00131165">
              <w:rPr>
                <w:rFonts w:asciiTheme="majorHAnsi" w:hAnsiTheme="majorHAnsi" w:cstheme="majorHAnsi"/>
                <w:sz w:val="16"/>
              </w:rPr>
              <w:t xml:space="preserve"> Reprezentare</w:t>
            </w:r>
          </w:p>
        </w:tc>
      </w:tr>
      <w:tr w:rsidR="003C7CA3" w:rsidRPr="00131165" w14:paraId="1C66AA69" w14:textId="77777777" w:rsidTr="00186100">
        <w:trPr>
          <w:cantSplit/>
          <w:trHeight w:val="510"/>
        </w:trPr>
        <w:tc>
          <w:tcPr>
            <w:tcW w:w="6424" w:type="dxa"/>
            <w:gridSpan w:val="6"/>
          </w:tcPr>
          <w:p w14:paraId="7E59B4D9" w14:textId="7D38DD60" w:rsidR="003C7CA3" w:rsidRPr="00510D33" w:rsidRDefault="003454F7" w:rsidP="00510D33">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În calitate de reprezentant al</w:t>
            </w:r>
            <w:r w:rsidR="00D710BD" w:rsidRPr="00510D33">
              <w:rPr>
                <w:rFonts w:asciiTheme="majorHAnsi" w:hAnsiTheme="majorHAnsi" w:cstheme="majorHAnsi"/>
                <w:b/>
                <w:color w:val="0D5F78"/>
                <w:sz w:val="16"/>
                <w:szCs w:val="16"/>
              </w:rPr>
              <w:t xml:space="preserve"> </w:t>
            </w:r>
          </w:p>
          <w:p w14:paraId="527BD733" w14:textId="5921CAF8" w:rsidR="003C7CA3" w:rsidRPr="00510D33" w:rsidRDefault="003C7CA3">
            <w:pPr>
              <w:rPr>
                <w:rFonts w:asciiTheme="majorHAnsi" w:hAnsiTheme="majorHAnsi" w:cstheme="majorHAnsi"/>
                <w:sz w:val="20"/>
                <w:szCs w:val="20"/>
              </w:rPr>
            </w:pPr>
          </w:p>
        </w:tc>
        <w:tc>
          <w:tcPr>
            <w:tcW w:w="3212" w:type="dxa"/>
            <w:gridSpan w:val="2"/>
          </w:tcPr>
          <w:p w14:paraId="73FBAECB" w14:textId="77777777" w:rsidR="003C7CA3" w:rsidRPr="00510D33" w:rsidRDefault="003454F7" w:rsidP="00510D33">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CUI / CIF</w:t>
            </w:r>
          </w:p>
          <w:p w14:paraId="196D97D6" w14:textId="0074821C" w:rsidR="003C7CA3" w:rsidRPr="00131165" w:rsidRDefault="003C7CA3">
            <w:pPr>
              <w:rPr>
                <w:rFonts w:asciiTheme="majorHAnsi" w:hAnsiTheme="majorHAnsi" w:cstheme="majorHAnsi"/>
                <w:sz w:val="22"/>
              </w:rPr>
            </w:pPr>
          </w:p>
        </w:tc>
      </w:tr>
      <w:tr w:rsidR="003C7CA3" w:rsidRPr="00131165" w14:paraId="000CB846" w14:textId="77777777" w:rsidTr="00186100">
        <w:trPr>
          <w:cantSplit/>
        </w:trPr>
        <w:tc>
          <w:tcPr>
            <w:tcW w:w="9636" w:type="dxa"/>
            <w:gridSpan w:val="8"/>
            <w:shd w:val="clear" w:color="auto" w:fill="F4F4F4"/>
          </w:tcPr>
          <w:p w14:paraId="1DE1F1FA" w14:textId="77777777" w:rsidR="003C7CA3" w:rsidRPr="00131165" w:rsidRDefault="003454F7">
            <w:pPr>
              <w:keepNext/>
              <w:rPr>
                <w:rFonts w:asciiTheme="majorHAnsi" w:hAnsiTheme="majorHAnsi" w:cstheme="majorHAnsi"/>
              </w:rPr>
            </w:pPr>
            <w:r w:rsidRPr="00131165">
              <w:rPr>
                <w:rFonts w:asciiTheme="majorHAnsi" w:hAnsiTheme="majorHAnsi" w:cstheme="majorHAnsi"/>
                <w:b/>
                <w:sz w:val="16"/>
              </w:rPr>
              <w:t xml:space="preserve"> </w:t>
            </w:r>
            <w:r w:rsidRPr="00213EA7">
              <w:rPr>
                <w:rFonts w:asciiTheme="majorHAnsi" w:hAnsiTheme="majorHAnsi" w:cstheme="majorHAnsi"/>
                <w:b/>
                <w:sz w:val="20"/>
                <w:szCs w:val="20"/>
              </w:rPr>
              <w:t>3. TITULAR AL</w:t>
            </w:r>
          </w:p>
        </w:tc>
      </w:tr>
      <w:tr w:rsidR="003C7CA3" w:rsidRPr="00131165" w14:paraId="1A6AF421" w14:textId="77777777" w:rsidTr="00186100">
        <w:trPr>
          <w:cantSplit/>
        </w:trPr>
        <w:tc>
          <w:tcPr>
            <w:tcW w:w="9636" w:type="dxa"/>
            <w:gridSpan w:val="8"/>
          </w:tcPr>
          <w:p w14:paraId="220411DF" w14:textId="2FB43EAC" w:rsidR="00313ABC" w:rsidRDefault="003454F7">
            <w:pPr>
              <w:rPr>
                <w:rFonts w:asciiTheme="majorHAnsi" w:hAnsiTheme="majorHAnsi" w:cstheme="majorHAnsi"/>
                <w:sz w:val="20"/>
                <w:szCs w:val="20"/>
              </w:rPr>
            </w:pPr>
            <w:r w:rsidRPr="00131165">
              <w:rPr>
                <w:rFonts w:asciiTheme="majorHAnsi" w:hAnsiTheme="majorHAnsi" w:cstheme="majorHAnsi"/>
                <w:b/>
                <w:bCs/>
                <w:sz w:val="16"/>
              </w:rPr>
              <w:t xml:space="preserve"> </w:t>
            </w:r>
            <w:sdt>
              <w:sdtPr>
                <w:rPr>
                  <w:rFonts w:asciiTheme="majorHAnsi" w:hAnsiTheme="majorHAnsi" w:cstheme="majorHAnsi"/>
                  <w:sz w:val="20"/>
                  <w:szCs w:val="20"/>
                </w:rPr>
                <w:id w:val="-194930336"/>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20"/>
                    <w:szCs w:val="20"/>
                  </w:rPr>
                  <w:t>☐</w:t>
                </w:r>
              </w:sdtContent>
            </w:sdt>
            <w:r w:rsidRPr="00131165">
              <w:rPr>
                <w:rFonts w:asciiTheme="majorHAnsi" w:hAnsiTheme="majorHAnsi" w:cstheme="majorHAnsi"/>
                <w:sz w:val="16"/>
              </w:rPr>
              <w:t xml:space="preserve"> </w:t>
            </w:r>
            <w:r w:rsidRPr="00863895">
              <w:rPr>
                <w:rFonts w:asciiTheme="majorHAnsi" w:hAnsiTheme="majorHAnsi" w:cstheme="majorHAnsi"/>
                <w:sz w:val="20"/>
                <w:szCs w:val="20"/>
              </w:rPr>
              <w:t xml:space="preserve">dreptului de proprietate asupra imobilului     </w:t>
            </w:r>
            <w:sdt>
              <w:sdtPr>
                <w:rPr>
                  <w:rFonts w:asciiTheme="majorHAnsi" w:hAnsiTheme="majorHAnsi" w:cstheme="majorHAnsi"/>
                  <w:sz w:val="20"/>
                  <w:szCs w:val="20"/>
                </w:rPr>
                <w:id w:val="1152264890"/>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20"/>
                    <w:szCs w:val="20"/>
                  </w:rPr>
                  <w:t>☐</w:t>
                </w:r>
              </w:sdtContent>
            </w:sdt>
            <w:r w:rsidRPr="00863895">
              <w:rPr>
                <w:rFonts w:asciiTheme="majorHAnsi" w:hAnsiTheme="majorHAnsi" w:cstheme="majorHAnsi"/>
                <w:sz w:val="20"/>
                <w:szCs w:val="20"/>
              </w:rPr>
              <w:t xml:space="preserve"> unui alt drept real corespunzător proprietății publice </w:t>
            </w:r>
          </w:p>
          <w:p w14:paraId="03060E9B" w14:textId="6F4BABBB" w:rsidR="003C7CA3" w:rsidRPr="00131165" w:rsidRDefault="003454F7">
            <w:pPr>
              <w:rPr>
                <w:rFonts w:asciiTheme="majorHAnsi" w:hAnsiTheme="majorHAnsi" w:cstheme="majorHAnsi"/>
              </w:rPr>
            </w:pPr>
            <w:r w:rsidRPr="00863895">
              <w:rPr>
                <w:rFonts w:asciiTheme="majorHAnsi" w:hAnsiTheme="majorHAnsi" w:cstheme="majorHAnsi"/>
                <w:sz w:val="20"/>
                <w:szCs w:val="20"/>
              </w:rPr>
              <w:t xml:space="preserve"> </w:t>
            </w:r>
            <w:sdt>
              <w:sdtPr>
                <w:rPr>
                  <w:rFonts w:asciiTheme="majorHAnsi" w:hAnsiTheme="majorHAnsi" w:cstheme="majorHAnsi"/>
                  <w:sz w:val="20"/>
                  <w:szCs w:val="20"/>
                </w:rPr>
                <w:id w:val="1024210563"/>
                <w14:checkbox>
                  <w14:checked w14:val="0"/>
                  <w14:checkedState w14:val="2612" w14:font="MS Gothic"/>
                  <w14:uncheckedState w14:val="2610" w14:font="MS Gothic"/>
                </w14:checkbox>
              </w:sdtPr>
              <w:sdtEndPr/>
              <w:sdtContent>
                <w:r w:rsidR="00313ABC">
                  <w:rPr>
                    <w:rFonts w:ascii="MS Gothic" w:eastAsia="MS Gothic" w:hAnsi="MS Gothic" w:cstheme="majorHAnsi" w:hint="eastAsia"/>
                    <w:sz w:val="20"/>
                    <w:szCs w:val="20"/>
                  </w:rPr>
                  <w:t>☐</w:t>
                </w:r>
              </w:sdtContent>
            </w:sdt>
            <w:r w:rsidR="00313ABC" w:rsidRPr="00863895">
              <w:rPr>
                <w:rFonts w:asciiTheme="majorHAnsi" w:hAnsiTheme="majorHAnsi" w:cstheme="majorHAnsi"/>
                <w:sz w:val="20"/>
                <w:szCs w:val="20"/>
              </w:rPr>
              <w:t xml:space="preserve"> </w:t>
            </w:r>
            <w:r w:rsidRPr="00863895">
              <w:rPr>
                <w:rFonts w:asciiTheme="majorHAnsi" w:hAnsiTheme="majorHAnsi" w:cstheme="majorHAnsi"/>
                <w:sz w:val="20"/>
                <w:szCs w:val="20"/>
              </w:rPr>
              <w:t xml:space="preserve">dreptului de creanță    </w:t>
            </w:r>
            <w:sdt>
              <w:sdtPr>
                <w:rPr>
                  <w:rFonts w:asciiTheme="majorHAnsi" w:hAnsiTheme="majorHAnsi" w:cstheme="majorHAnsi"/>
                  <w:sz w:val="20"/>
                  <w:szCs w:val="20"/>
                </w:rPr>
                <w:id w:val="-411008901"/>
                <w14:checkbox>
                  <w14:checked w14:val="0"/>
                  <w14:checkedState w14:val="2612" w14:font="MS Gothic"/>
                  <w14:uncheckedState w14:val="2610" w14:font="MS Gothic"/>
                </w14:checkbox>
              </w:sdtPr>
              <w:sdtEndPr/>
              <w:sdtContent>
                <w:r w:rsidR="00313ABC">
                  <w:rPr>
                    <w:rFonts w:ascii="MS Gothic" w:eastAsia="MS Gothic" w:hAnsi="MS Gothic" w:cstheme="majorHAnsi" w:hint="eastAsia"/>
                    <w:sz w:val="20"/>
                    <w:szCs w:val="20"/>
                  </w:rPr>
                  <w:t>☐</w:t>
                </w:r>
              </w:sdtContent>
            </w:sdt>
            <w:r w:rsidRPr="00863895">
              <w:rPr>
                <w:rFonts w:asciiTheme="majorHAnsi" w:hAnsiTheme="majorHAnsi" w:cstheme="majorHAnsi"/>
                <w:sz w:val="20"/>
                <w:szCs w:val="20"/>
              </w:rPr>
              <w:t xml:space="preserve"> unui alt drept potrivit art. 248 alin. (2)</w:t>
            </w:r>
            <w:r w:rsidR="00C32AB5" w:rsidRPr="00863895">
              <w:rPr>
                <w:rFonts w:asciiTheme="majorHAnsi" w:hAnsiTheme="majorHAnsi" w:cstheme="majorHAnsi"/>
                <w:sz w:val="20"/>
                <w:szCs w:val="20"/>
              </w:rPr>
              <w:t xml:space="preserve"> din Legea nr.169/2026</w:t>
            </w:r>
          </w:p>
        </w:tc>
      </w:tr>
      <w:tr w:rsidR="005B29C5" w:rsidRPr="00131165" w14:paraId="1087A62F" w14:textId="77777777" w:rsidTr="00186100">
        <w:trPr>
          <w:cantSplit/>
        </w:trPr>
        <w:tc>
          <w:tcPr>
            <w:tcW w:w="9636" w:type="dxa"/>
            <w:gridSpan w:val="8"/>
            <w:shd w:val="clear" w:color="auto" w:fill="F4F4F4"/>
          </w:tcPr>
          <w:p w14:paraId="3B2188BE" w14:textId="180A9649" w:rsidR="005B29C5" w:rsidRPr="00131165" w:rsidRDefault="005B29C5" w:rsidP="00303E64">
            <w:pPr>
              <w:keepNext/>
              <w:rPr>
                <w:rFonts w:asciiTheme="majorHAnsi" w:hAnsiTheme="majorHAnsi" w:cstheme="majorHAnsi"/>
              </w:rPr>
            </w:pPr>
            <w:r w:rsidRPr="00213EA7">
              <w:rPr>
                <w:rFonts w:asciiTheme="majorHAnsi" w:hAnsiTheme="majorHAnsi" w:cstheme="majorHAnsi"/>
                <w:b/>
                <w:sz w:val="20"/>
                <w:szCs w:val="20"/>
              </w:rPr>
              <w:t>4. TITULAR AL</w:t>
            </w:r>
          </w:p>
        </w:tc>
      </w:tr>
      <w:tr w:rsidR="005B29C5" w:rsidRPr="00131165" w14:paraId="5D544392" w14:textId="77777777" w:rsidTr="00186100">
        <w:trPr>
          <w:cantSplit/>
        </w:trPr>
        <w:tc>
          <w:tcPr>
            <w:tcW w:w="4818" w:type="dxa"/>
            <w:gridSpan w:val="4"/>
          </w:tcPr>
          <w:p w14:paraId="17241E11" w14:textId="07386F21" w:rsidR="005B29C5" w:rsidRPr="00510D33" w:rsidRDefault="005B29C5" w:rsidP="00510D33">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Certificatului de urbanism nr. / data</w:t>
            </w:r>
          </w:p>
          <w:p w14:paraId="1B8AD45C" w14:textId="30D52A5F" w:rsidR="005B29C5" w:rsidRPr="00131165" w:rsidRDefault="005B29C5" w:rsidP="005B29C5">
            <w:pPr>
              <w:rPr>
                <w:rFonts w:asciiTheme="majorHAnsi" w:hAnsiTheme="majorHAnsi" w:cstheme="majorHAnsi"/>
                <w:b/>
                <w:sz w:val="22"/>
              </w:rPr>
            </w:pPr>
          </w:p>
        </w:tc>
        <w:tc>
          <w:tcPr>
            <w:tcW w:w="4818" w:type="dxa"/>
            <w:gridSpan w:val="4"/>
          </w:tcPr>
          <w:p w14:paraId="5FA2231A" w14:textId="77777777" w:rsidR="005B29C5" w:rsidRPr="00510D33" w:rsidRDefault="005B29C5" w:rsidP="00510D33">
            <w:pPr>
              <w:keepNext/>
              <w:rPr>
                <w:rFonts w:asciiTheme="majorHAnsi" w:hAnsiTheme="majorHAnsi" w:cstheme="majorHAnsi"/>
                <w:b/>
                <w:color w:val="0D5F78"/>
                <w:sz w:val="16"/>
                <w:szCs w:val="16"/>
              </w:rPr>
            </w:pPr>
            <w:r w:rsidRPr="00510D33">
              <w:rPr>
                <w:rFonts w:asciiTheme="majorHAnsi" w:hAnsiTheme="majorHAnsi" w:cstheme="majorHAnsi"/>
                <w:b/>
                <w:color w:val="0D5F78"/>
                <w:sz w:val="16"/>
                <w:szCs w:val="16"/>
              </w:rPr>
              <w:t>emis de</w:t>
            </w:r>
          </w:p>
          <w:p w14:paraId="3EFF25A7" w14:textId="7CC748D6" w:rsidR="005B29C5" w:rsidRPr="00131165" w:rsidRDefault="005B29C5" w:rsidP="005B29C5">
            <w:pPr>
              <w:rPr>
                <w:rFonts w:asciiTheme="majorHAnsi" w:hAnsiTheme="majorHAnsi" w:cstheme="majorHAnsi"/>
                <w:b/>
                <w:sz w:val="22"/>
              </w:rPr>
            </w:pPr>
          </w:p>
        </w:tc>
      </w:tr>
    </w:tbl>
    <w:p w14:paraId="24ABCC7F" w14:textId="7B99BCF0" w:rsidR="001531A5" w:rsidRPr="00763B21" w:rsidRDefault="00C32AB5" w:rsidP="00C32AB5">
      <w:pPr>
        <w:spacing w:before="80" w:after="60"/>
        <w:jc w:val="center"/>
        <w:rPr>
          <w:rFonts w:asciiTheme="majorHAnsi" w:hAnsiTheme="majorHAnsi" w:cstheme="majorHAnsi"/>
          <w:sz w:val="18"/>
          <w:szCs w:val="18"/>
        </w:rPr>
      </w:pPr>
      <w:r w:rsidRPr="00763B21">
        <w:rPr>
          <w:rFonts w:asciiTheme="majorHAnsi" w:hAnsiTheme="majorHAnsi" w:cstheme="majorHAnsi"/>
          <w:sz w:val="18"/>
          <w:szCs w:val="18"/>
        </w:rPr>
        <w:t xml:space="preserve">în conformitate cu prevederile Legii nr. 169/2026 privind Codul amenajării teritoriului, urbanismului și construcțiilor, </w:t>
      </w:r>
    </w:p>
    <w:p w14:paraId="1474EB1C" w14:textId="7A9E4436" w:rsidR="00C32AB5" w:rsidRDefault="00C32AB5" w:rsidP="00C32AB5">
      <w:pPr>
        <w:spacing w:before="80" w:after="60"/>
        <w:jc w:val="center"/>
        <w:rPr>
          <w:rFonts w:asciiTheme="majorHAnsi" w:hAnsiTheme="majorHAnsi" w:cstheme="majorHAnsi"/>
          <w:sz w:val="18"/>
          <w:szCs w:val="18"/>
        </w:rPr>
      </w:pPr>
      <w:r w:rsidRPr="00763B21">
        <w:rPr>
          <w:rFonts w:asciiTheme="majorHAnsi" w:hAnsiTheme="majorHAnsi" w:cstheme="majorHAnsi"/>
          <w:sz w:val="18"/>
          <w:szCs w:val="18"/>
        </w:rPr>
        <w:t>solicit emiterea</w:t>
      </w:r>
    </w:p>
    <w:p w14:paraId="0C8FC335" w14:textId="77777777" w:rsidR="008F357B" w:rsidRDefault="008F357B" w:rsidP="00C32AB5">
      <w:pPr>
        <w:spacing w:before="80" w:after="60"/>
        <w:jc w:val="center"/>
        <w:rPr>
          <w:rFonts w:asciiTheme="majorHAnsi" w:hAnsiTheme="majorHAnsi" w:cstheme="majorHAnsi"/>
          <w:sz w:val="18"/>
          <w:szCs w:val="18"/>
        </w:rPr>
      </w:pPr>
    </w:p>
    <w:p w14:paraId="025957C7" w14:textId="7CC9BE3E" w:rsidR="001531A5" w:rsidRPr="00131165" w:rsidRDefault="00510D33" w:rsidP="00C32AB5">
      <w:pPr>
        <w:spacing w:after="160"/>
        <w:jc w:val="center"/>
        <w:rPr>
          <w:rFonts w:ascii="Calibri" w:hAnsi="Calibri" w:cs="Calibri"/>
          <w:b/>
          <w:sz w:val="22"/>
        </w:rPr>
      </w:pPr>
      <w:r w:rsidRPr="00510D33">
        <w:rPr>
          <w:rFonts w:ascii="Calibri" w:hAnsi="Calibri" w:cs="Calibri"/>
          <w:b/>
          <w:sz w:val="24"/>
          <w:szCs w:val="24"/>
        </w:rPr>
        <w:t xml:space="preserve">AUTORIZAȚIEI DE </w:t>
      </w:r>
      <w:sdt>
        <w:sdtPr>
          <w:rPr>
            <w:rFonts w:ascii="Calibri" w:hAnsi="Calibri" w:cs="Calibri"/>
            <w:b/>
            <w:sz w:val="22"/>
          </w:rPr>
          <w:id w:val="2139446629"/>
          <w14:checkbox>
            <w14:checked w14:val="0"/>
            <w14:checkedState w14:val="2612" w14:font="MS Gothic"/>
            <w14:uncheckedState w14:val="2610" w14:font="MS Gothic"/>
          </w14:checkbox>
        </w:sdtPr>
        <w:sdtEndPr/>
        <w:sdtContent>
          <w:r w:rsidR="001157B7">
            <w:rPr>
              <w:rFonts w:ascii="MS Gothic" w:eastAsia="MS Gothic" w:hAnsi="MS Gothic" w:cs="Calibri" w:hint="eastAsia"/>
              <w:b/>
              <w:sz w:val="22"/>
            </w:rPr>
            <w:t>☐</w:t>
          </w:r>
        </w:sdtContent>
      </w:sdt>
      <w:r w:rsidR="005B5439">
        <w:rPr>
          <w:rFonts w:ascii="Calibri" w:hAnsi="Calibri" w:cs="Calibri"/>
          <w:b/>
          <w:sz w:val="22"/>
        </w:rPr>
        <w:t xml:space="preserve"> </w:t>
      </w:r>
      <w:r w:rsidRPr="001157B7">
        <w:rPr>
          <w:rFonts w:ascii="Calibri" w:hAnsi="Calibri" w:cs="Calibri"/>
          <w:bCs/>
          <w:sz w:val="24"/>
          <w:szCs w:val="24"/>
        </w:rPr>
        <w:t>CONSTRUIRE</w:t>
      </w:r>
      <w:r w:rsidRPr="001157B7">
        <w:rPr>
          <w:rFonts w:ascii="Calibri" w:hAnsi="Calibri" w:cs="Calibri"/>
          <w:bCs/>
          <w:sz w:val="22"/>
        </w:rPr>
        <w:t xml:space="preserve"> /</w:t>
      </w:r>
      <w:r w:rsidRPr="00131165">
        <w:rPr>
          <w:rFonts w:ascii="Calibri" w:hAnsi="Calibri" w:cs="Calibri"/>
          <w:b/>
          <w:sz w:val="22"/>
        </w:rPr>
        <w:t xml:space="preserve"> </w:t>
      </w:r>
      <w:sdt>
        <w:sdtPr>
          <w:rPr>
            <w:rFonts w:asciiTheme="majorHAnsi" w:hAnsiTheme="majorHAnsi" w:cstheme="majorHAnsi"/>
            <w:sz w:val="20"/>
            <w:szCs w:val="20"/>
          </w:rPr>
          <w:id w:val="-978758395"/>
          <w14:checkbox>
            <w14:checked w14:val="0"/>
            <w14:checkedState w14:val="2612" w14:font="MS Gothic"/>
            <w14:uncheckedState w14:val="2610" w14:font="MS Gothic"/>
          </w14:checkbox>
        </w:sdtPr>
        <w:sdtEndPr/>
        <w:sdtContent>
          <w:r w:rsidR="005B5439">
            <w:rPr>
              <w:rFonts w:ascii="MS Gothic" w:eastAsia="MS Gothic" w:hAnsi="MS Gothic" w:cstheme="majorHAnsi" w:hint="eastAsia"/>
              <w:sz w:val="20"/>
              <w:szCs w:val="20"/>
            </w:rPr>
            <w:t>☐</w:t>
          </w:r>
        </w:sdtContent>
      </w:sdt>
      <w:r w:rsidR="005B5439" w:rsidRPr="00902C0E">
        <w:rPr>
          <w:rFonts w:ascii="Segoe UI Symbol" w:hAnsi="Segoe UI Symbol" w:cs="Segoe UI Symbol"/>
          <w:b/>
          <w:sz w:val="22"/>
        </w:rPr>
        <w:t xml:space="preserve"> </w:t>
      </w:r>
      <w:r w:rsidRPr="00510D33">
        <w:rPr>
          <w:rFonts w:ascii="Calibri" w:hAnsi="Calibri" w:cs="Calibri"/>
          <w:bCs/>
          <w:sz w:val="24"/>
          <w:szCs w:val="24"/>
        </w:rPr>
        <w:t xml:space="preserve">DESFIINȚARE </w:t>
      </w:r>
    </w:p>
    <w:p w14:paraId="646C5D13" w14:textId="6E17EAD5" w:rsidR="00C32AB5" w:rsidRDefault="0062159B" w:rsidP="00C32AB5">
      <w:pPr>
        <w:spacing w:after="160"/>
        <w:jc w:val="center"/>
        <w:rPr>
          <w:rFonts w:ascii="Calibri" w:hAnsi="Calibri" w:cs="Calibri"/>
          <w:bCs/>
          <w:sz w:val="22"/>
        </w:rPr>
      </w:pPr>
      <w:sdt>
        <w:sdtPr>
          <w:rPr>
            <w:rFonts w:asciiTheme="majorHAnsi" w:hAnsiTheme="majorHAnsi" w:cstheme="majorHAnsi"/>
            <w:sz w:val="20"/>
            <w:szCs w:val="20"/>
          </w:rPr>
          <w:id w:val="-1762361732"/>
          <w14:checkbox>
            <w14:checked w14:val="0"/>
            <w14:checkedState w14:val="2612" w14:font="MS Gothic"/>
            <w14:uncheckedState w14:val="2610" w14:font="MS Gothic"/>
          </w14:checkbox>
        </w:sdtPr>
        <w:sdtEndPr/>
        <w:sdtContent>
          <w:r w:rsidR="005B5439">
            <w:rPr>
              <w:rFonts w:ascii="MS Gothic" w:eastAsia="MS Gothic" w:hAnsi="MS Gothic" w:cstheme="majorHAnsi" w:hint="eastAsia"/>
              <w:sz w:val="20"/>
              <w:szCs w:val="20"/>
            </w:rPr>
            <w:t>☐</w:t>
          </w:r>
        </w:sdtContent>
      </w:sdt>
      <w:r w:rsidR="00763B21" w:rsidRPr="00131165">
        <w:rPr>
          <w:rFonts w:ascii="Segoe UI Symbol" w:hAnsi="Segoe UI Symbol" w:cs="Segoe UI Symbol"/>
          <w:b/>
          <w:sz w:val="22"/>
        </w:rPr>
        <w:t xml:space="preserve"> </w:t>
      </w:r>
      <w:r w:rsidR="00763B21" w:rsidRPr="00510D33">
        <w:rPr>
          <w:rFonts w:ascii="Calibri" w:hAnsi="Calibri" w:cs="Calibri"/>
          <w:bCs/>
          <w:sz w:val="22"/>
        </w:rPr>
        <w:t>CLĂDIRI ȘI AMENJĂRI</w:t>
      </w:r>
      <w:r w:rsidR="00763B21" w:rsidRPr="00131165">
        <w:rPr>
          <w:rFonts w:ascii="Calibri" w:hAnsi="Calibri" w:cs="Calibri"/>
          <w:b/>
          <w:sz w:val="22"/>
        </w:rPr>
        <w:t xml:space="preserve"> /</w:t>
      </w:r>
      <w:sdt>
        <w:sdtPr>
          <w:rPr>
            <w:rFonts w:ascii="Calibri" w:hAnsi="Calibri" w:cs="Calibri"/>
            <w:b/>
            <w:sz w:val="22"/>
          </w:rPr>
          <w:id w:val="-1088068292"/>
          <w14:checkbox>
            <w14:checked w14:val="0"/>
            <w14:checkedState w14:val="2612" w14:font="MS Gothic"/>
            <w14:uncheckedState w14:val="2610" w14:font="MS Gothic"/>
          </w14:checkbox>
        </w:sdtPr>
        <w:sdtEndPr/>
        <w:sdtContent>
          <w:r w:rsidR="001157B7">
            <w:rPr>
              <w:rFonts w:ascii="MS Gothic" w:eastAsia="MS Gothic" w:hAnsi="MS Gothic" w:cs="Calibri" w:hint="eastAsia"/>
              <w:b/>
              <w:sz w:val="22"/>
            </w:rPr>
            <w:t>☐</w:t>
          </w:r>
        </w:sdtContent>
      </w:sdt>
      <w:r w:rsidR="00763B21" w:rsidRPr="00131165">
        <w:rPr>
          <w:rFonts w:ascii="Calibri" w:hAnsi="Calibri" w:cs="Calibri"/>
          <w:b/>
          <w:sz w:val="22"/>
        </w:rPr>
        <w:t xml:space="preserve">  </w:t>
      </w:r>
      <w:r w:rsidR="00763B21" w:rsidRPr="001157B7">
        <w:rPr>
          <w:rFonts w:ascii="Calibri" w:hAnsi="Calibri" w:cs="Calibri"/>
          <w:bCs/>
          <w:sz w:val="22"/>
        </w:rPr>
        <w:t>LUCRĂRI INGINEREȘTI /</w:t>
      </w:r>
      <w:r w:rsidR="00763B21" w:rsidRPr="00131165">
        <w:rPr>
          <w:rFonts w:ascii="Calibri" w:hAnsi="Calibri" w:cs="Calibri"/>
          <w:b/>
          <w:sz w:val="22"/>
        </w:rPr>
        <w:t xml:space="preserve"> </w:t>
      </w:r>
      <w:sdt>
        <w:sdtPr>
          <w:rPr>
            <w:rFonts w:asciiTheme="majorHAnsi" w:hAnsiTheme="majorHAnsi" w:cstheme="majorHAnsi"/>
            <w:sz w:val="20"/>
            <w:szCs w:val="20"/>
          </w:rPr>
          <w:id w:val="-1737317261"/>
          <w14:checkbox>
            <w14:checked w14:val="0"/>
            <w14:checkedState w14:val="2612" w14:font="MS Gothic"/>
            <w14:uncheckedState w14:val="2610" w14:font="MS Gothic"/>
          </w14:checkbox>
        </w:sdtPr>
        <w:sdtEndPr/>
        <w:sdtContent>
          <w:r w:rsidR="005B5439">
            <w:rPr>
              <w:rFonts w:ascii="MS Gothic" w:eastAsia="MS Gothic" w:hAnsi="MS Gothic" w:cstheme="majorHAnsi" w:hint="eastAsia"/>
              <w:sz w:val="20"/>
              <w:szCs w:val="20"/>
            </w:rPr>
            <w:t>☐</w:t>
          </w:r>
        </w:sdtContent>
      </w:sdt>
      <w:r w:rsidR="00763B21" w:rsidRPr="00131165">
        <w:rPr>
          <w:rFonts w:ascii="Segoe UI Symbol" w:hAnsi="Segoe UI Symbol" w:cs="Segoe UI Symbol"/>
          <w:b/>
          <w:sz w:val="22"/>
        </w:rPr>
        <w:t xml:space="preserve"> </w:t>
      </w:r>
      <w:r w:rsidR="00763B21" w:rsidRPr="00510D33">
        <w:rPr>
          <w:rFonts w:ascii="Calibri" w:hAnsi="Calibri" w:cs="Calibri"/>
          <w:bCs/>
          <w:sz w:val="22"/>
        </w:rPr>
        <w:t>CONSTRUCȚII SPECIALE</w:t>
      </w:r>
    </w:p>
    <w:p w14:paraId="2A951E7A" w14:textId="4F3C145D" w:rsidR="00186100" w:rsidRPr="00131165" w:rsidRDefault="00763B21" w:rsidP="00C32AB5">
      <w:pPr>
        <w:spacing w:after="160"/>
        <w:jc w:val="center"/>
        <w:rPr>
          <w:rFonts w:ascii="Calibri" w:hAnsi="Calibri" w:cs="Calibri"/>
          <w:b/>
          <w:sz w:val="22"/>
        </w:rPr>
      </w:pPr>
      <w:r w:rsidRPr="00131165">
        <w:rPr>
          <w:rFonts w:ascii="Calibri" w:hAnsi="Calibri" w:cs="Calibri"/>
          <w:sz w:val="22"/>
        </w:rPr>
        <w:t xml:space="preserve">PRECUM ȘI A </w:t>
      </w:r>
      <w:sdt>
        <w:sdtPr>
          <w:rPr>
            <w:rFonts w:ascii="Calibri" w:hAnsi="Calibri" w:cs="Calibri"/>
            <w:b/>
            <w:sz w:val="22"/>
          </w:rPr>
          <w:id w:val="848450614"/>
          <w14:checkbox>
            <w14:checked w14:val="0"/>
            <w14:checkedState w14:val="2612" w14:font="MS Gothic"/>
            <w14:uncheckedState w14:val="2610" w14:font="MS Gothic"/>
          </w14:checkbox>
        </w:sdtPr>
        <w:sdtEndPr/>
        <w:sdtContent>
          <w:r w:rsidR="001157B7">
            <w:rPr>
              <w:rFonts w:ascii="MS Gothic" w:eastAsia="MS Gothic" w:hAnsi="MS Gothic" w:cs="Calibri" w:hint="eastAsia"/>
              <w:b/>
              <w:sz w:val="22"/>
            </w:rPr>
            <w:t>☐</w:t>
          </w:r>
        </w:sdtContent>
      </w:sdt>
      <w:r w:rsidRPr="00131165">
        <w:rPr>
          <w:rFonts w:ascii="Calibri" w:hAnsi="Calibri" w:cs="Calibri"/>
          <w:b/>
          <w:sz w:val="22"/>
        </w:rPr>
        <w:t>AUTORIZAȚIEI DE AMENAJARE A ORGANIZĂRII EXECUȚIEI</w:t>
      </w: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131165" w14:paraId="35B98EF6" w14:textId="77777777" w:rsidTr="0082413D">
        <w:tc>
          <w:tcPr>
            <w:tcW w:w="9636" w:type="dxa"/>
            <w:shd w:val="clear" w:color="auto" w:fill="F4F4F4"/>
          </w:tcPr>
          <w:p w14:paraId="312363D4" w14:textId="79D19F48" w:rsidR="00C32AB5" w:rsidRPr="00863895" w:rsidRDefault="00C32AB5" w:rsidP="00DD4D8D">
            <w:pPr>
              <w:rPr>
                <w:rFonts w:asciiTheme="majorHAnsi" w:hAnsiTheme="majorHAnsi" w:cstheme="majorHAnsi"/>
                <w:sz w:val="20"/>
                <w:szCs w:val="20"/>
              </w:rPr>
            </w:pPr>
            <w:r w:rsidRPr="00863895">
              <w:rPr>
                <w:rFonts w:asciiTheme="majorHAnsi" w:hAnsiTheme="majorHAnsi" w:cstheme="majorHAnsi"/>
                <w:b/>
                <w:sz w:val="20"/>
                <w:szCs w:val="20"/>
              </w:rPr>
              <w:t xml:space="preserve">5. ÎN SCOPUL REALIZĂRII </w:t>
            </w:r>
            <w:r w:rsidRPr="00863895">
              <w:rPr>
                <w:rFonts w:asciiTheme="majorHAnsi" w:hAnsiTheme="majorHAnsi" w:cstheme="majorHAnsi"/>
                <w:b/>
                <w:color w:val="000000"/>
                <w:sz w:val="20"/>
                <w:szCs w:val="20"/>
              </w:rPr>
              <w:t>OBIECTIVULUI  / OBIECTULUI  DE INVESTIȚII</w:t>
            </w:r>
          </w:p>
        </w:tc>
      </w:tr>
      <w:tr w:rsidR="00C32AB5" w:rsidRPr="00131165" w14:paraId="7C44D6E1" w14:textId="77777777" w:rsidTr="0082413D">
        <w:tc>
          <w:tcPr>
            <w:tcW w:w="9636" w:type="dxa"/>
            <w:shd w:val="clear" w:color="auto" w:fill="F4F4F4"/>
          </w:tcPr>
          <w:p w14:paraId="2AAE5021" w14:textId="56EF46F8" w:rsidR="00C32AB5" w:rsidRPr="00094B8B" w:rsidRDefault="00C32AB5" w:rsidP="00DD4D8D">
            <w:pPr>
              <w:spacing w:line="228" w:lineRule="auto"/>
              <w:rPr>
                <w:rFonts w:asciiTheme="majorHAnsi" w:hAnsiTheme="majorHAnsi" w:cstheme="majorHAnsi"/>
                <w:sz w:val="18"/>
                <w:szCs w:val="18"/>
              </w:rPr>
            </w:pPr>
            <w:r w:rsidRPr="00094B8B">
              <w:rPr>
                <w:rFonts w:asciiTheme="majorHAnsi" w:hAnsiTheme="majorHAnsi" w:cstheme="majorHAnsi"/>
                <w:sz w:val="18"/>
                <w:szCs w:val="18"/>
              </w:rPr>
              <w:t xml:space="preserve">include </w:t>
            </w:r>
            <w:r w:rsidR="001531A5" w:rsidRPr="00094B8B">
              <w:rPr>
                <w:rFonts w:asciiTheme="majorHAnsi" w:hAnsiTheme="majorHAnsi" w:cstheme="majorHAnsi"/>
                <w:sz w:val="18"/>
                <w:szCs w:val="18"/>
              </w:rPr>
              <w:t xml:space="preserve">cel puțin </w:t>
            </w:r>
            <w:r w:rsidRPr="00094B8B">
              <w:rPr>
                <w:rFonts w:asciiTheme="majorHAnsi" w:hAnsiTheme="majorHAnsi" w:cstheme="majorHAnsi"/>
                <w:sz w:val="18"/>
                <w:szCs w:val="18"/>
              </w:rPr>
              <w:t>funcțiunea principală și secundare</w:t>
            </w:r>
          </w:p>
        </w:tc>
      </w:tr>
      <w:tr w:rsidR="00C32AB5" w:rsidRPr="00131165" w14:paraId="5552796F" w14:textId="77777777" w:rsidTr="0082413D">
        <w:tc>
          <w:tcPr>
            <w:tcW w:w="9636" w:type="dxa"/>
          </w:tcPr>
          <w:p w14:paraId="5DD40433" w14:textId="77777777" w:rsidR="00DD4D8D" w:rsidRDefault="00DD4D8D" w:rsidP="00DD4D8D">
            <w:pPr>
              <w:widowControl w:val="0"/>
              <w:overflowPunct w:val="0"/>
              <w:autoSpaceDE w:val="0"/>
              <w:autoSpaceDN w:val="0"/>
              <w:adjustRightInd w:val="0"/>
              <w:spacing w:line="219" w:lineRule="auto"/>
              <w:ind w:firstLine="667"/>
              <w:jc w:val="center"/>
              <w:rPr>
                <w:rFonts w:asciiTheme="majorHAnsi" w:hAnsiTheme="majorHAnsi" w:cstheme="majorHAnsi"/>
                <w:b/>
                <w:color w:val="000000"/>
                <w:sz w:val="22"/>
              </w:rPr>
            </w:pPr>
          </w:p>
          <w:p w14:paraId="7537BA55" w14:textId="13E2B141" w:rsidR="00DD4D8D" w:rsidRDefault="001157B7" w:rsidP="001157B7">
            <w:pPr>
              <w:widowControl w:val="0"/>
              <w:overflowPunct w:val="0"/>
              <w:autoSpaceDE w:val="0"/>
              <w:autoSpaceDN w:val="0"/>
              <w:adjustRightInd w:val="0"/>
              <w:spacing w:line="219" w:lineRule="auto"/>
              <w:ind w:firstLine="667"/>
              <w:rPr>
                <w:rFonts w:asciiTheme="majorHAnsi" w:hAnsiTheme="majorHAnsi" w:cstheme="majorHAnsi"/>
                <w:b/>
                <w:color w:val="000000"/>
                <w:sz w:val="22"/>
              </w:rPr>
            </w:pPr>
            <w:r>
              <w:rPr>
                <w:rFonts w:asciiTheme="majorHAnsi" w:hAnsiTheme="majorHAnsi" w:cstheme="majorHAnsi"/>
                <w:b/>
                <w:color w:val="000000"/>
                <w:sz w:val="22"/>
              </w:rPr>
              <w:t>.........................................................................................................................</w:t>
            </w:r>
          </w:p>
          <w:p w14:paraId="64902187" w14:textId="77777777" w:rsidR="00DD4D8D" w:rsidRPr="00131165" w:rsidRDefault="00DD4D8D" w:rsidP="00DD4D8D">
            <w:pPr>
              <w:widowControl w:val="0"/>
              <w:overflowPunct w:val="0"/>
              <w:autoSpaceDE w:val="0"/>
              <w:autoSpaceDN w:val="0"/>
              <w:adjustRightInd w:val="0"/>
              <w:spacing w:line="219" w:lineRule="auto"/>
              <w:ind w:firstLine="667"/>
              <w:jc w:val="center"/>
              <w:rPr>
                <w:rFonts w:asciiTheme="majorHAnsi" w:hAnsiTheme="majorHAnsi" w:cstheme="majorHAnsi"/>
                <w:b/>
                <w:color w:val="000000"/>
                <w:sz w:val="18"/>
                <w:szCs w:val="18"/>
              </w:rPr>
            </w:pPr>
          </w:p>
          <w:p w14:paraId="77355D8A" w14:textId="078F0A7F" w:rsidR="00C32AB5" w:rsidRPr="00131165" w:rsidRDefault="00C32AB5" w:rsidP="00DD4D8D">
            <w:pPr>
              <w:pBdr>
                <w:bottom w:val="dotted" w:sz="6" w:space="0" w:color="999999"/>
              </w:pBdr>
              <w:spacing w:after="80"/>
              <w:rPr>
                <w:rFonts w:asciiTheme="majorHAnsi" w:hAnsiTheme="majorHAnsi" w:cstheme="majorHAnsi"/>
              </w:rPr>
            </w:pPr>
          </w:p>
        </w:tc>
      </w:tr>
    </w:tbl>
    <w:p w14:paraId="1A2097D8" w14:textId="77777777" w:rsidR="00560061" w:rsidRDefault="00560061">
      <w:pPr>
        <w:spacing w:line="168" w:lineRule="auto"/>
        <w:rPr>
          <w:rFonts w:asciiTheme="majorHAnsi" w:hAnsiTheme="majorHAnsi" w:cstheme="majorHAnsi"/>
        </w:rPr>
      </w:pPr>
    </w:p>
    <w:tbl>
      <w:tblPr>
        <w:tblStyle w:val="TableGrid"/>
        <w:tblW w:w="9634"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4"/>
      </w:tblGrid>
      <w:tr w:rsidR="00B37648" w:rsidRPr="00853746" w14:paraId="23B7DBFD" w14:textId="77777777" w:rsidTr="00B37648">
        <w:trPr>
          <w:cantSplit/>
        </w:trPr>
        <w:tc>
          <w:tcPr>
            <w:tcW w:w="9634" w:type="dxa"/>
            <w:gridSpan w:val="7"/>
            <w:shd w:val="clear" w:color="auto" w:fill="F4F4F4"/>
          </w:tcPr>
          <w:p w14:paraId="4DD9484F" w14:textId="77777777" w:rsidR="00B37648" w:rsidRPr="00853746" w:rsidRDefault="00B37648" w:rsidP="008F357B">
            <w:pPr>
              <w:rPr>
                <w:rFonts w:asciiTheme="majorHAnsi" w:hAnsiTheme="majorHAnsi" w:cstheme="majorHAnsi"/>
              </w:rPr>
            </w:pPr>
            <w:r w:rsidRPr="00B37648">
              <w:rPr>
                <w:rFonts w:asciiTheme="majorHAnsi" w:hAnsiTheme="majorHAnsi" w:cstheme="majorHAnsi"/>
                <w:b/>
                <w:sz w:val="20"/>
                <w:szCs w:val="20"/>
              </w:rPr>
              <w:t>6. IMOBIL / IMOBILE</w:t>
            </w:r>
          </w:p>
        </w:tc>
      </w:tr>
      <w:tr w:rsidR="00B37648" w:rsidRPr="00853746" w14:paraId="2DA87A33" w14:textId="77777777" w:rsidTr="00B37648">
        <w:trPr>
          <w:cantSplit/>
        </w:trPr>
        <w:tc>
          <w:tcPr>
            <w:tcW w:w="9634" w:type="dxa"/>
            <w:gridSpan w:val="7"/>
            <w:shd w:val="clear" w:color="auto" w:fill="F4F4F4"/>
          </w:tcPr>
          <w:p w14:paraId="5F7F31DB" w14:textId="77777777" w:rsidR="00B37648" w:rsidRPr="008F357B" w:rsidRDefault="00B37648" w:rsidP="008F357B">
            <w:pPr>
              <w:spacing w:line="228" w:lineRule="auto"/>
              <w:contextualSpacing/>
              <w:rPr>
                <w:rFonts w:asciiTheme="majorHAnsi" w:hAnsiTheme="majorHAnsi" w:cstheme="majorHAnsi"/>
                <w:sz w:val="16"/>
                <w:szCs w:val="16"/>
              </w:rPr>
            </w:pPr>
            <w:r w:rsidRPr="008F357B">
              <w:rPr>
                <w:rFonts w:asciiTheme="majorHAnsi" w:hAnsiTheme="majorHAnsi" w:cstheme="majorHAnsi"/>
                <w:sz w:val="16"/>
                <w:szCs w:val="16"/>
              </w:rPr>
              <w:t>Pentru fiecare imobil se completează obligatoriu câte o anexă tehnică; celelalte imobile se înscriu în anexa de imobile.</w:t>
            </w:r>
          </w:p>
        </w:tc>
      </w:tr>
      <w:tr w:rsidR="00B37648" w:rsidRPr="00853746" w14:paraId="38B25056" w14:textId="77777777" w:rsidTr="00B37648">
        <w:trPr>
          <w:cantSplit/>
        </w:trPr>
        <w:tc>
          <w:tcPr>
            <w:tcW w:w="9634" w:type="dxa"/>
            <w:gridSpan w:val="7"/>
            <w:shd w:val="clear" w:color="auto" w:fill="F4F4F4"/>
          </w:tcPr>
          <w:p w14:paraId="3364AFA0" w14:textId="77777777" w:rsidR="00B37648" w:rsidRPr="008F357B" w:rsidRDefault="00B37648" w:rsidP="008F357B">
            <w:pPr>
              <w:contextualSpacing/>
              <w:rPr>
                <w:rFonts w:asciiTheme="majorHAnsi" w:hAnsiTheme="majorHAnsi" w:cstheme="majorHAnsi"/>
                <w:sz w:val="16"/>
                <w:szCs w:val="16"/>
              </w:rPr>
            </w:pPr>
            <w:r w:rsidRPr="008F357B">
              <w:rPr>
                <w:rFonts w:asciiTheme="majorHAnsi" w:hAnsiTheme="majorHAnsi" w:cstheme="majorHAnsi"/>
                <w:sz w:val="16"/>
                <w:szCs w:val="16"/>
              </w:rPr>
              <w:t xml:space="preserve"> Imobil 1</w:t>
            </w:r>
          </w:p>
        </w:tc>
      </w:tr>
      <w:tr w:rsidR="00B37648" w:rsidRPr="00853746" w14:paraId="0C5AD9E5" w14:textId="77777777" w:rsidTr="00B37648">
        <w:trPr>
          <w:cantSplit/>
          <w:trHeight w:val="510"/>
        </w:trPr>
        <w:tc>
          <w:tcPr>
            <w:tcW w:w="3212" w:type="dxa"/>
          </w:tcPr>
          <w:p w14:paraId="2BC0CA76" w14:textId="77777777" w:rsidR="00B37648" w:rsidRPr="00B37648" w:rsidRDefault="00B37648" w:rsidP="008F357B">
            <w:pPr>
              <w:contextualSpacing/>
              <w:rPr>
                <w:rFonts w:asciiTheme="majorHAnsi" w:hAnsiTheme="majorHAnsi" w:cstheme="majorHAnsi"/>
                <w:b/>
                <w:color w:val="0D5F78"/>
                <w:sz w:val="16"/>
                <w:szCs w:val="16"/>
              </w:rPr>
            </w:pPr>
            <w:r w:rsidRPr="00B37648">
              <w:rPr>
                <w:rFonts w:asciiTheme="majorHAnsi" w:hAnsiTheme="majorHAnsi" w:cstheme="majorHAnsi"/>
                <w:b/>
                <w:color w:val="0D5F78"/>
                <w:sz w:val="16"/>
                <w:szCs w:val="16"/>
              </w:rPr>
              <w:t>Tip imobil</w:t>
            </w:r>
          </w:p>
          <w:p w14:paraId="1E23D4D4" w14:textId="2F8088C7" w:rsidR="00B37648" w:rsidRPr="00853746" w:rsidRDefault="0062159B" w:rsidP="008F357B">
            <w:pPr>
              <w:contextualSpacing/>
              <w:rPr>
                <w:rFonts w:asciiTheme="majorHAnsi" w:hAnsiTheme="majorHAnsi" w:cstheme="majorHAnsi"/>
              </w:rPr>
            </w:pPr>
            <w:sdt>
              <w:sdtPr>
                <w:rPr>
                  <w:rFonts w:asciiTheme="majorHAnsi" w:hAnsiTheme="majorHAnsi" w:cstheme="majorHAnsi"/>
                  <w:sz w:val="20"/>
                  <w:szCs w:val="20"/>
                </w:rPr>
                <w:id w:val="170306358"/>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20"/>
                    <w:szCs w:val="20"/>
                  </w:rPr>
                  <w:t>☐</w:t>
                </w:r>
              </w:sdtContent>
            </w:sdt>
            <w:r w:rsidR="00B37648" w:rsidRPr="00131165">
              <w:rPr>
                <w:rFonts w:asciiTheme="majorHAnsi" w:hAnsiTheme="majorHAnsi" w:cstheme="majorHAnsi"/>
                <w:sz w:val="16"/>
              </w:rPr>
              <w:t xml:space="preserve"> teren   </w:t>
            </w:r>
            <w:sdt>
              <w:sdtPr>
                <w:rPr>
                  <w:rFonts w:asciiTheme="majorHAnsi" w:hAnsiTheme="majorHAnsi" w:cstheme="majorHAnsi"/>
                  <w:sz w:val="20"/>
                  <w:szCs w:val="20"/>
                </w:rPr>
                <w:id w:val="-1955403889"/>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20"/>
                    <w:szCs w:val="20"/>
                  </w:rPr>
                  <w:t>☐</w:t>
                </w:r>
              </w:sdtContent>
            </w:sdt>
            <w:r w:rsidR="00B37648" w:rsidRPr="00131165">
              <w:rPr>
                <w:rFonts w:asciiTheme="majorHAnsi" w:hAnsiTheme="majorHAnsi" w:cstheme="majorHAnsi"/>
                <w:sz w:val="16"/>
              </w:rPr>
              <w:t xml:space="preserve">  construcții</w:t>
            </w:r>
          </w:p>
        </w:tc>
        <w:tc>
          <w:tcPr>
            <w:tcW w:w="3212" w:type="dxa"/>
            <w:gridSpan w:val="4"/>
          </w:tcPr>
          <w:p w14:paraId="5FA89930" w14:textId="77777777" w:rsidR="00B37648" w:rsidRPr="00B37648" w:rsidRDefault="00B37648" w:rsidP="008F357B">
            <w:pPr>
              <w:contextualSpacing/>
              <w:rPr>
                <w:rFonts w:asciiTheme="majorHAnsi" w:hAnsiTheme="majorHAnsi" w:cstheme="majorHAnsi"/>
                <w:b/>
                <w:color w:val="0D5F78"/>
                <w:sz w:val="16"/>
                <w:szCs w:val="16"/>
              </w:rPr>
            </w:pPr>
            <w:r w:rsidRPr="00B37648">
              <w:rPr>
                <w:rFonts w:asciiTheme="majorHAnsi" w:hAnsiTheme="majorHAnsi" w:cstheme="majorHAnsi"/>
                <w:b/>
                <w:color w:val="0D5F78"/>
                <w:sz w:val="16"/>
                <w:szCs w:val="16"/>
              </w:rPr>
              <w:t>Număr cadastral</w:t>
            </w:r>
          </w:p>
          <w:p w14:paraId="6209ADE9" w14:textId="7AB6D204" w:rsidR="00B37648" w:rsidRPr="00853746" w:rsidRDefault="00B37648" w:rsidP="008F357B">
            <w:pPr>
              <w:contextualSpacing/>
              <w:rPr>
                <w:rFonts w:asciiTheme="majorHAnsi" w:hAnsiTheme="majorHAnsi" w:cstheme="majorHAnsi"/>
              </w:rPr>
            </w:pPr>
          </w:p>
        </w:tc>
        <w:tc>
          <w:tcPr>
            <w:tcW w:w="3210" w:type="dxa"/>
            <w:gridSpan w:val="2"/>
          </w:tcPr>
          <w:p w14:paraId="2861BDEE" w14:textId="77777777" w:rsidR="00B37648" w:rsidRPr="00B37648" w:rsidRDefault="00B37648" w:rsidP="008F357B">
            <w:pPr>
              <w:contextualSpacing/>
              <w:rPr>
                <w:rFonts w:asciiTheme="majorHAnsi" w:hAnsiTheme="majorHAnsi" w:cstheme="majorHAnsi"/>
                <w:b/>
                <w:color w:val="0D5F78"/>
                <w:sz w:val="16"/>
                <w:szCs w:val="16"/>
              </w:rPr>
            </w:pPr>
            <w:r w:rsidRPr="00B37648">
              <w:rPr>
                <w:rFonts w:asciiTheme="majorHAnsi" w:hAnsiTheme="majorHAnsi" w:cstheme="majorHAnsi"/>
                <w:b/>
                <w:color w:val="0D5F78"/>
                <w:sz w:val="16"/>
                <w:szCs w:val="16"/>
              </w:rPr>
              <w:t>Carte funciară nr.</w:t>
            </w:r>
          </w:p>
          <w:p w14:paraId="48C017B8" w14:textId="710C1926" w:rsidR="00B37648" w:rsidRPr="00853746" w:rsidRDefault="00B37648" w:rsidP="008F357B">
            <w:pPr>
              <w:contextualSpacing/>
              <w:rPr>
                <w:rFonts w:asciiTheme="majorHAnsi" w:hAnsiTheme="majorHAnsi" w:cstheme="majorHAnsi"/>
              </w:rPr>
            </w:pPr>
          </w:p>
        </w:tc>
      </w:tr>
      <w:tr w:rsidR="00B37648" w:rsidRPr="00853746" w14:paraId="7F62B412" w14:textId="77777777" w:rsidTr="00B37648">
        <w:trPr>
          <w:cantSplit/>
          <w:trHeight w:val="510"/>
        </w:trPr>
        <w:tc>
          <w:tcPr>
            <w:tcW w:w="3212" w:type="dxa"/>
          </w:tcPr>
          <w:p w14:paraId="1465D6D3"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lastRenderedPageBreak/>
              <w:t>Județul</w:t>
            </w:r>
          </w:p>
          <w:p w14:paraId="21EF0BB6" w14:textId="08260DCD" w:rsidR="00B37648" w:rsidRPr="00B37648" w:rsidRDefault="00B37648" w:rsidP="008F357B">
            <w:pPr>
              <w:contextualSpacing/>
              <w:rPr>
                <w:rFonts w:asciiTheme="majorHAnsi" w:hAnsiTheme="majorHAnsi" w:cstheme="majorHAnsi"/>
                <w:sz w:val="16"/>
                <w:szCs w:val="16"/>
              </w:rPr>
            </w:pPr>
          </w:p>
        </w:tc>
        <w:tc>
          <w:tcPr>
            <w:tcW w:w="3212" w:type="dxa"/>
            <w:gridSpan w:val="4"/>
          </w:tcPr>
          <w:p w14:paraId="6AA0FB4A"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Municipiul / orașul / comuna</w:t>
            </w:r>
          </w:p>
          <w:p w14:paraId="3CD52C3C" w14:textId="782DC55B" w:rsidR="00B37648" w:rsidRPr="00B37648" w:rsidRDefault="00B37648" w:rsidP="008F357B">
            <w:pPr>
              <w:contextualSpacing/>
              <w:rPr>
                <w:rFonts w:asciiTheme="majorHAnsi" w:hAnsiTheme="majorHAnsi" w:cstheme="majorHAnsi"/>
                <w:sz w:val="16"/>
                <w:szCs w:val="16"/>
              </w:rPr>
            </w:pPr>
          </w:p>
        </w:tc>
        <w:tc>
          <w:tcPr>
            <w:tcW w:w="3210" w:type="dxa"/>
            <w:gridSpan w:val="2"/>
          </w:tcPr>
          <w:p w14:paraId="590ED848"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Satul / sectorul</w:t>
            </w:r>
          </w:p>
          <w:p w14:paraId="298C1DDF" w14:textId="0EF92C52" w:rsidR="00B37648" w:rsidRPr="00B37648" w:rsidRDefault="00B37648" w:rsidP="008F357B">
            <w:pPr>
              <w:contextualSpacing/>
              <w:rPr>
                <w:rFonts w:asciiTheme="majorHAnsi" w:hAnsiTheme="majorHAnsi" w:cstheme="majorHAnsi"/>
                <w:sz w:val="16"/>
                <w:szCs w:val="16"/>
              </w:rPr>
            </w:pPr>
          </w:p>
        </w:tc>
      </w:tr>
      <w:tr w:rsidR="00B37648" w:rsidRPr="00853746" w14:paraId="12A295B2" w14:textId="77777777" w:rsidTr="00B37648">
        <w:trPr>
          <w:cantSplit/>
          <w:trHeight w:val="510"/>
        </w:trPr>
        <w:tc>
          <w:tcPr>
            <w:tcW w:w="3212" w:type="dxa"/>
          </w:tcPr>
          <w:p w14:paraId="08A3225C"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Strada</w:t>
            </w:r>
          </w:p>
          <w:p w14:paraId="7569D4CC" w14:textId="36EC13F1" w:rsidR="00B37648" w:rsidRPr="00B37648" w:rsidRDefault="00B37648" w:rsidP="008F357B">
            <w:pPr>
              <w:contextualSpacing/>
              <w:rPr>
                <w:rFonts w:asciiTheme="majorHAnsi" w:hAnsiTheme="majorHAnsi" w:cstheme="majorHAnsi"/>
                <w:sz w:val="16"/>
                <w:szCs w:val="16"/>
              </w:rPr>
            </w:pPr>
          </w:p>
        </w:tc>
        <w:tc>
          <w:tcPr>
            <w:tcW w:w="803" w:type="dxa"/>
          </w:tcPr>
          <w:p w14:paraId="78158AD8"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Nr.</w:t>
            </w:r>
          </w:p>
          <w:p w14:paraId="6D7C80AB" w14:textId="19C5CD4F" w:rsidR="00B37648" w:rsidRPr="00B37648" w:rsidRDefault="00B37648" w:rsidP="008F357B">
            <w:pPr>
              <w:contextualSpacing/>
              <w:rPr>
                <w:rFonts w:asciiTheme="majorHAnsi" w:hAnsiTheme="majorHAnsi" w:cstheme="majorHAnsi"/>
                <w:sz w:val="16"/>
                <w:szCs w:val="16"/>
              </w:rPr>
            </w:pPr>
          </w:p>
        </w:tc>
        <w:tc>
          <w:tcPr>
            <w:tcW w:w="803" w:type="dxa"/>
          </w:tcPr>
          <w:p w14:paraId="5C61183B"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Sc.</w:t>
            </w:r>
          </w:p>
          <w:p w14:paraId="13EB6FDF" w14:textId="5462117C" w:rsidR="00B37648" w:rsidRPr="00B37648" w:rsidRDefault="00B37648" w:rsidP="008F357B">
            <w:pPr>
              <w:contextualSpacing/>
              <w:rPr>
                <w:rFonts w:asciiTheme="majorHAnsi" w:hAnsiTheme="majorHAnsi" w:cstheme="majorHAnsi"/>
                <w:sz w:val="16"/>
                <w:szCs w:val="16"/>
              </w:rPr>
            </w:pPr>
          </w:p>
        </w:tc>
        <w:tc>
          <w:tcPr>
            <w:tcW w:w="803" w:type="dxa"/>
          </w:tcPr>
          <w:p w14:paraId="4A2F68B8"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Et.</w:t>
            </w:r>
          </w:p>
          <w:p w14:paraId="17D14937" w14:textId="5145AE51" w:rsidR="00B37648" w:rsidRPr="00B37648" w:rsidRDefault="00B37648" w:rsidP="008F357B">
            <w:pPr>
              <w:contextualSpacing/>
              <w:rPr>
                <w:rFonts w:asciiTheme="majorHAnsi" w:hAnsiTheme="majorHAnsi" w:cstheme="majorHAnsi"/>
                <w:sz w:val="16"/>
                <w:szCs w:val="16"/>
              </w:rPr>
            </w:pPr>
          </w:p>
        </w:tc>
        <w:tc>
          <w:tcPr>
            <w:tcW w:w="803" w:type="dxa"/>
          </w:tcPr>
          <w:p w14:paraId="52F28BCF"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Ap.</w:t>
            </w:r>
          </w:p>
          <w:p w14:paraId="3DEA7351" w14:textId="793D4552" w:rsidR="00B37648" w:rsidRPr="00B37648" w:rsidRDefault="00B37648" w:rsidP="008F357B">
            <w:pPr>
              <w:contextualSpacing/>
              <w:rPr>
                <w:rFonts w:asciiTheme="majorHAnsi" w:hAnsiTheme="majorHAnsi" w:cstheme="majorHAnsi"/>
                <w:sz w:val="16"/>
                <w:szCs w:val="16"/>
              </w:rPr>
            </w:pPr>
          </w:p>
        </w:tc>
        <w:tc>
          <w:tcPr>
            <w:tcW w:w="1606" w:type="dxa"/>
          </w:tcPr>
          <w:p w14:paraId="6656D293"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Cod poștal</w:t>
            </w:r>
          </w:p>
          <w:p w14:paraId="2BD93DAD" w14:textId="3E994A35" w:rsidR="00B37648" w:rsidRPr="00B37648" w:rsidRDefault="00B37648" w:rsidP="008F357B">
            <w:pPr>
              <w:contextualSpacing/>
              <w:rPr>
                <w:rFonts w:asciiTheme="majorHAnsi" w:hAnsiTheme="majorHAnsi" w:cstheme="majorHAnsi"/>
                <w:sz w:val="16"/>
                <w:szCs w:val="16"/>
              </w:rPr>
            </w:pPr>
          </w:p>
        </w:tc>
        <w:tc>
          <w:tcPr>
            <w:tcW w:w="1604" w:type="dxa"/>
          </w:tcPr>
          <w:p w14:paraId="481FDB62"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Țara</w:t>
            </w:r>
          </w:p>
          <w:p w14:paraId="093007A9" w14:textId="19C0B0FE" w:rsidR="00B37648" w:rsidRPr="00B37648" w:rsidRDefault="00B37648" w:rsidP="008F357B">
            <w:pPr>
              <w:contextualSpacing/>
              <w:rPr>
                <w:rFonts w:asciiTheme="majorHAnsi" w:hAnsiTheme="majorHAnsi" w:cstheme="majorHAnsi"/>
                <w:sz w:val="16"/>
                <w:szCs w:val="16"/>
              </w:rPr>
            </w:pPr>
          </w:p>
        </w:tc>
      </w:tr>
    </w:tbl>
    <w:p w14:paraId="13296DA4" w14:textId="77777777" w:rsidR="00B37648" w:rsidRDefault="00B37648">
      <w:pPr>
        <w:spacing w:line="168" w:lineRule="auto"/>
        <w:rPr>
          <w:rFonts w:asciiTheme="majorHAnsi" w:hAnsiTheme="majorHAnsi" w:cstheme="majorHAnsi"/>
        </w:rPr>
      </w:pPr>
    </w:p>
    <w:tbl>
      <w:tblPr>
        <w:tblStyle w:val="TableGrid"/>
        <w:tblW w:w="9634"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44"/>
        <w:gridCol w:w="1984"/>
        <w:gridCol w:w="4394"/>
      </w:tblGrid>
      <w:tr w:rsidR="00B37648" w:rsidRPr="00853746" w14:paraId="2DF8EF88" w14:textId="77777777" w:rsidTr="00B37648">
        <w:trPr>
          <w:cantSplit/>
        </w:trPr>
        <w:tc>
          <w:tcPr>
            <w:tcW w:w="9634" w:type="dxa"/>
            <w:gridSpan w:val="4"/>
            <w:shd w:val="clear" w:color="auto" w:fill="F4F4F4"/>
          </w:tcPr>
          <w:p w14:paraId="495A72F5" w14:textId="77777777" w:rsidR="00B37648" w:rsidRPr="00B37648" w:rsidRDefault="00B37648" w:rsidP="008F357B">
            <w:pPr>
              <w:rPr>
                <w:rFonts w:asciiTheme="majorHAnsi" w:hAnsiTheme="majorHAnsi" w:cstheme="majorHAnsi"/>
                <w:b/>
                <w:sz w:val="20"/>
                <w:szCs w:val="20"/>
              </w:rPr>
            </w:pPr>
            <w:r w:rsidRPr="00B37648">
              <w:rPr>
                <w:rFonts w:asciiTheme="majorHAnsi" w:hAnsiTheme="majorHAnsi" w:cstheme="majorHAnsi"/>
                <w:b/>
                <w:sz w:val="20"/>
                <w:szCs w:val="20"/>
              </w:rPr>
              <w:t>7. PROIECTUL ATAȘAT ȘI ECHIPA DE PROIECTARE</w:t>
            </w:r>
          </w:p>
        </w:tc>
      </w:tr>
      <w:tr w:rsidR="00B37648" w:rsidRPr="00853746" w14:paraId="2E079334" w14:textId="77777777" w:rsidTr="00B37648">
        <w:trPr>
          <w:cantSplit/>
        </w:trPr>
        <w:tc>
          <w:tcPr>
            <w:tcW w:w="9634" w:type="dxa"/>
            <w:gridSpan w:val="4"/>
          </w:tcPr>
          <w:p w14:paraId="132282FB" w14:textId="49F677C5" w:rsidR="00B37648" w:rsidRPr="00853746" w:rsidRDefault="0062159B" w:rsidP="008F357B">
            <w:pPr>
              <w:contextualSpacing/>
              <w:rPr>
                <w:rFonts w:asciiTheme="majorHAnsi" w:hAnsiTheme="majorHAnsi" w:cstheme="majorHAnsi"/>
              </w:rPr>
            </w:pPr>
            <w:sdt>
              <w:sdtPr>
                <w:rPr>
                  <w:rFonts w:asciiTheme="majorHAnsi" w:hAnsiTheme="majorHAnsi" w:cstheme="majorHAnsi"/>
                  <w:b/>
                  <w:bCs/>
                  <w:sz w:val="20"/>
                  <w:szCs w:val="20"/>
                </w:rPr>
                <w:id w:val="-1909451866"/>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20"/>
                    <w:szCs w:val="20"/>
                  </w:rPr>
                  <w:t>☐</w:t>
                </w:r>
              </w:sdtContent>
            </w:sdt>
            <w:r w:rsidR="00B37648" w:rsidRPr="00094B8B">
              <w:rPr>
                <w:rFonts w:ascii="Calibri" w:hAnsi="Calibri" w:cs="Calibri"/>
                <w:sz w:val="20"/>
                <w:szCs w:val="20"/>
              </w:rPr>
              <w:t xml:space="preserve"> Proiect pentru autorizarea construirii  </w:t>
            </w:r>
            <w:sdt>
              <w:sdtPr>
                <w:rPr>
                  <w:rFonts w:asciiTheme="majorHAnsi" w:hAnsiTheme="majorHAnsi" w:cstheme="majorHAnsi"/>
                  <w:b/>
                  <w:bCs/>
                  <w:sz w:val="20"/>
                  <w:szCs w:val="20"/>
                </w:rPr>
                <w:id w:val="633761996"/>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20"/>
                    <w:szCs w:val="20"/>
                  </w:rPr>
                  <w:t>☐</w:t>
                </w:r>
              </w:sdtContent>
            </w:sdt>
            <w:r w:rsidR="00B37648" w:rsidRPr="00094B8B">
              <w:rPr>
                <w:rFonts w:ascii="Calibri" w:hAnsi="Calibri" w:cs="Calibri"/>
                <w:sz w:val="20"/>
                <w:szCs w:val="20"/>
              </w:rPr>
              <w:t xml:space="preserve">  Proiect pentru autorizarea desființării     </w:t>
            </w:r>
            <w:sdt>
              <w:sdtPr>
                <w:rPr>
                  <w:rFonts w:asciiTheme="majorHAnsi" w:hAnsiTheme="majorHAnsi" w:cstheme="majorHAnsi"/>
                  <w:sz w:val="20"/>
                  <w:szCs w:val="20"/>
                </w:rPr>
                <w:id w:val="-1505351031"/>
                <w14:checkbox>
                  <w14:checked w14:val="0"/>
                  <w14:checkedState w14:val="2612" w14:font="MS Gothic"/>
                  <w14:uncheckedState w14:val="2610" w14:font="MS Gothic"/>
                </w14:checkbox>
              </w:sdtPr>
              <w:sdtEndPr/>
              <w:sdtContent>
                <w:r w:rsidR="00B37648">
                  <w:rPr>
                    <w:rFonts w:ascii="MS Gothic" w:eastAsia="MS Gothic" w:hAnsi="MS Gothic" w:cstheme="majorHAnsi" w:hint="eastAsia"/>
                    <w:sz w:val="20"/>
                    <w:szCs w:val="20"/>
                  </w:rPr>
                  <w:t>☐</w:t>
                </w:r>
              </w:sdtContent>
            </w:sdt>
            <w:r w:rsidR="00B37648" w:rsidRPr="00094B8B">
              <w:rPr>
                <w:rFonts w:ascii="Calibri" w:hAnsi="Calibri" w:cs="Calibri"/>
                <w:sz w:val="20"/>
                <w:szCs w:val="20"/>
              </w:rPr>
              <w:t xml:space="preserve"> Proiect pentru intervenții asupra clădirilor existente    </w:t>
            </w:r>
            <w:sdt>
              <w:sdtPr>
                <w:rPr>
                  <w:rFonts w:asciiTheme="majorHAnsi" w:hAnsiTheme="majorHAnsi" w:cstheme="majorHAnsi"/>
                  <w:b/>
                  <w:bCs/>
                  <w:sz w:val="20"/>
                  <w:szCs w:val="20"/>
                </w:rPr>
                <w:id w:val="444583218"/>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20"/>
                    <w:szCs w:val="20"/>
                  </w:rPr>
                  <w:t>☐</w:t>
                </w:r>
              </w:sdtContent>
            </w:sdt>
            <w:r w:rsidR="00B37648" w:rsidRPr="00094B8B">
              <w:rPr>
                <w:rFonts w:ascii="Calibri" w:hAnsi="Calibri" w:cs="Calibri"/>
                <w:sz w:val="20"/>
                <w:szCs w:val="20"/>
              </w:rPr>
              <w:t xml:space="preserve">  Proiect pentru autorizarea amenajării</w:t>
            </w:r>
          </w:p>
        </w:tc>
      </w:tr>
      <w:tr w:rsidR="00B37648" w:rsidRPr="00853746" w14:paraId="57D9A4AF" w14:textId="77777777" w:rsidTr="00B37648">
        <w:trPr>
          <w:cantSplit/>
          <w:trHeight w:val="510"/>
        </w:trPr>
        <w:tc>
          <w:tcPr>
            <w:tcW w:w="3212" w:type="dxa"/>
          </w:tcPr>
          <w:p w14:paraId="73A6F852"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Nr. / data proiectului</w:t>
            </w:r>
          </w:p>
          <w:p w14:paraId="67915819" w14:textId="0F5DA81F" w:rsidR="00B37648" w:rsidRPr="00B37648" w:rsidRDefault="00B37648" w:rsidP="008F357B">
            <w:pPr>
              <w:contextualSpacing/>
              <w:rPr>
                <w:rFonts w:asciiTheme="majorHAnsi" w:hAnsiTheme="majorHAnsi" w:cstheme="majorHAnsi"/>
                <w:sz w:val="16"/>
                <w:szCs w:val="16"/>
              </w:rPr>
            </w:pPr>
          </w:p>
        </w:tc>
        <w:tc>
          <w:tcPr>
            <w:tcW w:w="6422" w:type="dxa"/>
            <w:gridSpan w:val="3"/>
          </w:tcPr>
          <w:p w14:paraId="4DEDB017"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Elaborator (denumire + sediu)</w:t>
            </w:r>
          </w:p>
          <w:p w14:paraId="3289499C" w14:textId="170761CA" w:rsidR="00B37648" w:rsidRPr="00B37648" w:rsidRDefault="00B37648" w:rsidP="008F357B">
            <w:pPr>
              <w:rPr>
                <w:rFonts w:asciiTheme="majorHAnsi" w:hAnsiTheme="majorHAnsi" w:cstheme="majorHAnsi"/>
                <w:sz w:val="16"/>
                <w:szCs w:val="16"/>
              </w:rPr>
            </w:pPr>
          </w:p>
        </w:tc>
      </w:tr>
      <w:tr w:rsidR="00B37648" w:rsidRPr="00853746" w14:paraId="057A7DAF" w14:textId="77777777" w:rsidTr="001027D0">
        <w:trPr>
          <w:cantSplit/>
          <w:trHeight w:val="510"/>
        </w:trPr>
        <w:tc>
          <w:tcPr>
            <w:tcW w:w="3256" w:type="dxa"/>
            <w:gridSpan w:val="2"/>
          </w:tcPr>
          <w:p w14:paraId="538FC48F"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Proiectant autor - arhitect / arhitect conductor / arhitect de interior</w:t>
            </w:r>
          </w:p>
          <w:p w14:paraId="4D748CDF" w14:textId="113F4286" w:rsidR="00B37648" w:rsidRPr="00B37648" w:rsidRDefault="00B37648" w:rsidP="008F357B">
            <w:pPr>
              <w:contextualSpacing/>
              <w:rPr>
                <w:rFonts w:asciiTheme="majorHAnsi" w:hAnsiTheme="majorHAnsi" w:cstheme="majorHAnsi"/>
                <w:sz w:val="16"/>
                <w:szCs w:val="16"/>
              </w:rPr>
            </w:pPr>
          </w:p>
        </w:tc>
        <w:tc>
          <w:tcPr>
            <w:tcW w:w="1984" w:type="dxa"/>
          </w:tcPr>
          <w:p w14:paraId="0B4D2892" w14:textId="77777777" w:rsidR="00B37648" w:rsidRPr="00B37648" w:rsidRDefault="00B37648" w:rsidP="008F357B">
            <w:pPr>
              <w:contextualSpacing/>
              <w:rPr>
                <w:rFonts w:asciiTheme="majorHAnsi" w:hAnsiTheme="majorHAnsi" w:cstheme="majorHAnsi"/>
                <w:sz w:val="16"/>
                <w:szCs w:val="16"/>
              </w:rPr>
            </w:pPr>
            <w:r w:rsidRPr="00B37648">
              <w:rPr>
                <w:rFonts w:asciiTheme="majorHAnsi" w:hAnsiTheme="majorHAnsi" w:cstheme="majorHAnsi"/>
                <w:b/>
                <w:color w:val="0D5F78"/>
                <w:sz w:val="16"/>
                <w:szCs w:val="16"/>
              </w:rPr>
              <w:t>Nr. TNA</w:t>
            </w:r>
          </w:p>
          <w:p w14:paraId="2A1A2F8C" w14:textId="52D92A21" w:rsidR="00B37648" w:rsidRPr="00B37648" w:rsidRDefault="00B37648" w:rsidP="008F357B">
            <w:pPr>
              <w:contextualSpacing/>
              <w:rPr>
                <w:rFonts w:asciiTheme="majorHAnsi" w:hAnsiTheme="majorHAnsi" w:cstheme="majorHAnsi"/>
                <w:sz w:val="16"/>
                <w:szCs w:val="16"/>
              </w:rPr>
            </w:pPr>
          </w:p>
        </w:tc>
        <w:tc>
          <w:tcPr>
            <w:tcW w:w="4394" w:type="dxa"/>
          </w:tcPr>
          <w:p w14:paraId="499EE4C7" w14:textId="77777777" w:rsidR="00B37648" w:rsidRPr="008F357B" w:rsidRDefault="00B37648" w:rsidP="008F357B">
            <w:pPr>
              <w:contextualSpacing/>
              <w:rPr>
                <w:rFonts w:asciiTheme="majorHAnsi" w:hAnsiTheme="majorHAnsi" w:cstheme="majorHAnsi"/>
                <w:b/>
                <w:color w:val="0D5F78"/>
                <w:sz w:val="16"/>
                <w:szCs w:val="16"/>
              </w:rPr>
            </w:pPr>
            <w:r w:rsidRPr="008F357B">
              <w:rPr>
                <w:rFonts w:asciiTheme="majorHAnsi" w:hAnsiTheme="majorHAnsi" w:cstheme="majorHAnsi"/>
                <w:b/>
                <w:color w:val="0D5F78"/>
                <w:sz w:val="16"/>
                <w:szCs w:val="16"/>
              </w:rPr>
              <w:t>Ingineri, pe specialități</w:t>
            </w:r>
          </w:p>
          <w:p w14:paraId="6FBB74BE" w14:textId="42E7D4BD" w:rsidR="00B37648" w:rsidRPr="008F357B" w:rsidRDefault="00B37648" w:rsidP="008F357B">
            <w:pPr>
              <w:rPr>
                <w:rFonts w:asciiTheme="majorHAnsi" w:hAnsiTheme="majorHAnsi" w:cstheme="majorHAnsi"/>
                <w:b/>
                <w:bCs/>
                <w:sz w:val="20"/>
                <w:szCs w:val="20"/>
              </w:rPr>
            </w:pPr>
          </w:p>
        </w:tc>
      </w:tr>
    </w:tbl>
    <w:p w14:paraId="55EEE881" w14:textId="77777777" w:rsidR="00B37648" w:rsidRDefault="00B37648">
      <w:pPr>
        <w:spacing w:line="168" w:lineRule="auto"/>
        <w:rPr>
          <w:rFonts w:asciiTheme="majorHAnsi" w:hAnsiTheme="majorHAnsi" w:cstheme="majorHAnsi"/>
        </w:rPr>
      </w:pP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55"/>
        <w:gridCol w:w="4816"/>
        <w:gridCol w:w="9"/>
      </w:tblGrid>
      <w:tr w:rsidR="00560061" w14:paraId="45235089" w14:textId="77777777" w:rsidTr="00DD3E85">
        <w:tc>
          <w:tcPr>
            <w:tcW w:w="9680" w:type="dxa"/>
            <w:gridSpan w:val="3"/>
            <w:tcBorders>
              <w:top w:val="single" w:sz="6" w:space="0" w:color="595959"/>
              <w:left w:val="single" w:sz="6" w:space="0" w:color="595959"/>
              <w:bottom w:val="single" w:sz="6" w:space="0" w:color="595959"/>
              <w:right w:val="single" w:sz="6" w:space="0" w:color="595959"/>
            </w:tcBorders>
            <w:shd w:val="clear" w:color="auto" w:fill="D9D9D9"/>
            <w:tcMar>
              <w:top w:w="10" w:type="dxa"/>
              <w:left w:w="80" w:type="dxa"/>
              <w:bottom w:w="10" w:type="dxa"/>
              <w:right w:w="80" w:type="dxa"/>
            </w:tcMar>
          </w:tcPr>
          <w:p w14:paraId="0879D66A" w14:textId="77777777" w:rsidR="00560061" w:rsidRPr="00560061" w:rsidRDefault="00560061" w:rsidP="00560061">
            <w:pPr>
              <w:keepNext/>
              <w:rPr>
                <w:rFonts w:ascii="Calibri" w:hAnsi="Calibri" w:cs="Calibri"/>
              </w:rPr>
            </w:pPr>
            <w:r w:rsidRPr="00560061">
              <w:rPr>
                <w:rFonts w:asciiTheme="majorHAnsi" w:hAnsiTheme="majorHAnsi" w:cstheme="majorHAnsi"/>
                <w:b/>
                <w:sz w:val="20"/>
                <w:szCs w:val="20"/>
              </w:rPr>
              <w:t>8. CLASA DE CONSECINȚE / VERIFICAREA TEHNICĂ</w:t>
            </w:r>
          </w:p>
        </w:tc>
      </w:tr>
      <w:tr w:rsidR="00560061" w14:paraId="3A785645"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10C6A3EA" w14:textId="56FDFECE" w:rsidR="00560061" w:rsidRDefault="00602EA0" w:rsidP="00BC2599">
            <w:pPr>
              <w:spacing w:line="276" w:lineRule="auto"/>
              <w:ind w:left="260" w:hanging="260"/>
              <w:rPr>
                <w:rFonts w:asciiTheme="majorHAnsi" w:hAnsiTheme="majorHAnsi" w:cstheme="majorHAnsi"/>
                <w:sz w:val="20"/>
                <w:szCs w:val="20"/>
              </w:rPr>
            </w:pPr>
            <w:r>
              <w:rPr>
                <w:rFonts w:ascii="Calibri" w:eastAsia="Montserrat" w:hAnsi="Calibri" w:cs="Calibri"/>
                <w:color w:val="000000"/>
                <w:sz w:val="16"/>
                <w:szCs w:val="16"/>
              </w:rPr>
              <w:t xml:space="preserve"> </w:t>
            </w:r>
            <w:sdt>
              <w:sdtPr>
                <w:rPr>
                  <w:rFonts w:asciiTheme="majorHAnsi" w:hAnsiTheme="majorHAnsi" w:cstheme="majorHAnsi"/>
                  <w:sz w:val="20"/>
                  <w:szCs w:val="20"/>
                </w:rPr>
                <w:id w:val="-769238693"/>
                <w14:checkbox>
                  <w14:checked w14:val="0"/>
                  <w14:checkedState w14:val="2612" w14:font="MS Gothic"/>
                  <w14:uncheckedState w14:val="2610" w14:font="MS Gothic"/>
                </w14:checkbox>
              </w:sdtPr>
              <w:sdtEndPr/>
              <w:sdtContent>
                <w:r w:rsidR="00342EF1">
                  <w:rPr>
                    <w:rFonts w:ascii="MS Gothic" w:eastAsia="MS Gothic" w:hAnsi="MS Gothic" w:cstheme="majorHAnsi" w:hint="eastAsia"/>
                    <w:sz w:val="20"/>
                    <w:szCs w:val="20"/>
                  </w:rPr>
                  <w:t>☐</w:t>
                </w:r>
              </w:sdtContent>
            </w:sdt>
            <w:r w:rsidR="00342EF1" w:rsidRPr="00560061">
              <w:rPr>
                <w:rFonts w:asciiTheme="majorHAnsi" w:hAnsiTheme="majorHAnsi" w:cstheme="majorHAnsi"/>
                <w:sz w:val="20"/>
                <w:szCs w:val="20"/>
              </w:rPr>
              <w:t xml:space="preserve"> </w:t>
            </w:r>
            <w:r w:rsidR="00560061" w:rsidRPr="00560061">
              <w:rPr>
                <w:rFonts w:asciiTheme="majorHAnsi" w:hAnsiTheme="majorHAnsi" w:cstheme="majorHAnsi"/>
                <w:sz w:val="20"/>
                <w:szCs w:val="20"/>
              </w:rPr>
              <w:t>CC 1 / NVP 1</w:t>
            </w:r>
          </w:p>
          <w:p w14:paraId="76D5822A" w14:textId="53F22E42" w:rsidR="00560061" w:rsidRPr="005B5439" w:rsidRDefault="00560061" w:rsidP="00560061">
            <w:pPr>
              <w:spacing w:line="276" w:lineRule="auto"/>
              <w:ind w:left="54"/>
              <w:jc w:val="both"/>
              <w:rPr>
                <w:rFonts w:ascii="Calibri" w:hAnsi="Calibri" w:cs="Calibri"/>
                <w:sz w:val="20"/>
                <w:szCs w:val="20"/>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084E8AFB" w14:textId="7AEFF9DE" w:rsidR="00560061" w:rsidRDefault="00602EA0" w:rsidP="00BC2599">
            <w:pPr>
              <w:spacing w:line="276" w:lineRule="auto"/>
              <w:ind w:left="260" w:hanging="260"/>
              <w:rPr>
                <w:rFonts w:asciiTheme="majorHAnsi" w:hAnsiTheme="majorHAnsi" w:cstheme="majorHAnsi"/>
                <w:sz w:val="20"/>
                <w:szCs w:val="20"/>
              </w:rPr>
            </w:pPr>
            <w:r>
              <w:rPr>
                <w:rFonts w:ascii="Segoe UI Symbol" w:hAnsi="Segoe UI Symbol" w:cs="Segoe UI Symbol"/>
                <w:b/>
                <w:bCs/>
                <w:sz w:val="20"/>
                <w:szCs w:val="20"/>
              </w:rPr>
              <w:t xml:space="preserve"> </w:t>
            </w:r>
            <w:sdt>
              <w:sdtPr>
                <w:rPr>
                  <w:rFonts w:asciiTheme="majorHAnsi" w:hAnsiTheme="majorHAnsi" w:cstheme="majorHAnsi"/>
                  <w:sz w:val="20"/>
                  <w:szCs w:val="20"/>
                </w:rPr>
                <w:id w:val="329486953"/>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20"/>
                    <w:szCs w:val="20"/>
                  </w:rPr>
                  <w:t>☐</w:t>
                </w:r>
              </w:sdtContent>
            </w:sdt>
            <w:r w:rsidR="00560061" w:rsidRPr="00560061">
              <w:rPr>
                <w:rFonts w:ascii="Calibri" w:eastAsia="Montserrat" w:hAnsi="Calibri" w:cs="Calibri"/>
                <w:color w:val="000000"/>
                <w:sz w:val="16"/>
                <w:szCs w:val="16"/>
              </w:rPr>
              <w:t xml:space="preserve"> </w:t>
            </w:r>
            <w:r w:rsidR="00560061" w:rsidRPr="00560061">
              <w:rPr>
                <w:rFonts w:asciiTheme="majorHAnsi" w:hAnsiTheme="majorHAnsi" w:cstheme="majorHAnsi"/>
                <w:sz w:val="20"/>
                <w:szCs w:val="20"/>
              </w:rPr>
              <w:t>CC 2 / NVP 2</w:t>
            </w:r>
          </w:p>
          <w:p w14:paraId="77EF82C2" w14:textId="0CE5898C" w:rsidR="00560061" w:rsidRPr="00560061" w:rsidRDefault="00560061" w:rsidP="005B5439">
            <w:pPr>
              <w:spacing w:line="276" w:lineRule="auto"/>
              <w:ind w:left="54"/>
              <w:jc w:val="both"/>
              <w:rPr>
                <w:rFonts w:ascii="Calibri" w:hAnsi="Calibri" w:cs="Calibri"/>
              </w:rPr>
            </w:pPr>
          </w:p>
        </w:tc>
      </w:tr>
      <w:tr w:rsidR="00560061" w14:paraId="66472ED7"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5EDEB4B5" w14:textId="01F8A999" w:rsidR="00560061" w:rsidRDefault="00602EA0" w:rsidP="00BC2599">
            <w:pPr>
              <w:spacing w:line="276" w:lineRule="auto"/>
              <w:ind w:left="260" w:hanging="260"/>
              <w:rPr>
                <w:rFonts w:asciiTheme="majorHAnsi" w:hAnsiTheme="majorHAnsi" w:cstheme="majorHAnsi"/>
                <w:sz w:val="20"/>
                <w:szCs w:val="20"/>
              </w:rPr>
            </w:pPr>
            <w:r>
              <w:rPr>
                <w:rFonts w:ascii="Calibri" w:eastAsia="Montserrat" w:hAnsi="Calibri" w:cs="Calibri"/>
                <w:color w:val="000000"/>
                <w:sz w:val="16"/>
                <w:szCs w:val="16"/>
              </w:rPr>
              <w:t xml:space="preserve"> </w:t>
            </w:r>
            <w:sdt>
              <w:sdtPr>
                <w:rPr>
                  <w:rFonts w:asciiTheme="majorHAnsi" w:hAnsiTheme="majorHAnsi" w:cstheme="majorHAnsi"/>
                  <w:sz w:val="20"/>
                  <w:szCs w:val="20"/>
                </w:rPr>
                <w:id w:val="259886308"/>
                <w14:checkbox>
                  <w14:checked w14:val="0"/>
                  <w14:checkedState w14:val="2612" w14:font="MS Gothic"/>
                  <w14:uncheckedState w14:val="2610" w14:font="MS Gothic"/>
                </w14:checkbox>
              </w:sdtPr>
              <w:sdtEndPr/>
              <w:sdtContent>
                <w:r w:rsidR="00342EF1">
                  <w:rPr>
                    <w:rFonts w:ascii="MS Gothic" w:eastAsia="MS Gothic" w:hAnsi="MS Gothic" w:cstheme="majorHAnsi" w:hint="eastAsia"/>
                    <w:sz w:val="20"/>
                    <w:szCs w:val="20"/>
                  </w:rPr>
                  <w:t>☐</w:t>
                </w:r>
              </w:sdtContent>
            </w:sdt>
            <w:r w:rsidR="00342EF1" w:rsidRPr="00560061">
              <w:rPr>
                <w:rFonts w:asciiTheme="majorHAnsi" w:hAnsiTheme="majorHAnsi" w:cstheme="majorHAnsi"/>
                <w:sz w:val="20"/>
                <w:szCs w:val="20"/>
              </w:rPr>
              <w:t xml:space="preserve"> </w:t>
            </w:r>
            <w:r w:rsidR="00560061" w:rsidRPr="00560061">
              <w:rPr>
                <w:rFonts w:asciiTheme="majorHAnsi" w:hAnsiTheme="majorHAnsi" w:cstheme="majorHAnsi"/>
                <w:sz w:val="20"/>
                <w:szCs w:val="20"/>
              </w:rPr>
              <w:t>CC 3 / NVP 3</w:t>
            </w:r>
          </w:p>
          <w:p w14:paraId="35927068" w14:textId="5CDA8517" w:rsidR="00560061" w:rsidRPr="00560061" w:rsidRDefault="00560061" w:rsidP="00602EA0">
            <w:pPr>
              <w:spacing w:line="276" w:lineRule="auto"/>
              <w:ind w:left="54"/>
              <w:jc w:val="both"/>
              <w:rPr>
                <w:rFonts w:ascii="Calibri" w:hAnsi="Calibri" w:cs="Calibri"/>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166A9B44" w14:textId="5EA29AC2" w:rsidR="00560061" w:rsidRDefault="00560061" w:rsidP="00BC2599">
            <w:pPr>
              <w:spacing w:line="276" w:lineRule="auto"/>
              <w:ind w:left="260" w:hanging="260"/>
              <w:rPr>
                <w:rFonts w:asciiTheme="majorHAnsi" w:hAnsiTheme="majorHAnsi" w:cstheme="majorHAnsi"/>
                <w:sz w:val="20"/>
                <w:szCs w:val="20"/>
              </w:rPr>
            </w:pPr>
            <w:r w:rsidRPr="00560061">
              <w:rPr>
                <w:rFonts w:ascii="Calibri" w:eastAsia="Montserrat" w:hAnsi="Calibri" w:cs="Calibri"/>
                <w:color w:val="000000"/>
                <w:sz w:val="16"/>
                <w:szCs w:val="16"/>
              </w:rPr>
              <w:t xml:space="preserve"> </w:t>
            </w:r>
            <w:sdt>
              <w:sdtPr>
                <w:rPr>
                  <w:rFonts w:asciiTheme="majorHAnsi" w:hAnsiTheme="majorHAnsi" w:cstheme="majorHAnsi"/>
                  <w:sz w:val="20"/>
                  <w:szCs w:val="20"/>
                </w:rPr>
                <w:id w:val="-194850652"/>
                <w14:checkbox>
                  <w14:checked w14:val="0"/>
                  <w14:checkedState w14:val="2612" w14:font="MS Gothic"/>
                  <w14:uncheckedState w14:val="2610" w14:font="MS Gothic"/>
                </w14:checkbox>
              </w:sdtPr>
              <w:sdtEndPr/>
              <w:sdtContent>
                <w:r w:rsidR="009D6F21">
                  <w:rPr>
                    <w:rFonts w:ascii="MS Gothic" w:eastAsia="MS Gothic" w:hAnsi="MS Gothic" w:cstheme="majorHAnsi" w:hint="eastAsia"/>
                    <w:sz w:val="20"/>
                    <w:szCs w:val="20"/>
                  </w:rPr>
                  <w:t>☐</w:t>
                </w:r>
              </w:sdtContent>
            </w:sdt>
            <w:r w:rsidR="00342EF1" w:rsidRPr="00560061">
              <w:rPr>
                <w:rFonts w:asciiTheme="majorHAnsi" w:hAnsiTheme="majorHAnsi" w:cstheme="majorHAnsi"/>
                <w:sz w:val="20"/>
                <w:szCs w:val="20"/>
              </w:rPr>
              <w:t xml:space="preserve"> </w:t>
            </w:r>
            <w:r w:rsidRPr="00560061">
              <w:rPr>
                <w:rFonts w:asciiTheme="majorHAnsi" w:hAnsiTheme="majorHAnsi" w:cstheme="majorHAnsi"/>
                <w:sz w:val="20"/>
                <w:szCs w:val="20"/>
              </w:rPr>
              <w:t>CC 4 / NVP 4</w:t>
            </w:r>
          </w:p>
          <w:p w14:paraId="4DEF095E" w14:textId="4630BD44" w:rsidR="00560061" w:rsidRPr="00560061" w:rsidRDefault="00560061" w:rsidP="00602EA0">
            <w:pPr>
              <w:spacing w:line="276" w:lineRule="auto"/>
              <w:ind w:left="54"/>
              <w:jc w:val="both"/>
              <w:rPr>
                <w:rFonts w:ascii="Calibri" w:hAnsi="Calibri" w:cs="Calibri"/>
              </w:rPr>
            </w:pPr>
          </w:p>
        </w:tc>
      </w:tr>
      <w:tr w:rsidR="00560061" w14:paraId="686660F9"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53DCEA30" w14:textId="21096405" w:rsidR="00560061" w:rsidRPr="00560061" w:rsidRDefault="00560061" w:rsidP="00DD4D8D">
            <w:pPr>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rezistență mecanică și stabilitate — nume și prenume verificator / nr. atestat</w:t>
            </w:r>
          </w:p>
          <w:p w14:paraId="5D11057C" w14:textId="6351B50E" w:rsidR="00560061" w:rsidRPr="00560061" w:rsidRDefault="00560061" w:rsidP="00DD4D8D">
            <w:pPr>
              <w:rPr>
                <w:rFonts w:asciiTheme="majorHAnsi" w:hAnsiTheme="majorHAnsi" w:cstheme="majorHAnsi"/>
                <w:b/>
                <w:color w:val="0D5F78"/>
                <w:sz w:val="16"/>
                <w:szCs w:val="16"/>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710C3BE9" w14:textId="77777777" w:rsidR="00560061" w:rsidRPr="00560061" w:rsidRDefault="00560061" w:rsidP="00DD4D8D">
            <w:pPr>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Referat nr. / data</w:t>
            </w:r>
          </w:p>
          <w:p w14:paraId="33C7868B" w14:textId="77777777" w:rsidR="00B92B14" w:rsidRDefault="00B92B14" w:rsidP="00B92B14">
            <w:pPr>
              <w:pStyle w:val="ListParagraph"/>
              <w:rPr>
                <w:rFonts w:asciiTheme="majorHAnsi" w:hAnsiTheme="majorHAnsi" w:cstheme="majorHAnsi"/>
                <w:b/>
                <w:bCs/>
                <w:sz w:val="18"/>
                <w:szCs w:val="18"/>
              </w:rPr>
            </w:pPr>
          </w:p>
          <w:p w14:paraId="7D635FFD" w14:textId="509BBA38" w:rsidR="00560061" w:rsidRPr="00560061" w:rsidRDefault="00560061" w:rsidP="001157B7">
            <w:pPr>
              <w:pStyle w:val="ListParagraph"/>
              <w:rPr>
                <w:rFonts w:asciiTheme="majorHAnsi" w:hAnsiTheme="majorHAnsi" w:cstheme="majorHAnsi"/>
                <w:b/>
                <w:color w:val="0D5F78"/>
                <w:sz w:val="16"/>
                <w:szCs w:val="16"/>
              </w:rPr>
            </w:pPr>
          </w:p>
        </w:tc>
      </w:tr>
      <w:tr w:rsidR="00560061" w14:paraId="78F0C560"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3AA3183C" w14:textId="77777777" w:rsidR="00560061" w:rsidRPr="00560061" w:rsidRDefault="00560061" w:rsidP="00DD4D8D">
            <w:pPr>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securitate la incendiu — nume și prenume verificator / nr. atestat</w:t>
            </w:r>
          </w:p>
          <w:p w14:paraId="1DE57F3B" w14:textId="0143D1E9" w:rsidR="00560061" w:rsidRPr="00437140" w:rsidRDefault="00560061" w:rsidP="00DD4D8D">
            <w:pPr>
              <w:rPr>
                <w:rFonts w:asciiTheme="majorHAnsi" w:hAnsiTheme="majorHAnsi" w:cstheme="majorHAnsi"/>
                <w:b/>
                <w:color w:val="0D5F78"/>
                <w:sz w:val="20"/>
                <w:szCs w:val="20"/>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084EAE36" w14:textId="77777777" w:rsidR="00560061" w:rsidRPr="00560061" w:rsidRDefault="00560061" w:rsidP="00DD4D8D">
            <w:pPr>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Referat nr. / data</w:t>
            </w:r>
          </w:p>
          <w:p w14:paraId="4D7E14CC" w14:textId="21D889C6" w:rsidR="00560061" w:rsidRPr="00437140" w:rsidRDefault="00560061" w:rsidP="001157B7">
            <w:pPr>
              <w:pStyle w:val="ListParagraph"/>
              <w:rPr>
                <w:rFonts w:asciiTheme="majorHAnsi" w:hAnsiTheme="majorHAnsi" w:cstheme="majorHAnsi"/>
                <w:b/>
                <w:color w:val="0D5F78"/>
                <w:sz w:val="20"/>
                <w:szCs w:val="20"/>
              </w:rPr>
            </w:pPr>
          </w:p>
        </w:tc>
      </w:tr>
      <w:tr w:rsidR="00560061" w14:paraId="41CE0C36"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47D0E9F6" w14:textId="77777777" w:rsidR="00560061" w:rsidRP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igienă, sănătate și mediu înconjurător — nume și prenume verificator / nr. atestat</w:t>
            </w:r>
          </w:p>
          <w:p w14:paraId="34AC6666" w14:textId="3C21D407" w:rsidR="00560061" w:rsidRPr="00560061" w:rsidRDefault="00560061" w:rsidP="00560061">
            <w:pPr>
              <w:keepNext/>
              <w:rPr>
                <w:rFonts w:asciiTheme="majorHAnsi" w:hAnsiTheme="majorHAnsi" w:cstheme="majorHAnsi"/>
                <w:b/>
                <w:color w:val="0D5F78"/>
                <w:sz w:val="16"/>
                <w:szCs w:val="16"/>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54E11D56" w14:textId="77777777" w:rsidR="00560061" w:rsidRP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Referat nr. / data</w:t>
            </w:r>
          </w:p>
          <w:p w14:paraId="639839BE" w14:textId="77777777" w:rsidR="00B92B14" w:rsidRDefault="00B92B14" w:rsidP="00B92B14">
            <w:pPr>
              <w:pStyle w:val="ListParagraph"/>
              <w:keepNext/>
              <w:rPr>
                <w:rFonts w:asciiTheme="majorHAnsi" w:hAnsiTheme="majorHAnsi" w:cstheme="majorHAnsi"/>
                <w:b/>
                <w:bCs/>
                <w:sz w:val="18"/>
                <w:szCs w:val="18"/>
              </w:rPr>
            </w:pPr>
          </w:p>
          <w:p w14:paraId="5B2F549E" w14:textId="404BEF22" w:rsidR="00560061" w:rsidRPr="00560061" w:rsidRDefault="00560061" w:rsidP="001157B7">
            <w:pPr>
              <w:pStyle w:val="ListParagraph"/>
              <w:keepNext/>
              <w:rPr>
                <w:rFonts w:asciiTheme="majorHAnsi" w:hAnsiTheme="majorHAnsi" w:cstheme="majorHAnsi"/>
                <w:b/>
                <w:color w:val="0D5F78"/>
                <w:sz w:val="16"/>
                <w:szCs w:val="16"/>
              </w:rPr>
            </w:pPr>
          </w:p>
        </w:tc>
      </w:tr>
      <w:tr w:rsidR="00560061" w14:paraId="67048E42"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18B75327" w14:textId="77777777" w:rsidR="00560061" w:rsidRP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siguranță și accesibilitate în exploatare — nume și prenume verificator / nr. atestat</w:t>
            </w:r>
          </w:p>
          <w:p w14:paraId="4BFDC959" w14:textId="78CFE0DD" w:rsidR="00560061" w:rsidRPr="00560061" w:rsidRDefault="00560061" w:rsidP="00560061">
            <w:pPr>
              <w:keepNext/>
              <w:rPr>
                <w:rFonts w:asciiTheme="majorHAnsi" w:hAnsiTheme="majorHAnsi" w:cstheme="majorHAnsi"/>
                <w:b/>
                <w:color w:val="0D5F78"/>
                <w:sz w:val="16"/>
                <w:szCs w:val="16"/>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62222E6D" w14:textId="77777777" w:rsidR="00560061" w:rsidRP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Referat nr. / data</w:t>
            </w:r>
          </w:p>
          <w:p w14:paraId="6E3D24C2" w14:textId="77777777" w:rsidR="00B92B14" w:rsidRDefault="00B92B14" w:rsidP="00B92B14">
            <w:pPr>
              <w:pStyle w:val="ListParagraph"/>
              <w:keepNext/>
              <w:rPr>
                <w:rFonts w:asciiTheme="majorHAnsi" w:hAnsiTheme="majorHAnsi" w:cstheme="majorHAnsi"/>
                <w:b/>
                <w:bCs/>
                <w:sz w:val="18"/>
                <w:szCs w:val="18"/>
              </w:rPr>
            </w:pPr>
          </w:p>
          <w:p w14:paraId="545BF64B" w14:textId="59F273B2" w:rsidR="00560061" w:rsidRPr="00560061" w:rsidRDefault="00560061" w:rsidP="001157B7">
            <w:pPr>
              <w:pStyle w:val="ListParagraph"/>
              <w:keepNext/>
              <w:rPr>
                <w:rFonts w:asciiTheme="majorHAnsi" w:hAnsiTheme="majorHAnsi" w:cstheme="majorHAnsi"/>
                <w:b/>
                <w:color w:val="0D5F78"/>
                <w:sz w:val="16"/>
                <w:szCs w:val="16"/>
              </w:rPr>
            </w:pPr>
          </w:p>
        </w:tc>
      </w:tr>
      <w:tr w:rsidR="00560061" w14:paraId="33A452F0"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34D27336" w14:textId="77777777" w:rsidR="00560061" w:rsidRP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protecție împotriva zgomotului — nume și prenume verificator / nr. atestat</w:t>
            </w:r>
          </w:p>
          <w:p w14:paraId="089AB46A" w14:textId="282F6D50" w:rsidR="00560061" w:rsidRPr="00437140" w:rsidRDefault="00560061" w:rsidP="00B92B14">
            <w:pPr>
              <w:keepNext/>
              <w:rPr>
                <w:rFonts w:asciiTheme="majorHAnsi" w:hAnsiTheme="majorHAnsi" w:cstheme="majorHAnsi"/>
                <w:b/>
                <w:color w:val="0D5F78"/>
                <w:sz w:val="20"/>
                <w:szCs w:val="20"/>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3207F929" w14:textId="77777777" w:rsid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Referat nr. / data</w:t>
            </w:r>
          </w:p>
          <w:p w14:paraId="41CC4A76" w14:textId="77777777" w:rsidR="00B92B14" w:rsidRPr="00560061" w:rsidRDefault="00B92B14" w:rsidP="00560061">
            <w:pPr>
              <w:keepNext/>
              <w:rPr>
                <w:rFonts w:asciiTheme="majorHAnsi" w:hAnsiTheme="majorHAnsi" w:cstheme="majorHAnsi"/>
                <w:b/>
                <w:color w:val="0D5F78"/>
                <w:sz w:val="16"/>
                <w:szCs w:val="16"/>
              </w:rPr>
            </w:pPr>
          </w:p>
          <w:p w14:paraId="76EE6BA3" w14:textId="77777777" w:rsidR="00560061" w:rsidRPr="001157B7" w:rsidRDefault="00560061" w:rsidP="001157B7">
            <w:pPr>
              <w:keepNext/>
              <w:rPr>
                <w:rFonts w:asciiTheme="majorHAnsi" w:hAnsiTheme="majorHAnsi" w:cstheme="majorHAnsi"/>
                <w:b/>
                <w:color w:val="0D5F78"/>
                <w:sz w:val="16"/>
                <w:szCs w:val="16"/>
              </w:rPr>
            </w:pPr>
          </w:p>
        </w:tc>
      </w:tr>
      <w:tr w:rsidR="00560061" w14:paraId="1851B3AA" w14:textId="77777777" w:rsidTr="00DD3E85">
        <w:trPr>
          <w:gridAfter w:val="1"/>
          <w:wAfter w:w="9" w:type="dxa"/>
        </w:trPr>
        <w:tc>
          <w:tcPr>
            <w:tcW w:w="4855"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420E8B71" w14:textId="77777777" w:rsidR="00560061" w:rsidRP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economie de energie și izolare termică — nume și prenume verificator / nr. atestat</w:t>
            </w:r>
          </w:p>
          <w:p w14:paraId="4308481D" w14:textId="78ACD321" w:rsidR="00560061" w:rsidRPr="00437140" w:rsidRDefault="00560061" w:rsidP="00560061">
            <w:pPr>
              <w:keepNext/>
              <w:rPr>
                <w:rFonts w:asciiTheme="majorHAnsi" w:hAnsiTheme="majorHAnsi" w:cstheme="majorHAnsi"/>
                <w:b/>
                <w:color w:val="0D5F78"/>
                <w:sz w:val="20"/>
                <w:szCs w:val="20"/>
              </w:rPr>
            </w:pPr>
          </w:p>
        </w:tc>
        <w:tc>
          <w:tcPr>
            <w:tcW w:w="4816" w:type="dxa"/>
            <w:tcBorders>
              <w:top w:val="single" w:sz="6" w:space="0" w:color="595959"/>
              <w:left w:val="single" w:sz="6" w:space="0" w:color="595959"/>
              <w:bottom w:val="single" w:sz="6" w:space="0" w:color="595959"/>
              <w:right w:val="single" w:sz="6" w:space="0" w:color="595959"/>
            </w:tcBorders>
            <w:tcMar>
              <w:top w:w="8" w:type="dxa"/>
              <w:left w:w="80" w:type="dxa"/>
              <w:bottom w:w="8" w:type="dxa"/>
              <w:right w:w="80" w:type="dxa"/>
            </w:tcMar>
          </w:tcPr>
          <w:p w14:paraId="2FC3671D" w14:textId="77777777" w:rsidR="00560061" w:rsidRDefault="00560061" w:rsidP="00560061">
            <w:pPr>
              <w:keepNext/>
              <w:rPr>
                <w:rFonts w:asciiTheme="majorHAnsi" w:hAnsiTheme="majorHAnsi" w:cstheme="majorHAnsi"/>
                <w:b/>
                <w:color w:val="0D5F78"/>
                <w:sz w:val="16"/>
                <w:szCs w:val="16"/>
              </w:rPr>
            </w:pPr>
            <w:r w:rsidRPr="00560061">
              <w:rPr>
                <w:rFonts w:asciiTheme="majorHAnsi" w:hAnsiTheme="majorHAnsi" w:cstheme="majorHAnsi"/>
                <w:b/>
                <w:color w:val="0D5F78"/>
                <w:sz w:val="16"/>
                <w:szCs w:val="16"/>
              </w:rPr>
              <w:t>Referat nr. / data</w:t>
            </w:r>
          </w:p>
          <w:p w14:paraId="2D668B39" w14:textId="77777777" w:rsidR="00B92B14" w:rsidRPr="00560061" w:rsidRDefault="00B92B14" w:rsidP="00560061">
            <w:pPr>
              <w:keepNext/>
              <w:rPr>
                <w:rFonts w:asciiTheme="majorHAnsi" w:hAnsiTheme="majorHAnsi" w:cstheme="majorHAnsi"/>
                <w:b/>
                <w:color w:val="0D5F78"/>
                <w:sz w:val="16"/>
                <w:szCs w:val="16"/>
              </w:rPr>
            </w:pPr>
          </w:p>
          <w:p w14:paraId="7657908F" w14:textId="77777777" w:rsidR="00560061" w:rsidRPr="001157B7" w:rsidRDefault="00560061" w:rsidP="001157B7">
            <w:pPr>
              <w:keepNext/>
              <w:rPr>
                <w:rFonts w:asciiTheme="majorHAnsi" w:hAnsiTheme="majorHAnsi" w:cstheme="majorHAnsi"/>
                <w:b/>
                <w:color w:val="0D5F78"/>
                <w:sz w:val="16"/>
                <w:szCs w:val="16"/>
              </w:rPr>
            </w:pPr>
          </w:p>
        </w:tc>
      </w:tr>
    </w:tbl>
    <w:p w14:paraId="48FC0C8A" w14:textId="77777777" w:rsidR="00560061" w:rsidRPr="00131165" w:rsidRDefault="00560061">
      <w:pPr>
        <w:spacing w:line="168" w:lineRule="auto"/>
        <w:rPr>
          <w:rFonts w:asciiTheme="majorHAnsi" w:hAnsiTheme="majorHAnsi" w:cstheme="majorHAnsi"/>
        </w:rPr>
      </w:pP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681"/>
        <w:gridCol w:w="3260"/>
        <w:gridCol w:w="2695"/>
      </w:tblGrid>
      <w:tr w:rsidR="003C7CA3" w:rsidRPr="00131165" w14:paraId="30BF4934" w14:textId="77777777" w:rsidTr="00213EA7">
        <w:tc>
          <w:tcPr>
            <w:tcW w:w="9636" w:type="dxa"/>
            <w:gridSpan w:val="3"/>
            <w:shd w:val="clear" w:color="auto" w:fill="F4F4F4"/>
          </w:tcPr>
          <w:p w14:paraId="36BAA100" w14:textId="460D29EE" w:rsidR="003C7CA3" w:rsidRPr="00131165" w:rsidRDefault="003454F7" w:rsidP="00DD4D8D">
            <w:pPr>
              <w:rPr>
                <w:rFonts w:asciiTheme="majorHAnsi" w:hAnsiTheme="majorHAnsi" w:cstheme="majorHAnsi"/>
              </w:rPr>
            </w:pPr>
            <w:r w:rsidRPr="00131165">
              <w:rPr>
                <w:rFonts w:asciiTheme="majorHAnsi" w:hAnsiTheme="majorHAnsi" w:cstheme="majorHAnsi"/>
                <w:b/>
                <w:sz w:val="16"/>
              </w:rPr>
              <w:t xml:space="preserve"> </w:t>
            </w:r>
            <w:r w:rsidR="005B29C5" w:rsidRPr="00094B8B">
              <w:rPr>
                <w:rFonts w:asciiTheme="majorHAnsi" w:hAnsiTheme="majorHAnsi" w:cstheme="majorHAnsi"/>
                <w:b/>
                <w:sz w:val="20"/>
                <w:szCs w:val="20"/>
              </w:rPr>
              <w:t>9</w:t>
            </w:r>
            <w:r w:rsidRPr="00094B8B">
              <w:rPr>
                <w:rFonts w:asciiTheme="majorHAnsi" w:hAnsiTheme="majorHAnsi" w:cstheme="majorHAnsi"/>
                <w:b/>
                <w:sz w:val="20"/>
                <w:szCs w:val="20"/>
              </w:rPr>
              <w:t>. VALORI ȘI DURATĂ</w:t>
            </w:r>
          </w:p>
        </w:tc>
      </w:tr>
      <w:tr w:rsidR="003C7CA3" w:rsidRPr="00131165" w14:paraId="69625671" w14:textId="77777777" w:rsidTr="00213EA7">
        <w:trPr>
          <w:trHeight w:val="510"/>
        </w:trPr>
        <w:tc>
          <w:tcPr>
            <w:tcW w:w="3681" w:type="dxa"/>
          </w:tcPr>
          <w:p w14:paraId="35681F51" w14:textId="77777777" w:rsidR="003C7CA3" w:rsidRPr="00CD5EF0" w:rsidRDefault="003454F7" w:rsidP="00DD4D8D">
            <w:pPr>
              <w:rPr>
                <w:rFonts w:asciiTheme="majorHAnsi" w:hAnsiTheme="majorHAnsi" w:cstheme="majorHAnsi"/>
                <w:sz w:val="16"/>
                <w:szCs w:val="16"/>
              </w:rPr>
            </w:pPr>
            <w:r w:rsidRPr="00CD5EF0">
              <w:rPr>
                <w:rFonts w:asciiTheme="majorHAnsi" w:hAnsiTheme="majorHAnsi" w:cstheme="majorHAnsi"/>
                <w:b/>
                <w:color w:val="0D5F78"/>
                <w:sz w:val="16"/>
                <w:szCs w:val="16"/>
              </w:rPr>
              <w:t>Valoarea lucrărilor supuse autorizării (lei)</w:t>
            </w:r>
          </w:p>
          <w:p w14:paraId="76862E94" w14:textId="192CA029" w:rsidR="003C7CA3" w:rsidRPr="00131165" w:rsidRDefault="003C7CA3" w:rsidP="00DD4D8D">
            <w:pPr>
              <w:rPr>
                <w:rFonts w:asciiTheme="majorHAnsi" w:hAnsiTheme="majorHAnsi" w:cstheme="majorHAnsi"/>
                <w:b/>
                <w:bCs/>
                <w:sz w:val="24"/>
                <w:szCs w:val="24"/>
              </w:rPr>
            </w:pPr>
          </w:p>
        </w:tc>
        <w:tc>
          <w:tcPr>
            <w:tcW w:w="3260" w:type="dxa"/>
          </w:tcPr>
          <w:p w14:paraId="14B5E0E6" w14:textId="77777777" w:rsidR="003C7CA3" w:rsidRPr="00CD5EF0" w:rsidRDefault="003454F7" w:rsidP="00DD4D8D">
            <w:pPr>
              <w:rPr>
                <w:rFonts w:asciiTheme="majorHAnsi" w:hAnsiTheme="majorHAnsi" w:cstheme="majorHAnsi"/>
                <w:b/>
                <w:color w:val="0D5F78"/>
                <w:sz w:val="16"/>
                <w:szCs w:val="16"/>
              </w:rPr>
            </w:pPr>
            <w:r w:rsidRPr="00CD5EF0">
              <w:rPr>
                <w:rFonts w:asciiTheme="majorHAnsi" w:hAnsiTheme="majorHAnsi" w:cstheme="majorHAnsi"/>
                <w:b/>
                <w:color w:val="0D5F78"/>
                <w:sz w:val="16"/>
                <w:szCs w:val="16"/>
              </w:rPr>
              <w:t>Valoarea obiectivului (lei)</w:t>
            </w:r>
          </w:p>
          <w:p w14:paraId="20819838" w14:textId="77777777" w:rsidR="003C7CA3" w:rsidRPr="00131165" w:rsidRDefault="003C7CA3" w:rsidP="001157B7">
            <w:pPr>
              <w:rPr>
                <w:rFonts w:asciiTheme="majorHAnsi" w:hAnsiTheme="majorHAnsi" w:cstheme="majorHAnsi"/>
              </w:rPr>
            </w:pPr>
          </w:p>
        </w:tc>
        <w:tc>
          <w:tcPr>
            <w:tcW w:w="2695" w:type="dxa"/>
          </w:tcPr>
          <w:p w14:paraId="26B96CD2" w14:textId="77777777" w:rsidR="003C7CA3" w:rsidRPr="00CD5EF0" w:rsidRDefault="003454F7" w:rsidP="00DD4D8D">
            <w:pPr>
              <w:rPr>
                <w:rFonts w:asciiTheme="majorHAnsi" w:hAnsiTheme="majorHAnsi" w:cstheme="majorHAnsi"/>
                <w:sz w:val="16"/>
                <w:szCs w:val="16"/>
              </w:rPr>
            </w:pPr>
            <w:r w:rsidRPr="00CD5EF0">
              <w:rPr>
                <w:rFonts w:asciiTheme="majorHAnsi" w:hAnsiTheme="majorHAnsi" w:cstheme="majorHAnsi"/>
                <w:b/>
                <w:color w:val="0D5F78"/>
                <w:sz w:val="16"/>
                <w:szCs w:val="16"/>
              </w:rPr>
              <w:t>Durata estimată de execuție (luni)</w:t>
            </w:r>
          </w:p>
          <w:p w14:paraId="32906AEA" w14:textId="60091272" w:rsidR="00213EA7" w:rsidRPr="00131165" w:rsidRDefault="00213EA7" w:rsidP="00DD4D8D">
            <w:pPr>
              <w:rPr>
                <w:rFonts w:asciiTheme="majorHAnsi" w:hAnsiTheme="majorHAnsi" w:cstheme="majorHAnsi"/>
                <w:b/>
                <w:bCs/>
                <w:sz w:val="24"/>
                <w:szCs w:val="24"/>
              </w:rPr>
            </w:pPr>
          </w:p>
        </w:tc>
      </w:tr>
      <w:tr w:rsidR="003C7CA3" w:rsidRPr="00131165" w14:paraId="6544AF45" w14:textId="77777777" w:rsidTr="00213EA7">
        <w:tc>
          <w:tcPr>
            <w:tcW w:w="9636" w:type="dxa"/>
            <w:gridSpan w:val="3"/>
            <w:shd w:val="clear" w:color="auto" w:fill="F4F4F4"/>
          </w:tcPr>
          <w:p w14:paraId="52DC375C" w14:textId="6AA10C92" w:rsidR="003C7CA3" w:rsidRPr="00131165" w:rsidRDefault="003454F7" w:rsidP="00DD4D8D">
            <w:pPr>
              <w:rPr>
                <w:rFonts w:asciiTheme="majorHAnsi" w:hAnsiTheme="majorHAnsi" w:cstheme="majorHAnsi"/>
              </w:rPr>
            </w:pPr>
            <w:r w:rsidRPr="00131165">
              <w:rPr>
                <w:rFonts w:asciiTheme="majorHAnsi" w:hAnsiTheme="majorHAnsi" w:cstheme="majorHAnsi"/>
                <w:b/>
                <w:sz w:val="16"/>
              </w:rPr>
              <w:t xml:space="preserve"> </w:t>
            </w:r>
            <w:r w:rsidR="005B29C5" w:rsidRPr="00094B8B">
              <w:rPr>
                <w:rFonts w:asciiTheme="majorHAnsi" w:hAnsiTheme="majorHAnsi" w:cstheme="majorHAnsi"/>
                <w:b/>
                <w:sz w:val="20"/>
                <w:szCs w:val="20"/>
              </w:rPr>
              <w:t>10</w:t>
            </w:r>
            <w:r w:rsidRPr="00094B8B">
              <w:rPr>
                <w:rFonts w:asciiTheme="majorHAnsi" w:hAnsiTheme="majorHAnsi" w:cstheme="majorHAnsi"/>
                <w:b/>
                <w:sz w:val="20"/>
                <w:szCs w:val="20"/>
              </w:rPr>
              <w:t>. ANEXEZ LA PREZENTA CERERE</w:t>
            </w:r>
          </w:p>
        </w:tc>
      </w:tr>
      <w:tr w:rsidR="003C7CA3" w:rsidRPr="00131165" w14:paraId="2CF92BA9" w14:textId="77777777" w:rsidTr="00213EA7">
        <w:tc>
          <w:tcPr>
            <w:tcW w:w="9636" w:type="dxa"/>
            <w:gridSpan w:val="3"/>
          </w:tcPr>
          <w:p w14:paraId="1704C4A8" w14:textId="6DD6A469" w:rsidR="002B61AC" w:rsidRPr="001027D0" w:rsidRDefault="003454F7" w:rsidP="00DD4D8D">
            <w:pPr>
              <w:rPr>
                <w:rFonts w:asciiTheme="majorHAnsi" w:hAnsiTheme="majorHAnsi" w:cstheme="majorHAnsi"/>
                <w:sz w:val="18"/>
                <w:szCs w:val="18"/>
              </w:rPr>
            </w:pPr>
            <w:r w:rsidRPr="001027D0">
              <w:rPr>
                <w:rFonts w:asciiTheme="majorHAnsi" w:hAnsiTheme="majorHAnsi" w:cstheme="majorHAnsi"/>
                <w:sz w:val="18"/>
                <w:szCs w:val="18"/>
              </w:rPr>
              <w:t xml:space="preserve"> </w:t>
            </w:r>
            <w:sdt>
              <w:sdtPr>
                <w:rPr>
                  <w:rFonts w:asciiTheme="majorHAnsi" w:hAnsiTheme="majorHAnsi" w:cstheme="majorHAnsi"/>
                  <w:sz w:val="18"/>
                  <w:szCs w:val="18"/>
                </w:rPr>
                <w:id w:val="-328676528"/>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2EF1" w:rsidRPr="001027D0">
              <w:rPr>
                <w:rFonts w:asciiTheme="majorHAnsi" w:hAnsiTheme="majorHAnsi" w:cstheme="majorHAnsi"/>
                <w:sz w:val="18"/>
                <w:szCs w:val="18"/>
              </w:rPr>
              <w:t xml:space="preserve"> </w:t>
            </w:r>
            <w:r w:rsidRPr="001027D0">
              <w:rPr>
                <w:rFonts w:asciiTheme="majorHAnsi" w:hAnsiTheme="majorHAnsi" w:cstheme="majorHAnsi"/>
                <w:sz w:val="18"/>
                <w:szCs w:val="18"/>
              </w:rPr>
              <w:t>a) extras de plan cadastral actualizat și extras de carte funciară actualizat</w:t>
            </w:r>
            <w:r w:rsidR="002B61AC" w:rsidRPr="001027D0">
              <w:rPr>
                <w:rFonts w:asciiTheme="majorHAnsi" w:hAnsiTheme="majorHAnsi" w:cstheme="majorHAnsi"/>
                <w:sz w:val="18"/>
                <w:szCs w:val="18"/>
              </w:rPr>
              <w:t>, nu mai vechi de 30 de zile</w:t>
            </w:r>
          </w:p>
        </w:tc>
      </w:tr>
      <w:tr w:rsidR="003C7CA3" w:rsidRPr="00131165" w14:paraId="7B857128" w14:textId="77777777" w:rsidTr="00213EA7">
        <w:tc>
          <w:tcPr>
            <w:tcW w:w="9636" w:type="dxa"/>
            <w:gridSpan w:val="3"/>
          </w:tcPr>
          <w:p w14:paraId="6E0CC8EF" w14:textId="499A11AB" w:rsidR="003C7CA3" w:rsidRPr="001027D0" w:rsidRDefault="00A71C0B" w:rsidP="00DD4D8D">
            <w:pPr>
              <w:rPr>
                <w:rFonts w:asciiTheme="majorHAnsi" w:hAnsiTheme="majorHAnsi" w:cstheme="majorHAnsi"/>
                <w:sz w:val="18"/>
                <w:szCs w:val="18"/>
              </w:rPr>
            </w:pPr>
            <w:r w:rsidRPr="001027D0">
              <w:rPr>
                <w:rFonts w:asciiTheme="majorHAnsi" w:hAnsiTheme="majorHAnsi" w:cstheme="majorHAnsi"/>
                <w:sz w:val="18"/>
                <w:szCs w:val="18"/>
              </w:rPr>
              <w:t xml:space="preserve"> </w:t>
            </w:r>
            <w:sdt>
              <w:sdtPr>
                <w:rPr>
                  <w:rFonts w:asciiTheme="majorHAnsi" w:hAnsiTheme="majorHAnsi" w:cstheme="majorHAnsi"/>
                  <w:sz w:val="18"/>
                  <w:szCs w:val="18"/>
                </w:rPr>
                <w:id w:val="-741414428"/>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2EF1" w:rsidRPr="001027D0">
              <w:rPr>
                <w:rFonts w:asciiTheme="majorHAnsi" w:hAnsiTheme="majorHAnsi" w:cstheme="majorHAnsi"/>
                <w:sz w:val="18"/>
                <w:szCs w:val="18"/>
              </w:rPr>
              <w:t xml:space="preserve"> </w:t>
            </w:r>
            <w:r w:rsidR="003454F7" w:rsidRPr="001027D0">
              <w:rPr>
                <w:rFonts w:asciiTheme="majorHAnsi" w:hAnsiTheme="majorHAnsi" w:cstheme="majorHAnsi"/>
                <w:sz w:val="18"/>
                <w:szCs w:val="18"/>
              </w:rPr>
              <w:t>b) actele care atestă dreptul în baza căruia titularul poate solicita emiterea autorizației, dacă este cazul (copie conform cu originalul)</w:t>
            </w:r>
            <w:r w:rsidR="003963B1" w:rsidRPr="001027D0">
              <w:rPr>
                <w:rFonts w:asciiTheme="majorHAnsi" w:hAnsiTheme="majorHAnsi" w:cstheme="majorHAnsi"/>
                <w:sz w:val="18"/>
                <w:szCs w:val="18"/>
              </w:rPr>
              <w:t xml:space="preserve"> </w:t>
            </w:r>
          </w:p>
        </w:tc>
      </w:tr>
      <w:tr w:rsidR="003C7CA3" w:rsidRPr="00131165" w14:paraId="10580FAB" w14:textId="77777777" w:rsidTr="00213EA7">
        <w:tc>
          <w:tcPr>
            <w:tcW w:w="9636" w:type="dxa"/>
            <w:gridSpan w:val="3"/>
          </w:tcPr>
          <w:p w14:paraId="495300F2" w14:textId="396B9D50" w:rsidR="006E6D57" w:rsidRPr="001157B7" w:rsidRDefault="003454F7" w:rsidP="001157B7">
            <w:pPr>
              <w:rPr>
                <w:rFonts w:asciiTheme="majorHAnsi" w:hAnsiTheme="majorHAnsi" w:cstheme="majorHAnsi"/>
                <w:b/>
                <w:bCs/>
                <w:sz w:val="18"/>
                <w:szCs w:val="18"/>
              </w:rPr>
            </w:pPr>
            <w:r w:rsidRPr="001027D0">
              <w:rPr>
                <w:rFonts w:asciiTheme="majorHAnsi" w:hAnsiTheme="majorHAnsi" w:cstheme="majorHAnsi"/>
                <w:sz w:val="18"/>
                <w:szCs w:val="18"/>
              </w:rPr>
              <w:t xml:space="preserve"> </w:t>
            </w:r>
            <w:sdt>
              <w:sdtPr>
                <w:rPr>
                  <w:rFonts w:asciiTheme="majorHAnsi" w:hAnsiTheme="majorHAnsi" w:cstheme="majorHAnsi"/>
                  <w:sz w:val="18"/>
                  <w:szCs w:val="18"/>
                </w:rPr>
                <w:id w:val="-251749290"/>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2EF1" w:rsidRPr="001027D0">
              <w:rPr>
                <w:rFonts w:asciiTheme="majorHAnsi" w:hAnsiTheme="majorHAnsi" w:cstheme="majorHAnsi"/>
                <w:sz w:val="18"/>
                <w:szCs w:val="18"/>
              </w:rPr>
              <w:t xml:space="preserve"> </w:t>
            </w:r>
            <w:r w:rsidRPr="001027D0">
              <w:rPr>
                <w:rFonts w:asciiTheme="majorHAnsi" w:hAnsiTheme="majorHAnsi" w:cstheme="majorHAnsi"/>
                <w:sz w:val="18"/>
                <w:szCs w:val="18"/>
              </w:rPr>
              <w:t>c) proiectul pentru autorizarea construirii / desființării / intervențiilor asupra construcțiilor existente / amenajării / organizării de șantier, după caz (2 exemplare originale</w:t>
            </w:r>
            <w:r w:rsidR="001531A5" w:rsidRPr="001027D0">
              <w:rPr>
                <w:rFonts w:asciiTheme="majorHAnsi" w:hAnsiTheme="majorHAnsi" w:cstheme="majorHAnsi"/>
                <w:sz w:val="18"/>
                <w:szCs w:val="18"/>
              </w:rPr>
              <w:t xml:space="preserve"> sau 1 exemplar original, în format letric, acolo unde autoritatea are posibilitatea de a arhiva în format digital</w:t>
            </w:r>
            <w:r w:rsidRPr="001027D0">
              <w:rPr>
                <w:rFonts w:asciiTheme="majorHAnsi" w:hAnsiTheme="majorHAnsi" w:cstheme="majorHAnsi"/>
                <w:sz w:val="18"/>
                <w:szCs w:val="18"/>
              </w:rPr>
              <w:t>)</w:t>
            </w:r>
          </w:p>
        </w:tc>
      </w:tr>
      <w:tr w:rsidR="003C7CA3" w:rsidRPr="00131165" w14:paraId="3544A2F7" w14:textId="77777777" w:rsidTr="00213EA7">
        <w:tc>
          <w:tcPr>
            <w:tcW w:w="9636" w:type="dxa"/>
            <w:gridSpan w:val="3"/>
          </w:tcPr>
          <w:p w14:paraId="1D5DDF1A" w14:textId="5D8E81D0" w:rsidR="003C7CA3" w:rsidRPr="001027D0" w:rsidRDefault="00342EF1" w:rsidP="00DD4D8D">
            <w:pPr>
              <w:rPr>
                <w:rFonts w:asciiTheme="majorHAnsi" w:hAnsiTheme="majorHAnsi" w:cstheme="majorHAnsi"/>
                <w:sz w:val="18"/>
                <w:szCs w:val="18"/>
              </w:rPr>
            </w:pPr>
            <w:r w:rsidRPr="001027D0">
              <w:rPr>
                <w:rFonts w:asciiTheme="majorHAnsi" w:hAnsiTheme="majorHAnsi" w:cstheme="majorHAnsi"/>
                <w:b/>
                <w:bCs/>
                <w:sz w:val="18"/>
                <w:szCs w:val="18"/>
              </w:rPr>
              <w:t xml:space="preserve"> </w:t>
            </w:r>
            <w:sdt>
              <w:sdtPr>
                <w:rPr>
                  <w:rFonts w:asciiTheme="majorHAnsi" w:hAnsiTheme="majorHAnsi" w:cstheme="majorHAnsi"/>
                  <w:sz w:val="18"/>
                  <w:szCs w:val="18"/>
                </w:rPr>
                <w:id w:val="-1207096770"/>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d) referatele de verificare ale proiectului, corespunzător clasei de consecințe a obiectivului (câte 1 exemplar copie)</w:t>
            </w:r>
          </w:p>
        </w:tc>
      </w:tr>
      <w:tr w:rsidR="003C7CA3" w:rsidRPr="00131165" w14:paraId="3EBF16E5" w14:textId="77777777" w:rsidTr="00213EA7">
        <w:tc>
          <w:tcPr>
            <w:tcW w:w="9636" w:type="dxa"/>
            <w:gridSpan w:val="3"/>
          </w:tcPr>
          <w:p w14:paraId="252CB240" w14:textId="192267C5" w:rsidR="003C7CA3" w:rsidRPr="001027D0" w:rsidRDefault="00342EF1" w:rsidP="00DD4D8D">
            <w:pPr>
              <w:rPr>
                <w:rFonts w:asciiTheme="majorHAnsi" w:hAnsiTheme="majorHAnsi" w:cstheme="majorHAnsi"/>
                <w:sz w:val="18"/>
                <w:szCs w:val="18"/>
              </w:rPr>
            </w:pPr>
            <w:r w:rsidRPr="001027D0">
              <w:rPr>
                <w:rFonts w:asciiTheme="majorHAnsi" w:hAnsiTheme="majorHAnsi" w:cstheme="majorHAnsi"/>
                <w:b/>
                <w:bCs/>
                <w:sz w:val="18"/>
                <w:szCs w:val="18"/>
              </w:rPr>
              <w:t xml:space="preserve"> </w:t>
            </w:r>
            <w:sdt>
              <w:sdtPr>
                <w:rPr>
                  <w:rFonts w:asciiTheme="majorHAnsi" w:hAnsiTheme="majorHAnsi" w:cstheme="majorHAnsi"/>
                  <w:sz w:val="18"/>
                  <w:szCs w:val="18"/>
                </w:rPr>
                <w:id w:val="2100671434"/>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e) avizele și acordurile stabilite prin certificatul de urbanism nr. </w:t>
            </w:r>
            <w:r w:rsidR="001157B7">
              <w:rPr>
                <w:rFonts w:asciiTheme="majorHAnsi" w:hAnsiTheme="majorHAnsi" w:cstheme="majorHAnsi"/>
                <w:b/>
                <w:bCs/>
                <w:sz w:val="18"/>
                <w:szCs w:val="18"/>
              </w:rPr>
              <w:t>......</w:t>
            </w:r>
            <w:r w:rsidR="003454F7" w:rsidRPr="001027D0">
              <w:rPr>
                <w:rFonts w:asciiTheme="majorHAnsi" w:hAnsiTheme="majorHAnsi" w:cstheme="majorHAnsi"/>
                <w:sz w:val="18"/>
                <w:szCs w:val="18"/>
              </w:rPr>
              <w:t xml:space="preserve"> din </w:t>
            </w:r>
            <w:r w:rsidR="001157B7">
              <w:rPr>
                <w:rFonts w:asciiTheme="majorHAnsi" w:hAnsiTheme="majorHAnsi" w:cstheme="majorHAnsi"/>
                <w:b/>
                <w:bCs/>
                <w:sz w:val="18"/>
                <w:szCs w:val="18"/>
              </w:rPr>
              <w:t>..............</w:t>
            </w:r>
            <w:r w:rsidR="003454F7" w:rsidRPr="001027D0">
              <w:rPr>
                <w:rFonts w:asciiTheme="majorHAnsi" w:hAnsiTheme="majorHAnsi" w:cstheme="majorHAnsi"/>
                <w:sz w:val="18"/>
                <w:szCs w:val="18"/>
              </w:rPr>
              <w:t xml:space="preserve"> (câte 1 exemplar copie)</w:t>
            </w:r>
          </w:p>
        </w:tc>
      </w:tr>
      <w:tr w:rsidR="003C7CA3" w:rsidRPr="00131165" w14:paraId="480BAB99" w14:textId="77777777" w:rsidTr="00213EA7">
        <w:tc>
          <w:tcPr>
            <w:tcW w:w="9636" w:type="dxa"/>
            <w:gridSpan w:val="3"/>
          </w:tcPr>
          <w:p w14:paraId="1E8F6BEE" w14:textId="447A038C" w:rsidR="00B92B14" w:rsidRPr="001157B7" w:rsidRDefault="003454F7" w:rsidP="00B92B14">
            <w:pPr>
              <w:pBdr>
                <w:bottom w:val="dotted" w:sz="6" w:space="0" w:color="999999"/>
              </w:pBdr>
              <w:spacing w:after="80"/>
              <w:rPr>
                <w:rFonts w:asciiTheme="majorHAnsi" w:hAnsiTheme="majorHAnsi" w:cstheme="majorHAnsi"/>
                <w:i/>
                <w:color w:val="7A7A7A"/>
                <w:sz w:val="16"/>
                <w:szCs w:val="16"/>
              </w:rPr>
            </w:pPr>
            <w:r w:rsidRPr="00131165">
              <w:rPr>
                <w:rFonts w:asciiTheme="majorHAnsi" w:hAnsiTheme="majorHAnsi" w:cstheme="majorHAnsi"/>
                <w:i/>
                <w:color w:val="7A7A7A"/>
                <w:sz w:val="16"/>
                <w:szCs w:val="16"/>
              </w:rPr>
              <w:t xml:space="preserve">avizele și acordurile anexate — enumerare  </w:t>
            </w:r>
          </w:p>
          <w:p w14:paraId="0CE854D8" w14:textId="57F3BD5E" w:rsidR="003C7CA3" w:rsidRPr="00131165" w:rsidRDefault="003C7CA3" w:rsidP="00493E00">
            <w:pPr>
              <w:pBdr>
                <w:bottom w:val="dotted" w:sz="6" w:space="0" w:color="999999"/>
              </w:pBdr>
              <w:spacing w:after="80"/>
              <w:rPr>
                <w:rFonts w:asciiTheme="majorHAnsi" w:hAnsiTheme="majorHAnsi" w:cstheme="majorHAnsi"/>
                <w:sz w:val="16"/>
                <w:szCs w:val="16"/>
              </w:rPr>
            </w:pPr>
          </w:p>
        </w:tc>
      </w:tr>
      <w:tr w:rsidR="003C7CA3" w:rsidRPr="00131165" w14:paraId="0BAC7C49" w14:textId="77777777" w:rsidTr="00213EA7">
        <w:tc>
          <w:tcPr>
            <w:tcW w:w="9636" w:type="dxa"/>
            <w:gridSpan w:val="3"/>
          </w:tcPr>
          <w:p w14:paraId="02C2F137" w14:textId="189D619E"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195926771"/>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f) punctul de vedere sau actul administrativ al autorității competente pentru protecția mediului, în cazul în care a fost solicitată evaluarea, și acordul de mediu, dacă este cazul (1 exemplar copie)</w:t>
            </w:r>
            <w:r w:rsidR="00982F5D" w:rsidRPr="001027D0">
              <w:rPr>
                <w:rFonts w:asciiTheme="majorHAnsi" w:hAnsiTheme="majorHAnsi" w:cstheme="majorHAnsi"/>
                <w:sz w:val="18"/>
                <w:szCs w:val="18"/>
              </w:rPr>
              <w:t xml:space="preserve"> </w:t>
            </w:r>
          </w:p>
        </w:tc>
      </w:tr>
      <w:tr w:rsidR="003C7CA3" w:rsidRPr="00131165" w14:paraId="7DF14FE6" w14:textId="77777777" w:rsidTr="00213EA7">
        <w:tc>
          <w:tcPr>
            <w:tcW w:w="9636" w:type="dxa"/>
            <w:gridSpan w:val="3"/>
          </w:tcPr>
          <w:p w14:paraId="7328C3ED" w14:textId="79C105EB"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100099023"/>
                <w14:checkbox>
                  <w14:checked w14:val="0"/>
                  <w14:checkedState w14:val="2612" w14:font="MS Gothic"/>
                  <w14:uncheckedState w14:val="2610" w14:font="MS Gothic"/>
                </w14:checkbox>
              </w:sdtPr>
              <w:sdtEndPr/>
              <w:sdtContent>
                <w:r w:rsidR="00342EF1" w:rsidRPr="001027D0">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g) declarația pe propria răspundere în cazul în care pentru anumite avize / acorduri se invocă acordarea tacită (original)</w:t>
            </w:r>
          </w:p>
        </w:tc>
      </w:tr>
      <w:tr w:rsidR="003C7CA3" w:rsidRPr="00131165" w14:paraId="009A34B6" w14:textId="77777777" w:rsidTr="00213EA7">
        <w:tc>
          <w:tcPr>
            <w:tcW w:w="9636" w:type="dxa"/>
            <w:gridSpan w:val="3"/>
          </w:tcPr>
          <w:p w14:paraId="2D93225E" w14:textId="0AB063D2"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98964122"/>
                <w14:checkbox>
                  <w14:checked w14:val="0"/>
                  <w14:checkedState w14:val="2612" w14:font="MS Gothic"/>
                  <w14:uncheckedState w14:val="2610" w14:font="MS Gothic"/>
                </w14:checkbox>
              </w:sdtPr>
              <w:sdtEndPr/>
              <w:sdtContent>
                <w:r w:rsidR="00342EF1" w:rsidRPr="001027D0">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h) acordul vecinilor (1 exemplar copie)</w:t>
            </w:r>
          </w:p>
        </w:tc>
      </w:tr>
      <w:tr w:rsidR="003C7CA3" w:rsidRPr="00131165" w14:paraId="063DF493" w14:textId="77777777" w:rsidTr="00213EA7">
        <w:tc>
          <w:tcPr>
            <w:tcW w:w="9636" w:type="dxa"/>
            <w:gridSpan w:val="3"/>
          </w:tcPr>
          <w:p w14:paraId="36E4E550" w14:textId="134088B8"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474496319"/>
                <w14:checkbox>
                  <w14:checked w14:val="0"/>
                  <w14:checkedState w14:val="2612" w14:font="MS Gothic"/>
                  <w14:uncheckedState w14:val="2610" w14:font="MS Gothic"/>
                </w14:checkbox>
              </w:sdtPr>
              <w:sdtEndPr/>
              <w:sdtContent>
                <w:r w:rsidR="00342EF1" w:rsidRPr="001027D0">
                  <w:rPr>
                    <w:rFonts w:ascii="MS Gothic" w:eastAsia="MS Gothic" w:hAnsi="MS Gothic" w:cstheme="majorHAnsi" w:hint="eastAsia"/>
                    <w:sz w:val="18"/>
                    <w:szCs w:val="18"/>
                  </w:rPr>
                  <w:t>☐</w:t>
                </w:r>
              </w:sdtContent>
            </w:sdt>
            <w:r w:rsidR="00342EF1" w:rsidRPr="001027D0">
              <w:rPr>
                <w:rFonts w:asciiTheme="majorHAnsi" w:hAnsiTheme="majorHAnsi" w:cstheme="majorHAnsi"/>
                <w:sz w:val="18"/>
                <w:szCs w:val="18"/>
              </w:rPr>
              <w:t xml:space="preserve"> </w:t>
            </w:r>
            <w:r w:rsidR="003454F7" w:rsidRPr="001027D0">
              <w:rPr>
                <w:rFonts w:asciiTheme="majorHAnsi" w:hAnsiTheme="majorHAnsi" w:cstheme="majorHAnsi"/>
                <w:sz w:val="18"/>
                <w:szCs w:val="18"/>
              </w:rPr>
              <w:t>i) raportul de expertiză tehnică preliminară privind influența asupra vecinătăților, pentru cerința fundamentală rezistență mecanică și stabilitate, dacă este cazul (1 exemplar copie)</w:t>
            </w:r>
          </w:p>
        </w:tc>
      </w:tr>
      <w:tr w:rsidR="003C7CA3" w:rsidRPr="00131165" w14:paraId="4F7860AB" w14:textId="77777777" w:rsidTr="00213EA7">
        <w:tc>
          <w:tcPr>
            <w:tcW w:w="9636" w:type="dxa"/>
            <w:gridSpan w:val="3"/>
          </w:tcPr>
          <w:p w14:paraId="11DC676C" w14:textId="34A99D2B" w:rsidR="003C7CA3" w:rsidRPr="001027D0" w:rsidRDefault="00342EF1" w:rsidP="00DD4D8D">
            <w:pPr>
              <w:rPr>
                <w:rFonts w:asciiTheme="majorHAnsi" w:hAnsiTheme="majorHAnsi" w:cstheme="majorHAnsi"/>
                <w:sz w:val="18"/>
                <w:szCs w:val="18"/>
              </w:rPr>
            </w:pPr>
            <w:r w:rsidRPr="001027D0">
              <w:rPr>
                <w:rFonts w:asciiTheme="majorHAnsi" w:hAnsiTheme="majorHAnsi" w:cstheme="majorHAnsi"/>
                <w:b/>
                <w:bCs/>
                <w:sz w:val="18"/>
                <w:szCs w:val="18"/>
              </w:rPr>
              <w:t xml:space="preserve"> </w:t>
            </w:r>
            <w:sdt>
              <w:sdtPr>
                <w:rPr>
                  <w:rFonts w:asciiTheme="majorHAnsi" w:hAnsiTheme="majorHAnsi" w:cstheme="majorHAnsi"/>
                  <w:sz w:val="18"/>
                  <w:szCs w:val="18"/>
                </w:rPr>
                <w:id w:val="1536383988"/>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r w:rsidR="00684F08" w:rsidRPr="001027D0">
              <w:rPr>
                <w:rFonts w:asciiTheme="majorHAnsi" w:hAnsiTheme="majorHAnsi" w:cstheme="majorHAnsi"/>
                <w:sz w:val="18"/>
                <w:szCs w:val="18"/>
              </w:rPr>
              <w:t xml:space="preserve"> </w:t>
            </w:r>
          </w:p>
        </w:tc>
      </w:tr>
      <w:tr w:rsidR="003C7CA3" w:rsidRPr="00131165" w14:paraId="1109951D" w14:textId="77777777" w:rsidTr="00213EA7">
        <w:tc>
          <w:tcPr>
            <w:tcW w:w="9636" w:type="dxa"/>
            <w:gridSpan w:val="3"/>
          </w:tcPr>
          <w:p w14:paraId="58215012" w14:textId="03E94978" w:rsidR="003C7CA3" w:rsidRPr="001027D0" w:rsidRDefault="00C50D3E" w:rsidP="00DD4D8D">
            <w:pPr>
              <w:rPr>
                <w:rFonts w:asciiTheme="majorHAnsi" w:hAnsiTheme="majorHAnsi" w:cstheme="majorHAnsi"/>
                <w:sz w:val="18"/>
                <w:szCs w:val="18"/>
              </w:rPr>
            </w:pPr>
            <w:r w:rsidRPr="001027D0">
              <w:rPr>
                <w:rFonts w:asciiTheme="majorHAnsi" w:hAnsiTheme="majorHAnsi" w:cstheme="majorHAnsi"/>
                <w:b/>
                <w:bCs/>
                <w:sz w:val="18"/>
                <w:szCs w:val="18"/>
              </w:rPr>
              <w:t xml:space="preserve"> </w:t>
            </w:r>
            <w:sdt>
              <w:sdtPr>
                <w:rPr>
                  <w:rFonts w:asciiTheme="majorHAnsi" w:hAnsiTheme="majorHAnsi" w:cstheme="majorHAnsi"/>
                  <w:sz w:val="18"/>
                  <w:szCs w:val="18"/>
                </w:rPr>
                <w:id w:val="1410500319"/>
                <w14:checkbox>
                  <w14:checked w14:val="0"/>
                  <w14:checkedState w14:val="2612" w14:font="MS Gothic"/>
                  <w14:uncheckedState w14:val="2610" w14:font="MS Gothic"/>
                </w14:checkbox>
              </w:sdtPr>
              <w:sdtEndPr/>
              <w:sdtContent>
                <w:r w:rsidRPr="001027D0">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k) raportul privind cerințele minime de conformare a unei clădiri cu consum de energie aproape egal cu zero, dacă este cazul (1 exemplar copie)</w:t>
            </w:r>
          </w:p>
        </w:tc>
      </w:tr>
      <w:tr w:rsidR="003C7CA3" w:rsidRPr="00131165" w14:paraId="1784D2A4" w14:textId="77777777" w:rsidTr="00213EA7">
        <w:tc>
          <w:tcPr>
            <w:tcW w:w="9636" w:type="dxa"/>
            <w:gridSpan w:val="3"/>
          </w:tcPr>
          <w:p w14:paraId="37AA3375" w14:textId="139D8638"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332251473"/>
                <w14:checkbox>
                  <w14:checked w14:val="0"/>
                  <w14:checkedState w14:val="2612" w14:font="MS Gothic"/>
                  <w14:uncheckedState w14:val="2610" w14:font="MS Gothic"/>
                </w14:checkbox>
              </w:sdtPr>
              <w:sdtEndPr/>
              <w:sdtContent>
                <w:r w:rsidR="00C50D3E" w:rsidRPr="001027D0">
                  <w:rPr>
                    <w:rFonts w:ascii="MS Gothic" w:eastAsia="MS Gothic" w:hAnsi="MS Gothic" w:cstheme="majorHAnsi" w:hint="eastAsia"/>
                    <w:sz w:val="18"/>
                    <w:szCs w:val="18"/>
                  </w:rPr>
                  <w:t>☐</w:t>
                </w:r>
              </w:sdtContent>
            </w:sdt>
            <w:r w:rsidR="00C50D3E" w:rsidRPr="001027D0">
              <w:rPr>
                <w:rFonts w:asciiTheme="majorHAnsi" w:hAnsiTheme="majorHAnsi" w:cstheme="majorHAnsi"/>
                <w:sz w:val="18"/>
                <w:szCs w:val="18"/>
              </w:rPr>
              <w:t xml:space="preserve"> </w:t>
            </w:r>
            <w:r w:rsidR="003454F7" w:rsidRPr="001027D0">
              <w:rPr>
                <w:rFonts w:asciiTheme="majorHAnsi" w:hAnsiTheme="majorHAnsi" w:cstheme="majorHAnsi"/>
                <w:sz w:val="18"/>
                <w:szCs w:val="18"/>
              </w:rPr>
              <w:t>l) raportul de audit energetic în vederea creșterii performanței energetice, în cazul intervențiilor la clădiri existente (1 exemplar copie)</w:t>
            </w:r>
          </w:p>
        </w:tc>
      </w:tr>
      <w:tr w:rsidR="003C7CA3" w:rsidRPr="00131165" w14:paraId="38C66619" w14:textId="77777777" w:rsidTr="00213EA7">
        <w:tc>
          <w:tcPr>
            <w:tcW w:w="9636" w:type="dxa"/>
            <w:gridSpan w:val="3"/>
          </w:tcPr>
          <w:p w14:paraId="5D91ADD3" w14:textId="641921C1"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979732285"/>
                <w14:checkbox>
                  <w14:checked w14:val="0"/>
                  <w14:checkedState w14:val="2612" w14:font="MS Gothic"/>
                  <w14:uncheckedState w14:val="2610" w14:font="MS Gothic"/>
                </w14:checkbox>
              </w:sdtPr>
              <w:sdtEndPr/>
              <w:sdtContent>
                <w:r w:rsidR="00C50D3E" w:rsidRPr="001027D0">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m) proiectul pentru acordul / autorizația administratorului drumului, pentru lucrările executate pe domeniul public la infrastructura tehnico-edilitară și căile de acces, dacă este cazul (1 exemplar original)</w:t>
            </w:r>
          </w:p>
        </w:tc>
      </w:tr>
      <w:tr w:rsidR="003C7CA3" w:rsidRPr="00131165" w14:paraId="0C5A4EBD" w14:textId="77777777" w:rsidTr="00213EA7">
        <w:tc>
          <w:tcPr>
            <w:tcW w:w="9636" w:type="dxa"/>
            <w:gridSpan w:val="3"/>
          </w:tcPr>
          <w:p w14:paraId="2E479CE2" w14:textId="21870F5A"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717692807"/>
                <w14:checkbox>
                  <w14:checked w14:val="0"/>
                  <w14:checkedState w14:val="2612" w14:font="MS Gothic"/>
                  <w14:uncheckedState w14:val="2610" w14:font="MS Gothic"/>
                </w14:checkbox>
              </w:sdtPr>
              <w:sdtEndPr/>
              <w:sdtContent>
                <w:r w:rsidR="00C50D3E" w:rsidRPr="001027D0">
                  <w:rPr>
                    <w:rFonts w:ascii="MS Gothic" w:eastAsia="MS Gothic" w:hAnsi="MS Gothic" w:cstheme="majorHAnsi" w:hint="eastAsia"/>
                    <w:sz w:val="18"/>
                    <w:szCs w:val="18"/>
                  </w:rPr>
                  <w:t>☐</w:t>
                </w:r>
              </w:sdtContent>
            </w:sdt>
            <w:r w:rsidR="003454F7" w:rsidRPr="001027D0">
              <w:rPr>
                <w:rFonts w:asciiTheme="majorHAnsi" w:hAnsiTheme="majorHAnsi" w:cstheme="majorHAnsi"/>
                <w:sz w:val="18"/>
                <w:szCs w:val="18"/>
              </w:rPr>
              <w:t xml:space="preserve"> n) dovada privind luarea în evidență a proiectului de către Ordinul Arhitecților din România (copie)</w:t>
            </w:r>
          </w:p>
        </w:tc>
      </w:tr>
      <w:tr w:rsidR="003C7CA3" w:rsidRPr="00131165" w14:paraId="228DE30A" w14:textId="77777777" w:rsidTr="00213EA7">
        <w:tc>
          <w:tcPr>
            <w:tcW w:w="9636" w:type="dxa"/>
            <w:gridSpan w:val="3"/>
          </w:tcPr>
          <w:p w14:paraId="7F8B6AD1" w14:textId="782B4BA3"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429724472"/>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C50D3E" w:rsidRPr="001027D0">
              <w:rPr>
                <w:rFonts w:asciiTheme="majorHAnsi" w:hAnsiTheme="majorHAnsi" w:cstheme="majorHAnsi"/>
                <w:sz w:val="18"/>
                <w:szCs w:val="18"/>
              </w:rPr>
              <w:t xml:space="preserve"> </w:t>
            </w:r>
            <w:r w:rsidR="003454F7" w:rsidRPr="001027D0">
              <w:rPr>
                <w:rFonts w:asciiTheme="majorHAnsi" w:hAnsiTheme="majorHAnsi" w:cstheme="majorHAnsi"/>
                <w:sz w:val="18"/>
                <w:szCs w:val="18"/>
              </w:rPr>
              <w:t>o) devizul general al obiectivului de investiții (1 exemplar copie)</w:t>
            </w:r>
          </w:p>
        </w:tc>
      </w:tr>
      <w:tr w:rsidR="003C7CA3" w:rsidRPr="00131165" w14:paraId="4F2D87C4" w14:textId="77777777" w:rsidTr="00213EA7">
        <w:tc>
          <w:tcPr>
            <w:tcW w:w="9636" w:type="dxa"/>
            <w:gridSpan w:val="3"/>
          </w:tcPr>
          <w:p w14:paraId="384BCE13" w14:textId="2EC2C570"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1192844309"/>
                <w14:checkbox>
                  <w14:checked w14:val="0"/>
                  <w14:checkedState w14:val="2612" w14:font="MS Gothic"/>
                  <w14:uncheckedState w14:val="2610" w14:font="MS Gothic"/>
                </w14:checkbox>
              </w:sdtPr>
              <w:sdtEndPr/>
              <w:sdtContent>
                <w:r w:rsidR="00C0597C" w:rsidRPr="001027D0">
                  <w:rPr>
                    <w:rFonts w:ascii="MS Gothic" w:eastAsia="MS Gothic" w:hAnsi="MS Gothic" w:cstheme="majorHAnsi" w:hint="eastAsia"/>
                    <w:sz w:val="18"/>
                    <w:szCs w:val="18"/>
                  </w:rPr>
                  <w:t>☐</w:t>
                </w:r>
              </w:sdtContent>
            </w:sdt>
            <w:r w:rsidR="00C50D3E" w:rsidRPr="001027D0">
              <w:rPr>
                <w:rFonts w:asciiTheme="majorHAnsi" w:hAnsiTheme="majorHAnsi" w:cstheme="majorHAnsi"/>
                <w:sz w:val="18"/>
                <w:szCs w:val="18"/>
              </w:rPr>
              <w:t xml:space="preserve"> </w:t>
            </w:r>
            <w:r w:rsidR="003454F7" w:rsidRPr="001027D0">
              <w:rPr>
                <w:rFonts w:asciiTheme="majorHAnsi" w:hAnsiTheme="majorHAnsi" w:cstheme="majorHAnsi"/>
                <w:sz w:val="18"/>
                <w:szCs w:val="18"/>
              </w:rPr>
              <w:t>p) documentele de plată a taxelor legale în vederea autorizării (copie)</w:t>
            </w:r>
          </w:p>
        </w:tc>
      </w:tr>
      <w:tr w:rsidR="003C7CA3" w:rsidRPr="00131165" w14:paraId="40B7CF7A" w14:textId="77777777" w:rsidTr="00213EA7">
        <w:tc>
          <w:tcPr>
            <w:tcW w:w="9636" w:type="dxa"/>
            <w:gridSpan w:val="3"/>
          </w:tcPr>
          <w:p w14:paraId="20BE5461" w14:textId="49912A04" w:rsidR="003C7CA3" w:rsidRPr="001027D0" w:rsidRDefault="0062159B" w:rsidP="00DD4D8D">
            <w:pPr>
              <w:rPr>
                <w:rFonts w:asciiTheme="majorHAnsi" w:hAnsiTheme="majorHAnsi" w:cstheme="majorHAnsi"/>
                <w:sz w:val="18"/>
                <w:szCs w:val="18"/>
              </w:rPr>
            </w:pPr>
            <w:sdt>
              <w:sdtPr>
                <w:rPr>
                  <w:rFonts w:asciiTheme="majorHAnsi" w:hAnsiTheme="majorHAnsi" w:cstheme="majorHAnsi"/>
                  <w:sz w:val="18"/>
                  <w:szCs w:val="18"/>
                </w:rPr>
                <w:id w:val="-339546841"/>
                <w14:checkbox>
                  <w14:checked w14:val="0"/>
                  <w14:checkedState w14:val="2612" w14:font="MS Gothic"/>
                  <w14:uncheckedState w14:val="2610" w14:font="MS Gothic"/>
                </w14:checkbox>
              </w:sdtPr>
              <w:sdtEndPr/>
              <w:sdtContent>
                <w:r w:rsidR="001157B7">
                  <w:rPr>
                    <w:rFonts w:ascii="MS Gothic" w:eastAsia="MS Gothic" w:hAnsi="MS Gothic" w:cstheme="majorHAnsi" w:hint="eastAsia"/>
                    <w:sz w:val="18"/>
                    <w:szCs w:val="18"/>
                  </w:rPr>
                  <w:t>☐</w:t>
                </w:r>
              </w:sdtContent>
            </w:sdt>
            <w:r w:rsidR="00C50D3E" w:rsidRPr="001027D0">
              <w:rPr>
                <w:rFonts w:asciiTheme="majorHAnsi" w:hAnsiTheme="majorHAnsi" w:cstheme="majorHAnsi"/>
                <w:sz w:val="18"/>
                <w:szCs w:val="18"/>
              </w:rPr>
              <w:t xml:space="preserve"> </w:t>
            </w:r>
            <w:r w:rsidR="003454F7" w:rsidRPr="001027D0">
              <w:rPr>
                <w:rFonts w:asciiTheme="majorHAnsi" w:hAnsiTheme="majorHAnsi" w:cstheme="majorHAnsi"/>
                <w:sz w:val="18"/>
                <w:szCs w:val="18"/>
              </w:rPr>
              <w:t>q) anexa la cererea pentru emiterea autorizației de construire / desființare, completată cu toate elementele necesare descrierii lucrărilor (2 exemplare originale)</w:t>
            </w:r>
          </w:p>
        </w:tc>
      </w:tr>
    </w:tbl>
    <w:p w14:paraId="669F44AC"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31165" w14:paraId="1CE1AF1F" w14:textId="77777777">
        <w:trPr>
          <w:cantSplit/>
        </w:trPr>
        <w:tc>
          <w:tcPr>
            <w:tcW w:w="9636" w:type="dxa"/>
          </w:tcPr>
          <w:p w14:paraId="071A7406" w14:textId="22E062B9" w:rsidR="003C7CA3" w:rsidRPr="008F357B" w:rsidRDefault="003454F7" w:rsidP="008F357B">
            <w:pPr>
              <w:spacing w:line="228" w:lineRule="auto"/>
              <w:jc w:val="both"/>
              <w:rPr>
                <w:rFonts w:asciiTheme="majorHAnsi" w:hAnsiTheme="majorHAnsi" w:cstheme="majorHAnsi"/>
                <w:sz w:val="18"/>
                <w:szCs w:val="18"/>
              </w:rPr>
            </w:pPr>
            <w:r w:rsidRPr="008F357B">
              <w:rPr>
                <w:rFonts w:asciiTheme="majorHAnsi" w:hAnsiTheme="majorHAnsi" w:cstheme="majorHAnsi"/>
                <w:i/>
                <w:sz w:val="18"/>
                <w:szCs w:val="18"/>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w:t>
            </w:r>
            <w:r w:rsidR="00FC2F0B" w:rsidRPr="008F357B">
              <w:rPr>
                <w:rFonts w:asciiTheme="majorHAnsi" w:hAnsiTheme="majorHAnsi" w:cstheme="majorHAnsi"/>
                <w:i/>
                <w:sz w:val="18"/>
                <w:szCs w:val="18"/>
              </w:rPr>
              <w:t>e</w:t>
            </w:r>
            <w:r w:rsidR="005B29C5" w:rsidRPr="008F357B">
              <w:rPr>
                <w:rFonts w:asciiTheme="majorHAnsi" w:hAnsiTheme="majorHAnsi" w:cstheme="majorHAnsi"/>
                <w:i/>
                <w:sz w:val="18"/>
                <w:szCs w:val="18"/>
              </w:rPr>
              <w:t>a nr.1</w:t>
            </w:r>
            <w:r w:rsidR="00FC2F0B" w:rsidRPr="008F357B">
              <w:rPr>
                <w:rFonts w:asciiTheme="majorHAnsi" w:hAnsiTheme="majorHAnsi" w:cstheme="majorHAnsi"/>
                <w:i/>
                <w:sz w:val="18"/>
                <w:szCs w:val="18"/>
              </w:rPr>
              <w:t>69</w:t>
            </w:r>
            <w:r w:rsidR="005B29C5" w:rsidRPr="008F357B">
              <w:rPr>
                <w:rFonts w:asciiTheme="majorHAnsi" w:hAnsiTheme="majorHAnsi" w:cstheme="majorHAnsi"/>
                <w:i/>
                <w:sz w:val="18"/>
                <w:szCs w:val="18"/>
              </w:rPr>
              <w:t>/2026.</w:t>
            </w:r>
          </w:p>
        </w:tc>
      </w:tr>
    </w:tbl>
    <w:p w14:paraId="190800CC"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rsidRPr="00131165" w14:paraId="7464688B" w14:textId="77777777">
        <w:trPr>
          <w:cantSplit/>
        </w:trPr>
        <w:tc>
          <w:tcPr>
            <w:tcW w:w="9636" w:type="dxa"/>
            <w:gridSpan w:val="3"/>
            <w:shd w:val="clear" w:color="auto" w:fill="F4F4F4"/>
          </w:tcPr>
          <w:p w14:paraId="63133EFD" w14:textId="77777777" w:rsidR="003C7CA3" w:rsidRPr="00131165" w:rsidRDefault="003454F7">
            <w:pPr>
              <w:keepNext/>
              <w:rPr>
                <w:rFonts w:asciiTheme="majorHAnsi" w:hAnsiTheme="majorHAnsi" w:cstheme="majorHAnsi"/>
              </w:rPr>
            </w:pPr>
            <w:r w:rsidRPr="00131165">
              <w:rPr>
                <w:rFonts w:asciiTheme="majorHAnsi" w:hAnsiTheme="majorHAnsi" w:cstheme="majorHAnsi"/>
                <w:b/>
                <w:sz w:val="16"/>
              </w:rPr>
              <w:t xml:space="preserve"> </w:t>
            </w:r>
            <w:r w:rsidRPr="00094B8B">
              <w:rPr>
                <w:rFonts w:asciiTheme="majorHAnsi" w:hAnsiTheme="majorHAnsi" w:cstheme="majorHAnsi"/>
                <w:b/>
                <w:sz w:val="20"/>
                <w:szCs w:val="20"/>
              </w:rPr>
              <w:t>10. DATA ȘI SEMNĂTURA</w:t>
            </w:r>
          </w:p>
        </w:tc>
      </w:tr>
      <w:tr w:rsidR="003C7CA3" w:rsidRPr="00131165" w14:paraId="437D5C75" w14:textId="77777777">
        <w:trPr>
          <w:cantSplit/>
          <w:trHeight w:val="510"/>
        </w:trPr>
        <w:tc>
          <w:tcPr>
            <w:tcW w:w="1606" w:type="dxa"/>
          </w:tcPr>
          <w:p w14:paraId="4B0B8745" w14:textId="77777777" w:rsidR="003C7CA3" w:rsidRPr="00CE094A" w:rsidRDefault="003454F7">
            <w:pPr>
              <w:rPr>
                <w:rFonts w:asciiTheme="majorHAnsi" w:hAnsiTheme="majorHAnsi" w:cstheme="majorHAnsi"/>
                <w:sz w:val="16"/>
                <w:szCs w:val="16"/>
              </w:rPr>
            </w:pPr>
            <w:r w:rsidRPr="00CE094A">
              <w:rPr>
                <w:rFonts w:asciiTheme="majorHAnsi" w:hAnsiTheme="majorHAnsi" w:cstheme="majorHAnsi"/>
                <w:b/>
                <w:color w:val="0D5F78"/>
                <w:sz w:val="16"/>
                <w:szCs w:val="16"/>
              </w:rPr>
              <w:t>Data</w:t>
            </w:r>
          </w:p>
          <w:p w14:paraId="145135C4" w14:textId="77777777" w:rsidR="003C7CA3" w:rsidRPr="00131165" w:rsidRDefault="003C7CA3">
            <w:pPr>
              <w:rPr>
                <w:rFonts w:asciiTheme="majorHAnsi" w:hAnsiTheme="majorHAnsi" w:cstheme="majorHAnsi"/>
              </w:rPr>
            </w:pPr>
          </w:p>
        </w:tc>
        <w:tc>
          <w:tcPr>
            <w:tcW w:w="4818" w:type="dxa"/>
          </w:tcPr>
          <w:p w14:paraId="0A884F90" w14:textId="3793C603" w:rsidR="003C7CA3" w:rsidRPr="00CE094A" w:rsidRDefault="003454F7">
            <w:pPr>
              <w:rPr>
                <w:rFonts w:asciiTheme="majorHAnsi" w:hAnsiTheme="majorHAnsi" w:cstheme="majorHAnsi"/>
                <w:b/>
                <w:color w:val="0D5F78"/>
                <w:sz w:val="16"/>
                <w:szCs w:val="16"/>
              </w:rPr>
            </w:pPr>
            <w:r w:rsidRPr="00CE094A">
              <w:rPr>
                <w:rFonts w:asciiTheme="majorHAnsi" w:hAnsiTheme="majorHAnsi" w:cstheme="majorHAnsi"/>
                <w:b/>
                <w:color w:val="0D5F78"/>
                <w:sz w:val="16"/>
                <w:szCs w:val="16"/>
              </w:rPr>
              <w:t>Solicitantul</w:t>
            </w:r>
            <w:r w:rsidR="00313FFB" w:rsidRPr="00CE094A">
              <w:rPr>
                <w:rFonts w:asciiTheme="majorHAnsi" w:hAnsiTheme="majorHAnsi" w:cstheme="majorHAnsi"/>
                <w:b/>
                <w:color w:val="0D5F78"/>
                <w:sz w:val="16"/>
                <w:szCs w:val="16"/>
              </w:rPr>
              <w:t xml:space="preserve"> </w:t>
            </w:r>
          </w:p>
          <w:p w14:paraId="36D5940D" w14:textId="39E87A6F" w:rsidR="001157B7" w:rsidRDefault="00094B8B" w:rsidP="001157B7">
            <w:pPr>
              <w:rPr>
                <w:rFonts w:asciiTheme="majorHAnsi" w:hAnsiTheme="majorHAnsi" w:cstheme="majorHAnsi"/>
                <w:b/>
                <w:sz w:val="16"/>
                <w:szCs w:val="16"/>
              </w:rPr>
            </w:pPr>
            <w:r w:rsidRPr="00094B8B">
              <w:rPr>
                <w:rFonts w:asciiTheme="majorHAnsi" w:hAnsiTheme="majorHAnsi" w:cstheme="majorHAnsi"/>
                <w:b/>
                <w:sz w:val="16"/>
                <w:szCs w:val="16"/>
              </w:rPr>
              <w:t xml:space="preserve">                                                                               </w:t>
            </w:r>
            <w:r>
              <w:rPr>
                <w:rFonts w:asciiTheme="majorHAnsi" w:hAnsiTheme="majorHAnsi" w:cstheme="majorHAnsi"/>
                <w:b/>
                <w:sz w:val="16"/>
                <w:szCs w:val="16"/>
              </w:rPr>
              <w:t xml:space="preserve">   </w:t>
            </w:r>
            <w:r w:rsidRPr="00094B8B">
              <w:rPr>
                <w:rFonts w:asciiTheme="majorHAnsi" w:hAnsiTheme="majorHAnsi" w:cstheme="majorHAnsi"/>
                <w:b/>
                <w:sz w:val="16"/>
                <w:szCs w:val="16"/>
              </w:rPr>
              <w:t xml:space="preserve">         </w:t>
            </w:r>
          </w:p>
          <w:p w14:paraId="736682F7" w14:textId="77777777" w:rsidR="001157B7" w:rsidRDefault="001157B7" w:rsidP="001157B7">
            <w:pPr>
              <w:rPr>
                <w:rFonts w:asciiTheme="majorHAnsi" w:hAnsiTheme="majorHAnsi" w:cstheme="majorHAnsi"/>
                <w:b/>
                <w:sz w:val="16"/>
                <w:szCs w:val="16"/>
              </w:rPr>
            </w:pPr>
          </w:p>
          <w:p w14:paraId="2C4A395B" w14:textId="77777777" w:rsidR="001157B7" w:rsidRDefault="001157B7" w:rsidP="001157B7">
            <w:pPr>
              <w:rPr>
                <w:rFonts w:asciiTheme="majorHAnsi" w:hAnsiTheme="majorHAnsi" w:cstheme="majorHAnsi"/>
                <w:b/>
                <w:sz w:val="16"/>
                <w:szCs w:val="16"/>
              </w:rPr>
            </w:pPr>
          </w:p>
          <w:p w14:paraId="76F4AB60" w14:textId="77777777" w:rsidR="001157B7" w:rsidRPr="00131165" w:rsidRDefault="001157B7" w:rsidP="001157B7">
            <w:pPr>
              <w:rPr>
                <w:rFonts w:asciiTheme="majorHAnsi" w:hAnsiTheme="majorHAnsi" w:cstheme="majorHAnsi"/>
              </w:rPr>
            </w:pPr>
          </w:p>
          <w:p w14:paraId="2A60F2FF" w14:textId="69FF3DE8" w:rsidR="00313FFB" w:rsidRPr="00131165" w:rsidRDefault="00313FFB" w:rsidP="00313FFB">
            <w:pPr>
              <w:jc w:val="right"/>
              <w:rPr>
                <w:rFonts w:asciiTheme="majorHAnsi" w:hAnsiTheme="majorHAnsi" w:cstheme="majorHAnsi"/>
              </w:rPr>
            </w:pPr>
          </w:p>
        </w:tc>
        <w:tc>
          <w:tcPr>
            <w:tcW w:w="3212" w:type="dxa"/>
          </w:tcPr>
          <w:p w14:paraId="6456F681" w14:textId="77777777" w:rsidR="003C7CA3" w:rsidRPr="00CE094A" w:rsidRDefault="003454F7">
            <w:pPr>
              <w:rPr>
                <w:rFonts w:asciiTheme="majorHAnsi" w:hAnsiTheme="majorHAnsi" w:cstheme="majorHAnsi"/>
                <w:sz w:val="16"/>
                <w:szCs w:val="16"/>
              </w:rPr>
            </w:pPr>
            <w:r w:rsidRPr="00CE094A">
              <w:rPr>
                <w:rFonts w:asciiTheme="majorHAnsi" w:hAnsiTheme="majorHAnsi" w:cstheme="majorHAnsi"/>
                <w:b/>
                <w:color w:val="0D5F78"/>
                <w:sz w:val="16"/>
                <w:szCs w:val="16"/>
              </w:rPr>
              <w:t>Semnătura</w:t>
            </w:r>
          </w:p>
          <w:p w14:paraId="773B92D8" w14:textId="77777777" w:rsidR="003C7CA3" w:rsidRPr="00131165" w:rsidRDefault="003C7CA3">
            <w:pPr>
              <w:rPr>
                <w:rFonts w:asciiTheme="majorHAnsi" w:hAnsiTheme="majorHAnsi" w:cstheme="majorHAnsi"/>
              </w:rPr>
            </w:pPr>
          </w:p>
        </w:tc>
      </w:tr>
    </w:tbl>
    <w:p w14:paraId="3B50D53D" w14:textId="77777777" w:rsidR="003C7CA3" w:rsidRPr="00131165" w:rsidRDefault="003C7CA3">
      <w:pPr>
        <w:spacing w:line="168" w:lineRule="auto"/>
        <w:rPr>
          <w:rFonts w:asciiTheme="majorHAnsi" w:hAnsiTheme="majorHAnsi" w:cstheme="majorHAnsi"/>
        </w:rPr>
      </w:pPr>
    </w:p>
    <w:p w14:paraId="3A5DF46E" w14:textId="64BC76E6" w:rsidR="00313FFB" w:rsidRPr="00131165" w:rsidRDefault="003454F7" w:rsidP="00313FFB">
      <w:pPr>
        <w:rPr>
          <w:rFonts w:asciiTheme="majorHAnsi" w:hAnsiTheme="majorHAnsi" w:cstheme="majorHAnsi"/>
        </w:rPr>
      </w:pPr>
      <w:r w:rsidRPr="00131165">
        <w:rPr>
          <w:rFonts w:asciiTheme="majorHAnsi" w:hAnsiTheme="majorHAnsi" w:cstheme="majorHAnsi"/>
        </w:rPr>
        <w:br w:type="page"/>
      </w:r>
    </w:p>
    <w:p w14:paraId="5D9395E8" w14:textId="77777777" w:rsidR="003C7CA3" w:rsidRPr="00494210" w:rsidRDefault="003454F7">
      <w:pPr>
        <w:spacing w:before="140" w:after="40"/>
        <w:jc w:val="center"/>
        <w:rPr>
          <w:rFonts w:asciiTheme="majorHAnsi" w:hAnsiTheme="majorHAnsi" w:cstheme="majorHAnsi"/>
          <w:sz w:val="28"/>
          <w:szCs w:val="28"/>
        </w:rPr>
      </w:pPr>
      <w:r w:rsidRPr="00494210">
        <w:rPr>
          <w:rFonts w:asciiTheme="majorHAnsi" w:hAnsiTheme="majorHAnsi" w:cstheme="majorHAnsi"/>
          <w:b/>
          <w:sz w:val="28"/>
          <w:szCs w:val="28"/>
        </w:rPr>
        <w:lastRenderedPageBreak/>
        <w:t>ANEXA IMOBILE</w:t>
      </w:r>
    </w:p>
    <w:p w14:paraId="01EAD5FA" w14:textId="77777777" w:rsidR="003C7CA3" w:rsidRPr="00494210" w:rsidRDefault="003454F7">
      <w:pPr>
        <w:spacing w:after="120"/>
        <w:jc w:val="center"/>
        <w:rPr>
          <w:rFonts w:asciiTheme="majorHAnsi" w:hAnsiTheme="majorHAnsi" w:cstheme="majorHAnsi"/>
          <w:sz w:val="18"/>
          <w:szCs w:val="18"/>
        </w:rPr>
      </w:pPr>
      <w:r w:rsidRPr="00494210">
        <w:rPr>
          <w:rFonts w:asciiTheme="majorHAnsi" w:hAnsiTheme="majorHAnsi" w:cstheme="majorHAnsi"/>
          <w:sz w:val="18"/>
          <w:szCs w:val="18"/>
        </w:rPr>
        <w:t>la cererea pentru emiterea autorizației de construire / desființare</w:t>
      </w:r>
    </w:p>
    <w:p w14:paraId="291F927E" w14:textId="224C0CCF" w:rsidR="003C7CA3" w:rsidRPr="00494210" w:rsidRDefault="003454F7">
      <w:pPr>
        <w:spacing w:after="120"/>
        <w:jc w:val="center"/>
        <w:rPr>
          <w:rFonts w:asciiTheme="majorHAnsi" w:hAnsiTheme="majorHAnsi" w:cstheme="majorHAnsi"/>
          <w:sz w:val="18"/>
          <w:szCs w:val="18"/>
        </w:rPr>
      </w:pPr>
      <w:r w:rsidRPr="00494210">
        <w:rPr>
          <w:rFonts w:asciiTheme="majorHAnsi" w:hAnsiTheme="majorHAnsi" w:cstheme="majorHAnsi"/>
          <w:sz w:val="18"/>
          <w:szCs w:val="18"/>
        </w:rPr>
        <w:t xml:space="preserve">se completează numai atunci când cererea </w:t>
      </w:r>
      <w:r w:rsidR="00F61A70" w:rsidRPr="00494210">
        <w:rPr>
          <w:rFonts w:asciiTheme="majorHAnsi" w:hAnsiTheme="majorHAnsi" w:cstheme="majorHAnsi"/>
          <w:sz w:val="18"/>
          <w:szCs w:val="18"/>
        </w:rPr>
        <w:t>se referă la</w:t>
      </w:r>
      <w:r w:rsidRPr="00494210">
        <w:rPr>
          <w:rFonts w:asciiTheme="majorHAnsi" w:hAnsiTheme="majorHAnsi" w:cstheme="majorHAnsi"/>
          <w:sz w:val="18"/>
          <w:szCs w:val="18"/>
        </w:rPr>
        <w:t xml:space="preserve"> mai multe imobile</w:t>
      </w: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131165" w14:paraId="6852DFD8" w14:textId="77777777" w:rsidTr="00494210">
        <w:trPr>
          <w:cantSplit/>
        </w:trPr>
        <w:tc>
          <w:tcPr>
            <w:tcW w:w="9636" w:type="dxa"/>
            <w:gridSpan w:val="7"/>
            <w:shd w:val="clear" w:color="auto" w:fill="F4F4F4"/>
          </w:tcPr>
          <w:p w14:paraId="2D8BD40E" w14:textId="77777777" w:rsidR="003C7CA3" w:rsidRPr="00131165" w:rsidRDefault="003454F7">
            <w:pPr>
              <w:keepNext/>
              <w:rPr>
                <w:rFonts w:asciiTheme="majorHAnsi" w:hAnsiTheme="majorHAnsi" w:cstheme="majorHAnsi"/>
              </w:rPr>
            </w:pPr>
            <w:r w:rsidRPr="00167BA9">
              <w:rPr>
                <w:rFonts w:asciiTheme="majorHAnsi" w:hAnsiTheme="majorHAnsi" w:cstheme="majorHAnsi"/>
                <w:b/>
                <w:sz w:val="20"/>
                <w:szCs w:val="20"/>
              </w:rPr>
              <w:t xml:space="preserve"> I1. IMOBILELE LA CARE SE REFERĂ CEREREA</w:t>
            </w:r>
          </w:p>
        </w:tc>
      </w:tr>
      <w:tr w:rsidR="003C7CA3" w:rsidRPr="00131165" w14:paraId="2E60FFA2" w14:textId="77777777" w:rsidTr="00494210">
        <w:trPr>
          <w:cantSplit/>
        </w:trPr>
        <w:tc>
          <w:tcPr>
            <w:tcW w:w="9636" w:type="dxa"/>
            <w:gridSpan w:val="7"/>
            <w:shd w:val="clear" w:color="auto" w:fill="F4F4F4"/>
          </w:tcPr>
          <w:p w14:paraId="4E625B9A" w14:textId="77777777" w:rsidR="003C7CA3" w:rsidRPr="00131165" w:rsidRDefault="003454F7">
            <w:pPr>
              <w:keepNext/>
              <w:rPr>
                <w:rFonts w:asciiTheme="majorHAnsi" w:hAnsiTheme="majorHAnsi" w:cstheme="majorHAnsi"/>
              </w:rPr>
            </w:pPr>
            <w:r w:rsidRPr="00131165">
              <w:rPr>
                <w:rFonts w:asciiTheme="majorHAnsi" w:hAnsiTheme="majorHAnsi" w:cstheme="majorHAnsi"/>
                <w:sz w:val="16"/>
              </w:rPr>
              <w:t xml:space="preserve"> Imobil 2</w:t>
            </w:r>
          </w:p>
        </w:tc>
      </w:tr>
      <w:tr w:rsidR="003C7CA3" w:rsidRPr="00131165" w14:paraId="4FBA9BF9" w14:textId="77777777" w:rsidTr="00494210">
        <w:trPr>
          <w:cantSplit/>
          <w:trHeight w:val="510"/>
        </w:trPr>
        <w:tc>
          <w:tcPr>
            <w:tcW w:w="3212" w:type="dxa"/>
          </w:tcPr>
          <w:p w14:paraId="5A3BB7C7"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Tip imobil</w:t>
            </w:r>
          </w:p>
          <w:p w14:paraId="40062389" w14:textId="4C01DC7C" w:rsidR="003C7CA3" w:rsidRPr="00167BA9" w:rsidRDefault="0062159B">
            <w:pPr>
              <w:keepNext/>
              <w:rPr>
                <w:rFonts w:asciiTheme="majorHAnsi" w:hAnsiTheme="majorHAnsi" w:cstheme="majorHAnsi"/>
                <w:sz w:val="16"/>
                <w:szCs w:val="16"/>
              </w:rPr>
            </w:pPr>
            <w:sdt>
              <w:sdtPr>
                <w:rPr>
                  <w:rFonts w:ascii="Segoe UI Symbol" w:hAnsi="Segoe UI Symbol" w:cs="Segoe UI Symbol"/>
                  <w:sz w:val="16"/>
                  <w:szCs w:val="16"/>
                </w:rPr>
                <w:id w:val="-899291896"/>
                <w14:checkbox>
                  <w14:checked w14:val="0"/>
                  <w14:checkedState w14:val="2612" w14:font="MS Gothic"/>
                  <w14:uncheckedState w14:val="2610" w14:font="MS Gothic"/>
                </w14:checkbox>
              </w:sdtPr>
              <w:sdtEndPr/>
              <w:sdtContent>
                <w:r w:rsidR="001027D0">
                  <w:rPr>
                    <w:rFonts w:ascii="MS Gothic" w:eastAsia="MS Gothic" w:hAnsi="MS Gothic" w:cs="Segoe UI Symbol" w:hint="eastAsia"/>
                    <w:sz w:val="16"/>
                    <w:szCs w:val="16"/>
                  </w:rPr>
                  <w:t>☐</w:t>
                </w:r>
              </w:sdtContent>
            </w:sdt>
            <w:r w:rsidR="003454F7" w:rsidRPr="00167BA9">
              <w:rPr>
                <w:rFonts w:asciiTheme="majorHAnsi" w:hAnsiTheme="majorHAnsi" w:cstheme="majorHAnsi"/>
                <w:sz w:val="16"/>
                <w:szCs w:val="16"/>
              </w:rPr>
              <w:t xml:space="preserve"> teren    </w:t>
            </w:r>
            <w:sdt>
              <w:sdtPr>
                <w:rPr>
                  <w:rFonts w:asciiTheme="majorHAnsi" w:hAnsiTheme="majorHAnsi" w:cstheme="majorHAnsi"/>
                  <w:sz w:val="16"/>
                  <w:szCs w:val="16"/>
                </w:rPr>
                <w:id w:val="-402068687"/>
                <w14:checkbox>
                  <w14:checked w14:val="0"/>
                  <w14:checkedState w14:val="2612" w14:font="MS Gothic"/>
                  <w14:uncheckedState w14:val="2610" w14:font="MS Gothic"/>
                </w14:checkbox>
              </w:sdtPr>
              <w:sdtEndPr/>
              <w:sdtContent>
                <w:r w:rsidR="001027D0">
                  <w:rPr>
                    <w:rFonts w:ascii="MS Gothic" w:eastAsia="MS Gothic" w:hAnsi="MS Gothic" w:cstheme="majorHAnsi" w:hint="eastAsia"/>
                    <w:sz w:val="16"/>
                    <w:szCs w:val="16"/>
                  </w:rPr>
                  <w:t>☐</w:t>
                </w:r>
              </w:sdtContent>
            </w:sdt>
            <w:r w:rsidR="003454F7" w:rsidRPr="00167BA9">
              <w:rPr>
                <w:rFonts w:asciiTheme="majorHAnsi" w:hAnsiTheme="majorHAnsi" w:cstheme="majorHAnsi"/>
                <w:sz w:val="16"/>
                <w:szCs w:val="16"/>
              </w:rPr>
              <w:t xml:space="preserve">  construc</w:t>
            </w:r>
            <w:r w:rsidR="003454F7" w:rsidRPr="00167BA9">
              <w:rPr>
                <w:rFonts w:ascii="Calibri" w:hAnsi="Calibri" w:cs="Calibri"/>
                <w:sz w:val="16"/>
                <w:szCs w:val="16"/>
              </w:rPr>
              <w:t>ț</w:t>
            </w:r>
            <w:r w:rsidR="003454F7" w:rsidRPr="00167BA9">
              <w:rPr>
                <w:rFonts w:asciiTheme="majorHAnsi" w:hAnsiTheme="majorHAnsi" w:cstheme="majorHAnsi"/>
                <w:sz w:val="16"/>
                <w:szCs w:val="16"/>
              </w:rPr>
              <w:t>ii</w:t>
            </w:r>
          </w:p>
        </w:tc>
        <w:tc>
          <w:tcPr>
            <w:tcW w:w="3212" w:type="dxa"/>
            <w:gridSpan w:val="4"/>
          </w:tcPr>
          <w:p w14:paraId="468E1B3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Număr cadastral</w:t>
            </w:r>
          </w:p>
          <w:p w14:paraId="54B785D1" w14:textId="77777777" w:rsidR="003C7CA3" w:rsidRPr="00167BA9" w:rsidRDefault="003C7CA3">
            <w:pPr>
              <w:keepNext/>
              <w:rPr>
                <w:rFonts w:asciiTheme="majorHAnsi" w:hAnsiTheme="majorHAnsi" w:cstheme="majorHAnsi"/>
                <w:sz w:val="16"/>
                <w:szCs w:val="16"/>
              </w:rPr>
            </w:pPr>
          </w:p>
        </w:tc>
        <w:tc>
          <w:tcPr>
            <w:tcW w:w="3212" w:type="dxa"/>
            <w:gridSpan w:val="2"/>
          </w:tcPr>
          <w:p w14:paraId="1F95858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Carte funciară nr.</w:t>
            </w:r>
          </w:p>
          <w:p w14:paraId="46308DBE" w14:textId="77777777" w:rsidR="003C7CA3" w:rsidRPr="00167BA9" w:rsidRDefault="003C7CA3">
            <w:pPr>
              <w:keepNext/>
              <w:rPr>
                <w:rFonts w:asciiTheme="majorHAnsi" w:hAnsiTheme="majorHAnsi" w:cstheme="majorHAnsi"/>
                <w:sz w:val="16"/>
                <w:szCs w:val="16"/>
              </w:rPr>
            </w:pPr>
          </w:p>
        </w:tc>
      </w:tr>
      <w:tr w:rsidR="003C7CA3" w:rsidRPr="00131165" w14:paraId="566323F2" w14:textId="77777777" w:rsidTr="00494210">
        <w:trPr>
          <w:cantSplit/>
          <w:trHeight w:val="510"/>
        </w:trPr>
        <w:tc>
          <w:tcPr>
            <w:tcW w:w="3212" w:type="dxa"/>
          </w:tcPr>
          <w:p w14:paraId="44FE7327"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Județul</w:t>
            </w:r>
          </w:p>
          <w:p w14:paraId="709474E2" w14:textId="77777777" w:rsidR="003C7CA3" w:rsidRPr="00167BA9" w:rsidRDefault="003C7CA3">
            <w:pPr>
              <w:keepNext/>
              <w:rPr>
                <w:rFonts w:asciiTheme="majorHAnsi" w:hAnsiTheme="majorHAnsi" w:cstheme="majorHAnsi"/>
                <w:sz w:val="16"/>
                <w:szCs w:val="16"/>
              </w:rPr>
            </w:pPr>
          </w:p>
        </w:tc>
        <w:tc>
          <w:tcPr>
            <w:tcW w:w="3212" w:type="dxa"/>
            <w:gridSpan w:val="4"/>
          </w:tcPr>
          <w:p w14:paraId="0A54FA8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Municipiul / orașul / comuna</w:t>
            </w:r>
          </w:p>
          <w:p w14:paraId="791B4988" w14:textId="77777777" w:rsidR="003C7CA3" w:rsidRPr="00167BA9" w:rsidRDefault="003C7CA3">
            <w:pPr>
              <w:keepNext/>
              <w:rPr>
                <w:rFonts w:asciiTheme="majorHAnsi" w:hAnsiTheme="majorHAnsi" w:cstheme="majorHAnsi"/>
                <w:sz w:val="16"/>
                <w:szCs w:val="16"/>
              </w:rPr>
            </w:pPr>
          </w:p>
        </w:tc>
        <w:tc>
          <w:tcPr>
            <w:tcW w:w="3212" w:type="dxa"/>
            <w:gridSpan w:val="2"/>
          </w:tcPr>
          <w:p w14:paraId="26E0CD5C"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Satul / sectorul</w:t>
            </w:r>
          </w:p>
          <w:p w14:paraId="19330C14" w14:textId="77777777" w:rsidR="003C7CA3" w:rsidRPr="00167BA9" w:rsidRDefault="003C7CA3">
            <w:pPr>
              <w:keepNext/>
              <w:rPr>
                <w:rFonts w:asciiTheme="majorHAnsi" w:hAnsiTheme="majorHAnsi" w:cstheme="majorHAnsi"/>
                <w:sz w:val="16"/>
                <w:szCs w:val="16"/>
              </w:rPr>
            </w:pPr>
          </w:p>
        </w:tc>
      </w:tr>
      <w:tr w:rsidR="003C7CA3" w:rsidRPr="00131165" w14:paraId="172E0BD7" w14:textId="77777777" w:rsidTr="00494210">
        <w:trPr>
          <w:cantSplit/>
          <w:trHeight w:val="510"/>
        </w:trPr>
        <w:tc>
          <w:tcPr>
            <w:tcW w:w="3212" w:type="dxa"/>
          </w:tcPr>
          <w:p w14:paraId="3466DC1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Strada</w:t>
            </w:r>
          </w:p>
          <w:p w14:paraId="6916751C" w14:textId="77777777" w:rsidR="003C7CA3" w:rsidRPr="00167BA9" w:rsidRDefault="003C7CA3">
            <w:pPr>
              <w:keepNext/>
              <w:rPr>
                <w:rFonts w:asciiTheme="majorHAnsi" w:hAnsiTheme="majorHAnsi" w:cstheme="majorHAnsi"/>
                <w:sz w:val="16"/>
                <w:szCs w:val="16"/>
              </w:rPr>
            </w:pPr>
          </w:p>
        </w:tc>
        <w:tc>
          <w:tcPr>
            <w:tcW w:w="803" w:type="dxa"/>
          </w:tcPr>
          <w:p w14:paraId="1D979EB2"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Nr.</w:t>
            </w:r>
          </w:p>
          <w:p w14:paraId="5CAFDF3D" w14:textId="77777777" w:rsidR="003C7CA3" w:rsidRPr="00167BA9" w:rsidRDefault="003C7CA3">
            <w:pPr>
              <w:keepNext/>
              <w:rPr>
                <w:rFonts w:asciiTheme="majorHAnsi" w:hAnsiTheme="majorHAnsi" w:cstheme="majorHAnsi"/>
                <w:sz w:val="16"/>
                <w:szCs w:val="16"/>
              </w:rPr>
            </w:pPr>
          </w:p>
        </w:tc>
        <w:tc>
          <w:tcPr>
            <w:tcW w:w="803" w:type="dxa"/>
          </w:tcPr>
          <w:p w14:paraId="6214196D"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Sc.</w:t>
            </w:r>
          </w:p>
          <w:p w14:paraId="38204483" w14:textId="77777777" w:rsidR="003C7CA3" w:rsidRPr="00167BA9" w:rsidRDefault="003C7CA3">
            <w:pPr>
              <w:keepNext/>
              <w:rPr>
                <w:rFonts w:asciiTheme="majorHAnsi" w:hAnsiTheme="majorHAnsi" w:cstheme="majorHAnsi"/>
                <w:sz w:val="16"/>
                <w:szCs w:val="16"/>
              </w:rPr>
            </w:pPr>
          </w:p>
        </w:tc>
        <w:tc>
          <w:tcPr>
            <w:tcW w:w="803" w:type="dxa"/>
          </w:tcPr>
          <w:p w14:paraId="48F12E3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Et.</w:t>
            </w:r>
          </w:p>
          <w:p w14:paraId="678762B3" w14:textId="77777777" w:rsidR="003C7CA3" w:rsidRPr="00167BA9" w:rsidRDefault="003C7CA3">
            <w:pPr>
              <w:keepNext/>
              <w:rPr>
                <w:rFonts w:asciiTheme="majorHAnsi" w:hAnsiTheme="majorHAnsi" w:cstheme="majorHAnsi"/>
                <w:sz w:val="16"/>
                <w:szCs w:val="16"/>
              </w:rPr>
            </w:pPr>
          </w:p>
        </w:tc>
        <w:tc>
          <w:tcPr>
            <w:tcW w:w="803" w:type="dxa"/>
          </w:tcPr>
          <w:p w14:paraId="4FE261FD"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Ap.</w:t>
            </w:r>
          </w:p>
          <w:p w14:paraId="3AD61581" w14:textId="77777777" w:rsidR="003C7CA3" w:rsidRPr="00167BA9" w:rsidRDefault="003C7CA3">
            <w:pPr>
              <w:keepNext/>
              <w:rPr>
                <w:rFonts w:asciiTheme="majorHAnsi" w:hAnsiTheme="majorHAnsi" w:cstheme="majorHAnsi"/>
                <w:sz w:val="16"/>
                <w:szCs w:val="16"/>
              </w:rPr>
            </w:pPr>
          </w:p>
        </w:tc>
        <w:tc>
          <w:tcPr>
            <w:tcW w:w="1606" w:type="dxa"/>
          </w:tcPr>
          <w:p w14:paraId="4203D39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Cod poștal</w:t>
            </w:r>
          </w:p>
          <w:p w14:paraId="27D97757" w14:textId="77777777" w:rsidR="003C7CA3" w:rsidRPr="00167BA9" w:rsidRDefault="003C7CA3">
            <w:pPr>
              <w:keepNext/>
              <w:rPr>
                <w:rFonts w:asciiTheme="majorHAnsi" w:hAnsiTheme="majorHAnsi" w:cstheme="majorHAnsi"/>
                <w:sz w:val="16"/>
                <w:szCs w:val="16"/>
              </w:rPr>
            </w:pPr>
          </w:p>
        </w:tc>
        <w:tc>
          <w:tcPr>
            <w:tcW w:w="1606" w:type="dxa"/>
          </w:tcPr>
          <w:p w14:paraId="5CC4078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Țara</w:t>
            </w:r>
          </w:p>
          <w:p w14:paraId="676134A8" w14:textId="77777777" w:rsidR="003C7CA3" w:rsidRPr="00167BA9" w:rsidRDefault="003C7CA3">
            <w:pPr>
              <w:keepNext/>
              <w:rPr>
                <w:rFonts w:asciiTheme="majorHAnsi" w:hAnsiTheme="majorHAnsi" w:cstheme="majorHAnsi"/>
                <w:sz w:val="16"/>
                <w:szCs w:val="16"/>
              </w:rPr>
            </w:pPr>
          </w:p>
        </w:tc>
      </w:tr>
      <w:tr w:rsidR="003C7CA3" w:rsidRPr="00131165" w14:paraId="1E22F21E" w14:textId="77777777" w:rsidTr="00494210">
        <w:trPr>
          <w:cantSplit/>
        </w:trPr>
        <w:tc>
          <w:tcPr>
            <w:tcW w:w="9636" w:type="dxa"/>
            <w:gridSpan w:val="7"/>
            <w:shd w:val="clear" w:color="auto" w:fill="F4F4F4"/>
          </w:tcPr>
          <w:p w14:paraId="5E87E32C"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sz w:val="16"/>
                <w:szCs w:val="16"/>
              </w:rPr>
              <w:t xml:space="preserve"> Imobil 3</w:t>
            </w:r>
          </w:p>
        </w:tc>
      </w:tr>
      <w:tr w:rsidR="003C7CA3" w:rsidRPr="00131165" w14:paraId="28BE262E" w14:textId="77777777" w:rsidTr="00494210">
        <w:trPr>
          <w:cantSplit/>
          <w:trHeight w:val="510"/>
        </w:trPr>
        <w:tc>
          <w:tcPr>
            <w:tcW w:w="3212" w:type="dxa"/>
          </w:tcPr>
          <w:p w14:paraId="3DAF284A"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Tip imobil</w:t>
            </w:r>
          </w:p>
          <w:p w14:paraId="03A96BFD" w14:textId="3A86A405" w:rsidR="003C7CA3" w:rsidRPr="00167BA9" w:rsidRDefault="0062159B">
            <w:pPr>
              <w:keepNext/>
              <w:rPr>
                <w:rFonts w:asciiTheme="majorHAnsi" w:hAnsiTheme="majorHAnsi" w:cstheme="majorHAnsi"/>
                <w:sz w:val="16"/>
                <w:szCs w:val="16"/>
              </w:rPr>
            </w:pPr>
            <w:sdt>
              <w:sdtPr>
                <w:rPr>
                  <w:rFonts w:ascii="Segoe UI Symbol" w:hAnsi="Segoe UI Symbol" w:cs="Segoe UI Symbol"/>
                  <w:sz w:val="16"/>
                  <w:szCs w:val="16"/>
                </w:rPr>
                <w:id w:val="1194661591"/>
                <w14:checkbox>
                  <w14:checked w14:val="0"/>
                  <w14:checkedState w14:val="2612" w14:font="MS Gothic"/>
                  <w14:uncheckedState w14:val="2610" w14:font="MS Gothic"/>
                </w14:checkbox>
              </w:sdtPr>
              <w:sdtEndPr/>
              <w:sdtContent>
                <w:r w:rsidR="001027D0">
                  <w:rPr>
                    <w:rFonts w:ascii="MS Gothic" w:eastAsia="MS Gothic" w:hAnsi="MS Gothic" w:cs="Segoe UI Symbol" w:hint="eastAsia"/>
                    <w:sz w:val="16"/>
                    <w:szCs w:val="16"/>
                  </w:rPr>
                  <w:t>☐</w:t>
                </w:r>
              </w:sdtContent>
            </w:sdt>
            <w:r w:rsidR="003454F7" w:rsidRPr="00167BA9">
              <w:rPr>
                <w:rFonts w:asciiTheme="majorHAnsi" w:hAnsiTheme="majorHAnsi" w:cstheme="majorHAnsi"/>
                <w:sz w:val="16"/>
                <w:szCs w:val="16"/>
              </w:rPr>
              <w:t xml:space="preserve"> teren     </w:t>
            </w:r>
            <w:sdt>
              <w:sdtPr>
                <w:rPr>
                  <w:rFonts w:asciiTheme="majorHAnsi" w:hAnsiTheme="majorHAnsi" w:cstheme="majorHAnsi"/>
                  <w:sz w:val="16"/>
                  <w:szCs w:val="16"/>
                </w:rPr>
                <w:id w:val="-86233737"/>
                <w14:checkbox>
                  <w14:checked w14:val="0"/>
                  <w14:checkedState w14:val="2612" w14:font="MS Gothic"/>
                  <w14:uncheckedState w14:val="2610" w14:font="MS Gothic"/>
                </w14:checkbox>
              </w:sdtPr>
              <w:sdtEndPr/>
              <w:sdtContent>
                <w:r w:rsidR="001027D0">
                  <w:rPr>
                    <w:rFonts w:ascii="MS Gothic" w:eastAsia="MS Gothic" w:hAnsi="MS Gothic" w:cstheme="majorHAnsi" w:hint="eastAsia"/>
                    <w:sz w:val="16"/>
                    <w:szCs w:val="16"/>
                  </w:rPr>
                  <w:t>☐</w:t>
                </w:r>
              </w:sdtContent>
            </w:sdt>
            <w:r w:rsidR="003454F7" w:rsidRPr="00167BA9">
              <w:rPr>
                <w:rFonts w:asciiTheme="majorHAnsi" w:hAnsiTheme="majorHAnsi" w:cstheme="majorHAnsi"/>
                <w:sz w:val="16"/>
                <w:szCs w:val="16"/>
              </w:rPr>
              <w:t xml:space="preserve"> construc</w:t>
            </w:r>
            <w:r w:rsidR="003454F7" w:rsidRPr="00167BA9">
              <w:rPr>
                <w:rFonts w:ascii="Calibri" w:hAnsi="Calibri" w:cs="Calibri"/>
                <w:sz w:val="16"/>
                <w:szCs w:val="16"/>
              </w:rPr>
              <w:t>ț</w:t>
            </w:r>
            <w:r w:rsidR="003454F7" w:rsidRPr="00167BA9">
              <w:rPr>
                <w:rFonts w:asciiTheme="majorHAnsi" w:hAnsiTheme="majorHAnsi" w:cstheme="majorHAnsi"/>
                <w:sz w:val="16"/>
                <w:szCs w:val="16"/>
              </w:rPr>
              <w:t>ii</w:t>
            </w:r>
          </w:p>
        </w:tc>
        <w:tc>
          <w:tcPr>
            <w:tcW w:w="3212" w:type="dxa"/>
            <w:gridSpan w:val="4"/>
          </w:tcPr>
          <w:p w14:paraId="15A078DE"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Număr cadastral</w:t>
            </w:r>
          </w:p>
          <w:p w14:paraId="484999B7" w14:textId="77777777" w:rsidR="003C7CA3" w:rsidRPr="00167BA9" w:rsidRDefault="003C7CA3">
            <w:pPr>
              <w:keepNext/>
              <w:rPr>
                <w:rFonts w:asciiTheme="majorHAnsi" w:hAnsiTheme="majorHAnsi" w:cstheme="majorHAnsi"/>
                <w:sz w:val="16"/>
                <w:szCs w:val="16"/>
              </w:rPr>
            </w:pPr>
          </w:p>
        </w:tc>
        <w:tc>
          <w:tcPr>
            <w:tcW w:w="3212" w:type="dxa"/>
            <w:gridSpan w:val="2"/>
          </w:tcPr>
          <w:p w14:paraId="4A9ADCBE"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Carte funciară nr.</w:t>
            </w:r>
          </w:p>
          <w:p w14:paraId="32134801" w14:textId="77777777" w:rsidR="003C7CA3" w:rsidRPr="00167BA9" w:rsidRDefault="003C7CA3">
            <w:pPr>
              <w:keepNext/>
              <w:rPr>
                <w:rFonts w:asciiTheme="majorHAnsi" w:hAnsiTheme="majorHAnsi" w:cstheme="majorHAnsi"/>
                <w:sz w:val="16"/>
                <w:szCs w:val="16"/>
              </w:rPr>
            </w:pPr>
          </w:p>
        </w:tc>
      </w:tr>
      <w:tr w:rsidR="003C7CA3" w:rsidRPr="00131165" w14:paraId="634A48BF" w14:textId="77777777" w:rsidTr="00494210">
        <w:trPr>
          <w:cantSplit/>
          <w:trHeight w:val="510"/>
        </w:trPr>
        <w:tc>
          <w:tcPr>
            <w:tcW w:w="3212" w:type="dxa"/>
          </w:tcPr>
          <w:p w14:paraId="21CB880E"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Județul</w:t>
            </w:r>
          </w:p>
          <w:p w14:paraId="182F56A8" w14:textId="77777777" w:rsidR="003C7CA3" w:rsidRPr="00167BA9" w:rsidRDefault="003C7CA3">
            <w:pPr>
              <w:keepNext/>
              <w:rPr>
                <w:rFonts w:asciiTheme="majorHAnsi" w:hAnsiTheme="majorHAnsi" w:cstheme="majorHAnsi"/>
                <w:sz w:val="16"/>
                <w:szCs w:val="16"/>
              </w:rPr>
            </w:pPr>
          </w:p>
        </w:tc>
        <w:tc>
          <w:tcPr>
            <w:tcW w:w="3212" w:type="dxa"/>
            <w:gridSpan w:val="4"/>
          </w:tcPr>
          <w:p w14:paraId="6B1C2F2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Municipiul / orașul / comuna</w:t>
            </w:r>
          </w:p>
          <w:p w14:paraId="33495630" w14:textId="77777777" w:rsidR="003C7CA3" w:rsidRPr="00167BA9" w:rsidRDefault="003C7CA3">
            <w:pPr>
              <w:keepNext/>
              <w:rPr>
                <w:rFonts w:asciiTheme="majorHAnsi" w:hAnsiTheme="majorHAnsi" w:cstheme="majorHAnsi"/>
                <w:sz w:val="16"/>
                <w:szCs w:val="16"/>
              </w:rPr>
            </w:pPr>
          </w:p>
        </w:tc>
        <w:tc>
          <w:tcPr>
            <w:tcW w:w="3212" w:type="dxa"/>
            <w:gridSpan w:val="2"/>
          </w:tcPr>
          <w:p w14:paraId="1F7C4EAC"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Satul / sectorul</w:t>
            </w:r>
          </w:p>
          <w:p w14:paraId="7EE2F126" w14:textId="77777777" w:rsidR="003C7CA3" w:rsidRPr="00167BA9" w:rsidRDefault="003C7CA3">
            <w:pPr>
              <w:keepNext/>
              <w:rPr>
                <w:rFonts w:asciiTheme="majorHAnsi" w:hAnsiTheme="majorHAnsi" w:cstheme="majorHAnsi"/>
                <w:sz w:val="16"/>
                <w:szCs w:val="16"/>
              </w:rPr>
            </w:pPr>
          </w:p>
        </w:tc>
      </w:tr>
      <w:tr w:rsidR="003C7CA3" w:rsidRPr="00131165" w14:paraId="2AB103DD" w14:textId="77777777" w:rsidTr="00494210">
        <w:trPr>
          <w:cantSplit/>
          <w:trHeight w:val="510"/>
        </w:trPr>
        <w:tc>
          <w:tcPr>
            <w:tcW w:w="3212" w:type="dxa"/>
          </w:tcPr>
          <w:p w14:paraId="33D5B0A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Strada</w:t>
            </w:r>
          </w:p>
          <w:p w14:paraId="27E7251A" w14:textId="77777777" w:rsidR="003C7CA3" w:rsidRPr="00167BA9" w:rsidRDefault="003C7CA3">
            <w:pPr>
              <w:keepNext/>
              <w:rPr>
                <w:rFonts w:asciiTheme="majorHAnsi" w:hAnsiTheme="majorHAnsi" w:cstheme="majorHAnsi"/>
                <w:sz w:val="16"/>
                <w:szCs w:val="16"/>
              </w:rPr>
            </w:pPr>
          </w:p>
        </w:tc>
        <w:tc>
          <w:tcPr>
            <w:tcW w:w="803" w:type="dxa"/>
          </w:tcPr>
          <w:p w14:paraId="69872AE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Nr.</w:t>
            </w:r>
          </w:p>
          <w:p w14:paraId="01853B82" w14:textId="77777777" w:rsidR="003C7CA3" w:rsidRPr="00167BA9" w:rsidRDefault="003C7CA3">
            <w:pPr>
              <w:keepNext/>
              <w:rPr>
                <w:rFonts w:asciiTheme="majorHAnsi" w:hAnsiTheme="majorHAnsi" w:cstheme="majorHAnsi"/>
                <w:sz w:val="16"/>
                <w:szCs w:val="16"/>
              </w:rPr>
            </w:pPr>
          </w:p>
        </w:tc>
        <w:tc>
          <w:tcPr>
            <w:tcW w:w="803" w:type="dxa"/>
          </w:tcPr>
          <w:p w14:paraId="6F48930F"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Sc.</w:t>
            </w:r>
          </w:p>
          <w:p w14:paraId="4E3EA66D" w14:textId="77777777" w:rsidR="003C7CA3" w:rsidRPr="00167BA9" w:rsidRDefault="003C7CA3">
            <w:pPr>
              <w:keepNext/>
              <w:rPr>
                <w:rFonts w:asciiTheme="majorHAnsi" w:hAnsiTheme="majorHAnsi" w:cstheme="majorHAnsi"/>
                <w:sz w:val="16"/>
                <w:szCs w:val="16"/>
              </w:rPr>
            </w:pPr>
          </w:p>
        </w:tc>
        <w:tc>
          <w:tcPr>
            <w:tcW w:w="803" w:type="dxa"/>
          </w:tcPr>
          <w:p w14:paraId="5483924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Et.</w:t>
            </w:r>
          </w:p>
          <w:p w14:paraId="568F1F68" w14:textId="77777777" w:rsidR="003C7CA3" w:rsidRPr="00167BA9" w:rsidRDefault="003C7CA3">
            <w:pPr>
              <w:keepNext/>
              <w:rPr>
                <w:rFonts w:asciiTheme="majorHAnsi" w:hAnsiTheme="majorHAnsi" w:cstheme="majorHAnsi"/>
                <w:sz w:val="16"/>
                <w:szCs w:val="16"/>
              </w:rPr>
            </w:pPr>
          </w:p>
        </w:tc>
        <w:tc>
          <w:tcPr>
            <w:tcW w:w="803" w:type="dxa"/>
          </w:tcPr>
          <w:p w14:paraId="4BB4B76A"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Ap.</w:t>
            </w:r>
          </w:p>
          <w:p w14:paraId="6EED4727" w14:textId="77777777" w:rsidR="003C7CA3" w:rsidRPr="00167BA9" w:rsidRDefault="003C7CA3">
            <w:pPr>
              <w:keepNext/>
              <w:rPr>
                <w:rFonts w:asciiTheme="majorHAnsi" w:hAnsiTheme="majorHAnsi" w:cstheme="majorHAnsi"/>
                <w:sz w:val="16"/>
                <w:szCs w:val="16"/>
              </w:rPr>
            </w:pPr>
          </w:p>
        </w:tc>
        <w:tc>
          <w:tcPr>
            <w:tcW w:w="1606" w:type="dxa"/>
          </w:tcPr>
          <w:p w14:paraId="1FCFA7B8"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Cod poștal</w:t>
            </w:r>
          </w:p>
          <w:p w14:paraId="7C61FDC1" w14:textId="77777777" w:rsidR="003C7CA3" w:rsidRPr="00167BA9" w:rsidRDefault="003C7CA3">
            <w:pPr>
              <w:keepNext/>
              <w:rPr>
                <w:rFonts w:asciiTheme="majorHAnsi" w:hAnsiTheme="majorHAnsi" w:cstheme="majorHAnsi"/>
                <w:sz w:val="16"/>
                <w:szCs w:val="16"/>
              </w:rPr>
            </w:pPr>
          </w:p>
        </w:tc>
        <w:tc>
          <w:tcPr>
            <w:tcW w:w="1606" w:type="dxa"/>
          </w:tcPr>
          <w:p w14:paraId="5650D2FE"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Țara</w:t>
            </w:r>
          </w:p>
          <w:p w14:paraId="75BB3A1B" w14:textId="77777777" w:rsidR="003C7CA3" w:rsidRPr="00167BA9" w:rsidRDefault="003C7CA3">
            <w:pPr>
              <w:keepNext/>
              <w:rPr>
                <w:rFonts w:asciiTheme="majorHAnsi" w:hAnsiTheme="majorHAnsi" w:cstheme="majorHAnsi"/>
                <w:sz w:val="16"/>
                <w:szCs w:val="16"/>
              </w:rPr>
            </w:pPr>
          </w:p>
        </w:tc>
      </w:tr>
      <w:tr w:rsidR="003C7CA3" w:rsidRPr="00131165" w14:paraId="453408C6" w14:textId="77777777" w:rsidTr="00494210">
        <w:trPr>
          <w:cantSplit/>
        </w:trPr>
        <w:tc>
          <w:tcPr>
            <w:tcW w:w="9636" w:type="dxa"/>
            <w:gridSpan w:val="7"/>
            <w:shd w:val="clear" w:color="auto" w:fill="F4F4F4"/>
          </w:tcPr>
          <w:p w14:paraId="4911A6AD"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sz w:val="16"/>
                <w:szCs w:val="16"/>
              </w:rPr>
              <w:t xml:space="preserve"> Imobil 4</w:t>
            </w:r>
          </w:p>
        </w:tc>
      </w:tr>
      <w:tr w:rsidR="003C7CA3" w:rsidRPr="00131165" w14:paraId="2F5765F6" w14:textId="77777777" w:rsidTr="00494210">
        <w:trPr>
          <w:cantSplit/>
          <w:trHeight w:val="510"/>
        </w:trPr>
        <w:tc>
          <w:tcPr>
            <w:tcW w:w="3212" w:type="dxa"/>
          </w:tcPr>
          <w:p w14:paraId="78416A2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Tip imobil</w:t>
            </w:r>
          </w:p>
          <w:p w14:paraId="0092F673" w14:textId="4CE1EA80" w:rsidR="003C7CA3" w:rsidRPr="00167BA9" w:rsidRDefault="0062159B">
            <w:pPr>
              <w:keepNext/>
              <w:rPr>
                <w:rFonts w:asciiTheme="majorHAnsi" w:hAnsiTheme="majorHAnsi" w:cstheme="majorHAnsi"/>
                <w:sz w:val="16"/>
                <w:szCs w:val="16"/>
              </w:rPr>
            </w:pPr>
            <w:sdt>
              <w:sdtPr>
                <w:rPr>
                  <w:rFonts w:ascii="Segoe UI Symbol" w:hAnsi="Segoe UI Symbol" w:cs="Segoe UI Symbol"/>
                  <w:sz w:val="16"/>
                  <w:szCs w:val="16"/>
                </w:rPr>
                <w:id w:val="1105378250"/>
                <w14:checkbox>
                  <w14:checked w14:val="0"/>
                  <w14:checkedState w14:val="2612" w14:font="MS Gothic"/>
                  <w14:uncheckedState w14:val="2610" w14:font="MS Gothic"/>
                </w14:checkbox>
              </w:sdtPr>
              <w:sdtEndPr/>
              <w:sdtContent>
                <w:r w:rsidR="001027D0">
                  <w:rPr>
                    <w:rFonts w:ascii="MS Gothic" w:eastAsia="MS Gothic" w:hAnsi="MS Gothic" w:cs="Segoe UI Symbol" w:hint="eastAsia"/>
                    <w:sz w:val="16"/>
                    <w:szCs w:val="16"/>
                  </w:rPr>
                  <w:t>☐</w:t>
                </w:r>
              </w:sdtContent>
            </w:sdt>
            <w:r w:rsidR="001027D0" w:rsidRPr="00167BA9">
              <w:rPr>
                <w:rFonts w:asciiTheme="majorHAnsi" w:hAnsiTheme="majorHAnsi" w:cstheme="majorHAnsi"/>
                <w:sz w:val="16"/>
                <w:szCs w:val="16"/>
              </w:rPr>
              <w:t xml:space="preserve"> teren     </w:t>
            </w:r>
            <w:sdt>
              <w:sdtPr>
                <w:rPr>
                  <w:rFonts w:asciiTheme="majorHAnsi" w:hAnsiTheme="majorHAnsi" w:cstheme="majorHAnsi"/>
                  <w:sz w:val="16"/>
                  <w:szCs w:val="16"/>
                </w:rPr>
                <w:id w:val="-1830979153"/>
                <w14:checkbox>
                  <w14:checked w14:val="0"/>
                  <w14:checkedState w14:val="2612" w14:font="MS Gothic"/>
                  <w14:uncheckedState w14:val="2610" w14:font="MS Gothic"/>
                </w14:checkbox>
              </w:sdtPr>
              <w:sdtEndPr/>
              <w:sdtContent>
                <w:r w:rsidR="001027D0">
                  <w:rPr>
                    <w:rFonts w:ascii="MS Gothic" w:eastAsia="MS Gothic" w:hAnsi="MS Gothic" w:cstheme="majorHAnsi" w:hint="eastAsia"/>
                    <w:sz w:val="16"/>
                    <w:szCs w:val="16"/>
                  </w:rPr>
                  <w:t>☐</w:t>
                </w:r>
              </w:sdtContent>
            </w:sdt>
            <w:r w:rsidR="001027D0" w:rsidRPr="00167BA9">
              <w:rPr>
                <w:rFonts w:asciiTheme="majorHAnsi" w:hAnsiTheme="majorHAnsi" w:cstheme="majorHAnsi"/>
                <w:sz w:val="16"/>
                <w:szCs w:val="16"/>
              </w:rPr>
              <w:t xml:space="preserve"> construc</w:t>
            </w:r>
            <w:r w:rsidR="001027D0" w:rsidRPr="00167BA9">
              <w:rPr>
                <w:rFonts w:ascii="Calibri" w:hAnsi="Calibri" w:cs="Calibri"/>
                <w:sz w:val="16"/>
                <w:szCs w:val="16"/>
              </w:rPr>
              <w:t>ț</w:t>
            </w:r>
            <w:r w:rsidR="001027D0" w:rsidRPr="00167BA9">
              <w:rPr>
                <w:rFonts w:asciiTheme="majorHAnsi" w:hAnsiTheme="majorHAnsi" w:cstheme="majorHAnsi"/>
                <w:sz w:val="16"/>
                <w:szCs w:val="16"/>
              </w:rPr>
              <w:t>ii</w:t>
            </w:r>
          </w:p>
        </w:tc>
        <w:tc>
          <w:tcPr>
            <w:tcW w:w="3212" w:type="dxa"/>
            <w:gridSpan w:val="4"/>
          </w:tcPr>
          <w:p w14:paraId="210552F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Număr cadastral</w:t>
            </w:r>
          </w:p>
          <w:p w14:paraId="644BFE75" w14:textId="77777777" w:rsidR="003C7CA3" w:rsidRPr="00167BA9" w:rsidRDefault="003C7CA3">
            <w:pPr>
              <w:keepNext/>
              <w:rPr>
                <w:rFonts w:asciiTheme="majorHAnsi" w:hAnsiTheme="majorHAnsi" w:cstheme="majorHAnsi"/>
                <w:sz w:val="16"/>
                <w:szCs w:val="16"/>
              </w:rPr>
            </w:pPr>
          </w:p>
        </w:tc>
        <w:tc>
          <w:tcPr>
            <w:tcW w:w="3212" w:type="dxa"/>
            <w:gridSpan w:val="2"/>
          </w:tcPr>
          <w:p w14:paraId="526DAD1A"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Carte funciară nr.</w:t>
            </w:r>
          </w:p>
          <w:p w14:paraId="54969177" w14:textId="77777777" w:rsidR="003C7CA3" w:rsidRPr="00167BA9" w:rsidRDefault="003C7CA3">
            <w:pPr>
              <w:keepNext/>
              <w:rPr>
                <w:rFonts w:asciiTheme="majorHAnsi" w:hAnsiTheme="majorHAnsi" w:cstheme="majorHAnsi"/>
                <w:sz w:val="16"/>
                <w:szCs w:val="16"/>
              </w:rPr>
            </w:pPr>
          </w:p>
        </w:tc>
      </w:tr>
      <w:tr w:rsidR="003C7CA3" w:rsidRPr="00131165" w14:paraId="3EDFDCA0" w14:textId="77777777" w:rsidTr="00494210">
        <w:trPr>
          <w:cantSplit/>
          <w:trHeight w:val="510"/>
        </w:trPr>
        <w:tc>
          <w:tcPr>
            <w:tcW w:w="3212" w:type="dxa"/>
          </w:tcPr>
          <w:p w14:paraId="46EF5F2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Județul</w:t>
            </w:r>
          </w:p>
          <w:p w14:paraId="6821BA92" w14:textId="77777777" w:rsidR="003C7CA3" w:rsidRPr="00167BA9" w:rsidRDefault="003C7CA3">
            <w:pPr>
              <w:keepNext/>
              <w:rPr>
                <w:rFonts w:asciiTheme="majorHAnsi" w:hAnsiTheme="majorHAnsi" w:cstheme="majorHAnsi"/>
                <w:sz w:val="16"/>
                <w:szCs w:val="16"/>
              </w:rPr>
            </w:pPr>
          </w:p>
        </w:tc>
        <w:tc>
          <w:tcPr>
            <w:tcW w:w="3212" w:type="dxa"/>
            <w:gridSpan w:val="4"/>
          </w:tcPr>
          <w:p w14:paraId="70FF72B7"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Municipiul / orașul / comuna</w:t>
            </w:r>
          </w:p>
          <w:p w14:paraId="12E0C41B" w14:textId="77777777" w:rsidR="003C7CA3" w:rsidRPr="00167BA9" w:rsidRDefault="003C7CA3">
            <w:pPr>
              <w:keepNext/>
              <w:rPr>
                <w:rFonts w:asciiTheme="majorHAnsi" w:hAnsiTheme="majorHAnsi" w:cstheme="majorHAnsi"/>
                <w:sz w:val="16"/>
                <w:szCs w:val="16"/>
              </w:rPr>
            </w:pPr>
          </w:p>
        </w:tc>
        <w:tc>
          <w:tcPr>
            <w:tcW w:w="3212" w:type="dxa"/>
            <w:gridSpan w:val="2"/>
          </w:tcPr>
          <w:p w14:paraId="53CFE965"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Satul / sectorul</w:t>
            </w:r>
          </w:p>
          <w:p w14:paraId="6A399A43" w14:textId="77777777" w:rsidR="003C7CA3" w:rsidRPr="00167BA9" w:rsidRDefault="003C7CA3">
            <w:pPr>
              <w:keepNext/>
              <w:rPr>
                <w:rFonts w:asciiTheme="majorHAnsi" w:hAnsiTheme="majorHAnsi" w:cstheme="majorHAnsi"/>
                <w:sz w:val="16"/>
                <w:szCs w:val="16"/>
              </w:rPr>
            </w:pPr>
          </w:p>
        </w:tc>
      </w:tr>
      <w:tr w:rsidR="003C7CA3" w:rsidRPr="00131165" w14:paraId="75B9426F" w14:textId="77777777" w:rsidTr="00494210">
        <w:trPr>
          <w:cantSplit/>
          <w:trHeight w:val="510"/>
        </w:trPr>
        <w:tc>
          <w:tcPr>
            <w:tcW w:w="3212" w:type="dxa"/>
          </w:tcPr>
          <w:p w14:paraId="2D1FA94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Strada</w:t>
            </w:r>
          </w:p>
          <w:p w14:paraId="32AD3F97" w14:textId="77777777" w:rsidR="003C7CA3" w:rsidRPr="00167BA9" w:rsidRDefault="003C7CA3">
            <w:pPr>
              <w:keepNext/>
              <w:rPr>
                <w:rFonts w:asciiTheme="majorHAnsi" w:hAnsiTheme="majorHAnsi" w:cstheme="majorHAnsi"/>
                <w:sz w:val="16"/>
                <w:szCs w:val="16"/>
              </w:rPr>
            </w:pPr>
          </w:p>
        </w:tc>
        <w:tc>
          <w:tcPr>
            <w:tcW w:w="803" w:type="dxa"/>
          </w:tcPr>
          <w:p w14:paraId="3B6D4BF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Nr.</w:t>
            </w:r>
          </w:p>
          <w:p w14:paraId="6B0705FC" w14:textId="77777777" w:rsidR="003C7CA3" w:rsidRPr="00167BA9" w:rsidRDefault="003C7CA3">
            <w:pPr>
              <w:keepNext/>
              <w:rPr>
                <w:rFonts w:asciiTheme="majorHAnsi" w:hAnsiTheme="majorHAnsi" w:cstheme="majorHAnsi"/>
                <w:sz w:val="16"/>
                <w:szCs w:val="16"/>
              </w:rPr>
            </w:pPr>
          </w:p>
        </w:tc>
        <w:tc>
          <w:tcPr>
            <w:tcW w:w="803" w:type="dxa"/>
          </w:tcPr>
          <w:p w14:paraId="077D7F8C"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Sc.</w:t>
            </w:r>
          </w:p>
          <w:p w14:paraId="7492E005" w14:textId="77777777" w:rsidR="003C7CA3" w:rsidRPr="00167BA9" w:rsidRDefault="003C7CA3">
            <w:pPr>
              <w:keepNext/>
              <w:rPr>
                <w:rFonts w:asciiTheme="majorHAnsi" w:hAnsiTheme="majorHAnsi" w:cstheme="majorHAnsi"/>
                <w:sz w:val="16"/>
                <w:szCs w:val="16"/>
              </w:rPr>
            </w:pPr>
          </w:p>
        </w:tc>
        <w:tc>
          <w:tcPr>
            <w:tcW w:w="803" w:type="dxa"/>
          </w:tcPr>
          <w:p w14:paraId="41A90891"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Et.</w:t>
            </w:r>
          </w:p>
          <w:p w14:paraId="0CBA7A1F" w14:textId="77777777" w:rsidR="003C7CA3" w:rsidRPr="00167BA9" w:rsidRDefault="003C7CA3">
            <w:pPr>
              <w:keepNext/>
              <w:rPr>
                <w:rFonts w:asciiTheme="majorHAnsi" w:hAnsiTheme="majorHAnsi" w:cstheme="majorHAnsi"/>
                <w:sz w:val="16"/>
                <w:szCs w:val="16"/>
              </w:rPr>
            </w:pPr>
          </w:p>
        </w:tc>
        <w:tc>
          <w:tcPr>
            <w:tcW w:w="803" w:type="dxa"/>
          </w:tcPr>
          <w:p w14:paraId="68EBA9C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Ap.</w:t>
            </w:r>
          </w:p>
          <w:p w14:paraId="33DC8804" w14:textId="77777777" w:rsidR="003C7CA3" w:rsidRPr="00167BA9" w:rsidRDefault="003C7CA3">
            <w:pPr>
              <w:keepNext/>
              <w:rPr>
                <w:rFonts w:asciiTheme="majorHAnsi" w:hAnsiTheme="majorHAnsi" w:cstheme="majorHAnsi"/>
                <w:sz w:val="16"/>
                <w:szCs w:val="16"/>
              </w:rPr>
            </w:pPr>
          </w:p>
        </w:tc>
        <w:tc>
          <w:tcPr>
            <w:tcW w:w="1606" w:type="dxa"/>
          </w:tcPr>
          <w:p w14:paraId="2E5AC3B1"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Cod poștal</w:t>
            </w:r>
          </w:p>
          <w:p w14:paraId="6B1226A7" w14:textId="77777777" w:rsidR="003C7CA3" w:rsidRPr="00167BA9" w:rsidRDefault="003C7CA3">
            <w:pPr>
              <w:keepNext/>
              <w:rPr>
                <w:rFonts w:asciiTheme="majorHAnsi" w:hAnsiTheme="majorHAnsi" w:cstheme="majorHAnsi"/>
                <w:sz w:val="16"/>
                <w:szCs w:val="16"/>
              </w:rPr>
            </w:pPr>
          </w:p>
        </w:tc>
        <w:tc>
          <w:tcPr>
            <w:tcW w:w="1606" w:type="dxa"/>
          </w:tcPr>
          <w:p w14:paraId="3261CE3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Țara</w:t>
            </w:r>
          </w:p>
          <w:p w14:paraId="6D306C57" w14:textId="77777777" w:rsidR="003C7CA3" w:rsidRPr="00167BA9" w:rsidRDefault="003C7CA3">
            <w:pPr>
              <w:keepNext/>
              <w:rPr>
                <w:rFonts w:asciiTheme="majorHAnsi" w:hAnsiTheme="majorHAnsi" w:cstheme="majorHAnsi"/>
                <w:sz w:val="16"/>
                <w:szCs w:val="16"/>
              </w:rPr>
            </w:pPr>
          </w:p>
        </w:tc>
      </w:tr>
      <w:tr w:rsidR="003C7CA3" w:rsidRPr="00131165" w14:paraId="1BA5C463" w14:textId="77777777" w:rsidTr="00494210">
        <w:trPr>
          <w:cantSplit/>
        </w:trPr>
        <w:tc>
          <w:tcPr>
            <w:tcW w:w="9636" w:type="dxa"/>
            <w:gridSpan w:val="7"/>
            <w:shd w:val="clear" w:color="auto" w:fill="F4F4F4"/>
          </w:tcPr>
          <w:p w14:paraId="6717EB2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sz w:val="16"/>
                <w:szCs w:val="16"/>
              </w:rPr>
              <w:t xml:space="preserve"> Imobil 5</w:t>
            </w:r>
          </w:p>
        </w:tc>
      </w:tr>
      <w:tr w:rsidR="003C7CA3" w:rsidRPr="00131165" w14:paraId="52514A7A" w14:textId="77777777" w:rsidTr="00494210">
        <w:trPr>
          <w:cantSplit/>
          <w:trHeight w:val="510"/>
        </w:trPr>
        <w:tc>
          <w:tcPr>
            <w:tcW w:w="3212" w:type="dxa"/>
          </w:tcPr>
          <w:p w14:paraId="416BD5C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Tip imobil</w:t>
            </w:r>
          </w:p>
          <w:p w14:paraId="60F59FB1" w14:textId="3B123117" w:rsidR="003C7CA3" w:rsidRPr="00167BA9" w:rsidRDefault="0062159B">
            <w:pPr>
              <w:keepNext/>
              <w:rPr>
                <w:rFonts w:asciiTheme="majorHAnsi" w:hAnsiTheme="majorHAnsi" w:cstheme="majorHAnsi"/>
                <w:sz w:val="16"/>
                <w:szCs w:val="16"/>
              </w:rPr>
            </w:pPr>
            <w:sdt>
              <w:sdtPr>
                <w:rPr>
                  <w:rFonts w:ascii="Segoe UI Symbol" w:hAnsi="Segoe UI Symbol" w:cs="Segoe UI Symbol"/>
                  <w:sz w:val="16"/>
                  <w:szCs w:val="16"/>
                </w:rPr>
                <w:id w:val="-444068024"/>
                <w14:checkbox>
                  <w14:checked w14:val="0"/>
                  <w14:checkedState w14:val="2612" w14:font="MS Gothic"/>
                  <w14:uncheckedState w14:val="2610" w14:font="MS Gothic"/>
                </w14:checkbox>
              </w:sdtPr>
              <w:sdtEndPr/>
              <w:sdtContent>
                <w:r w:rsidR="001027D0">
                  <w:rPr>
                    <w:rFonts w:ascii="MS Gothic" w:eastAsia="MS Gothic" w:hAnsi="MS Gothic" w:cs="Segoe UI Symbol" w:hint="eastAsia"/>
                    <w:sz w:val="16"/>
                    <w:szCs w:val="16"/>
                  </w:rPr>
                  <w:t>☐</w:t>
                </w:r>
              </w:sdtContent>
            </w:sdt>
            <w:r w:rsidR="001027D0" w:rsidRPr="00167BA9">
              <w:rPr>
                <w:rFonts w:asciiTheme="majorHAnsi" w:hAnsiTheme="majorHAnsi" w:cstheme="majorHAnsi"/>
                <w:sz w:val="16"/>
                <w:szCs w:val="16"/>
              </w:rPr>
              <w:t xml:space="preserve"> teren     </w:t>
            </w:r>
            <w:sdt>
              <w:sdtPr>
                <w:rPr>
                  <w:rFonts w:asciiTheme="majorHAnsi" w:hAnsiTheme="majorHAnsi" w:cstheme="majorHAnsi"/>
                  <w:sz w:val="16"/>
                  <w:szCs w:val="16"/>
                </w:rPr>
                <w:id w:val="-1935123471"/>
                <w14:checkbox>
                  <w14:checked w14:val="0"/>
                  <w14:checkedState w14:val="2612" w14:font="MS Gothic"/>
                  <w14:uncheckedState w14:val="2610" w14:font="MS Gothic"/>
                </w14:checkbox>
              </w:sdtPr>
              <w:sdtEndPr/>
              <w:sdtContent>
                <w:r w:rsidR="001027D0">
                  <w:rPr>
                    <w:rFonts w:ascii="MS Gothic" w:eastAsia="MS Gothic" w:hAnsi="MS Gothic" w:cstheme="majorHAnsi" w:hint="eastAsia"/>
                    <w:sz w:val="16"/>
                    <w:szCs w:val="16"/>
                  </w:rPr>
                  <w:t>☐</w:t>
                </w:r>
              </w:sdtContent>
            </w:sdt>
            <w:r w:rsidR="001027D0" w:rsidRPr="00167BA9">
              <w:rPr>
                <w:rFonts w:asciiTheme="majorHAnsi" w:hAnsiTheme="majorHAnsi" w:cstheme="majorHAnsi"/>
                <w:sz w:val="16"/>
                <w:szCs w:val="16"/>
              </w:rPr>
              <w:t xml:space="preserve"> construc</w:t>
            </w:r>
            <w:r w:rsidR="001027D0" w:rsidRPr="00167BA9">
              <w:rPr>
                <w:rFonts w:ascii="Calibri" w:hAnsi="Calibri" w:cs="Calibri"/>
                <w:sz w:val="16"/>
                <w:szCs w:val="16"/>
              </w:rPr>
              <w:t>ț</w:t>
            </w:r>
            <w:r w:rsidR="001027D0" w:rsidRPr="00167BA9">
              <w:rPr>
                <w:rFonts w:asciiTheme="majorHAnsi" w:hAnsiTheme="majorHAnsi" w:cstheme="majorHAnsi"/>
                <w:sz w:val="16"/>
                <w:szCs w:val="16"/>
              </w:rPr>
              <w:t>ii</w:t>
            </w:r>
          </w:p>
        </w:tc>
        <w:tc>
          <w:tcPr>
            <w:tcW w:w="3212" w:type="dxa"/>
            <w:gridSpan w:val="4"/>
          </w:tcPr>
          <w:p w14:paraId="49FC261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Număr cadastral</w:t>
            </w:r>
          </w:p>
          <w:p w14:paraId="694D08B4" w14:textId="77777777" w:rsidR="003C7CA3" w:rsidRPr="00167BA9" w:rsidRDefault="003C7CA3">
            <w:pPr>
              <w:keepNext/>
              <w:rPr>
                <w:rFonts w:asciiTheme="majorHAnsi" w:hAnsiTheme="majorHAnsi" w:cstheme="majorHAnsi"/>
                <w:sz w:val="16"/>
                <w:szCs w:val="16"/>
              </w:rPr>
            </w:pPr>
          </w:p>
        </w:tc>
        <w:tc>
          <w:tcPr>
            <w:tcW w:w="3212" w:type="dxa"/>
            <w:gridSpan w:val="2"/>
          </w:tcPr>
          <w:p w14:paraId="4B53D9E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Carte funciară nr.</w:t>
            </w:r>
          </w:p>
          <w:p w14:paraId="6ADA4335" w14:textId="77777777" w:rsidR="003C7CA3" w:rsidRPr="00167BA9" w:rsidRDefault="003C7CA3">
            <w:pPr>
              <w:keepNext/>
              <w:rPr>
                <w:rFonts w:asciiTheme="majorHAnsi" w:hAnsiTheme="majorHAnsi" w:cstheme="majorHAnsi"/>
                <w:sz w:val="16"/>
                <w:szCs w:val="16"/>
              </w:rPr>
            </w:pPr>
          </w:p>
        </w:tc>
      </w:tr>
      <w:tr w:rsidR="003C7CA3" w:rsidRPr="00131165" w14:paraId="0B944771" w14:textId="77777777" w:rsidTr="00494210">
        <w:trPr>
          <w:cantSplit/>
          <w:trHeight w:val="510"/>
        </w:trPr>
        <w:tc>
          <w:tcPr>
            <w:tcW w:w="3212" w:type="dxa"/>
          </w:tcPr>
          <w:p w14:paraId="13A31ED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Județul</w:t>
            </w:r>
          </w:p>
          <w:p w14:paraId="73E2BC86" w14:textId="77777777" w:rsidR="003C7CA3" w:rsidRPr="00167BA9" w:rsidRDefault="003C7CA3">
            <w:pPr>
              <w:keepNext/>
              <w:rPr>
                <w:rFonts w:asciiTheme="majorHAnsi" w:hAnsiTheme="majorHAnsi" w:cstheme="majorHAnsi"/>
                <w:sz w:val="16"/>
                <w:szCs w:val="16"/>
              </w:rPr>
            </w:pPr>
          </w:p>
        </w:tc>
        <w:tc>
          <w:tcPr>
            <w:tcW w:w="3212" w:type="dxa"/>
            <w:gridSpan w:val="4"/>
          </w:tcPr>
          <w:p w14:paraId="5C675724"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Municipiul / orașul / comuna</w:t>
            </w:r>
          </w:p>
          <w:p w14:paraId="0386E0AA" w14:textId="77777777" w:rsidR="003C7CA3" w:rsidRPr="00167BA9" w:rsidRDefault="003C7CA3">
            <w:pPr>
              <w:keepNext/>
              <w:rPr>
                <w:rFonts w:asciiTheme="majorHAnsi" w:hAnsiTheme="majorHAnsi" w:cstheme="majorHAnsi"/>
                <w:sz w:val="16"/>
                <w:szCs w:val="16"/>
              </w:rPr>
            </w:pPr>
          </w:p>
        </w:tc>
        <w:tc>
          <w:tcPr>
            <w:tcW w:w="3212" w:type="dxa"/>
            <w:gridSpan w:val="2"/>
          </w:tcPr>
          <w:p w14:paraId="68659267"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Satul / sectorul</w:t>
            </w:r>
          </w:p>
          <w:p w14:paraId="1BAE5F8C" w14:textId="77777777" w:rsidR="003C7CA3" w:rsidRPr="00167BA9" w:rsidRDefault="003C7CA3">
            <w:pPr>
              <w:keepNext/>
              <w:rPr>
                <w:rFonts w:asciiTheme="majorHAnsi" w:hAnsiTheme="majorHAnsi" w:cstheme="majorHAnsi"/>
                <w:sz w:val="16"/>
                <w:szCs w:val="16"/>
              </w:rPr>
            </w:pPr>
          </w:p>
        </w:tc>
      </w:tr>
      <w:tr w:rsidR="003C7CA3" w:rsidRPr="00131165" w14:paraId="2D70221E" w14:textId="77777777" w:rsidTr="00494210">
        <w:trPr>
          <w:cantSplit/>
          <w:trHeight w:val="510"/>
        </w:trPr>
        <w:tc>
          <w:tcPr>
            <w:tcW w:w="3212" w:type="dxa"/>
          </w:tcPr>
          <w:p w14:paraId="52857BC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Strada</w:t>
            </w:r>
          </w:p>
          <w:p w14:paraId="65E9CD24" w14:textId="77777777" w:rsidR="003C7CA3" w:rsidRPr="00167BA9" w:rsidRDefault="003C7CA3">
            <w:pPr>
              <w:keepNext/>
              <w:rPr>
                <w:rFonts w:asciiTheme="majorHAnsi" w:hAnsiTheme="majorHAnsi" w:cstheme="majorHAnsi"/>
                <w:sz w:val="16"/>
                <w:szCs w:val="16"/>
              </w:rPr>
            </w:pPr>
          </w:p>
        </w:tc>
        <w:tc>
          <w:tcPr>
            <w:tcW w:w="803" w:type="dxa"/>
          </w:tcPr>
          <w:p w14:paraId="556FCE18"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Nr.</w:t>
            </w:r>
          </w:p>
          <w:p w14:paraId="3D425DC3" w14:textId="77777777" w:rsidR="003C7CA3" w:rsidRPr="00167BA9" w:rsidRDefault="003C7CA3">
            <w:pPr>
              <w:keepNext/>
              <w:rPr>
                <w:rFonts w:asciiTheme="majorHAnsi" w:hAnsiTheme="majorHAnsi" w:cstheme="majorHAnsi"/>
                <w:sz w:val="16"/>
                <w:szCs w:val="16"/>
              </w:rPr>
            </w:pPr>
          </w:p>
        </w:tc>
        <w:tc>
          <w:tcPr>
            <w:tcW w:w="803" w:type="dxa"/>
          </w:tcPr>
          <w:p w14:paraId="3613E30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Sc.</w:t>
            </w:r>
          </w:p>
          <w:p w14:paraId="33F92736" w14:textId="77777777" w:rsidR="003C7CA3" w:rsidRPr="00167BA9" w:rsidRDefault="003C7CA3">
            <w:pPr>
              <w:keepNext/>
              <w:rPr>
                <w:rFonts w:asciiTheme="majorHAnsi" w:hAnsiTheme="majorHAnsi" w:cstheme="majorHAnsi"/>
                <w:sz w:val="16"/>
                <w:szCs w:val="16"/>
              </w:rPr>
            </w:pPr>
          </w:p>
        </w:tc>
        <w:tc>
          <w:tcPr>
            <w:tcW w:w="803" w:type="dxa"/>
          </w:tcPr>
          <w:p w14:paraId="786207C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Et.</w:t>
            </w:r>
          </w:p>
          <w:p w14:paraId="63D129DE" w14:textId="77777777" w:rsidR="003C7CA3" w:rsidRPr="00167BA9" w:rsidRDefault="003C7CA3">
            <w:pPr>
              <w:keepNext/>
              <w:rPr>
                <w:rFonts w:asciiTheme="majorHAnsi" w:hAnsiTheme="majorHAnsi" w:cstheme="majorHAnsi"/>
                <w:sz w:val="16"/>
                <w:szCs w:val="16"/>
              </w:rPr>
            </w:pPr>
          </w:p>
        </w:tc>
        <w:tc>
          <w:tcPr>
            <w:tcW w:w="803" w:type="dxa"/>
          </w:tcPr>
          <w:p w14:paraId="6A401C1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Ap.</w:t>
            </w:r>
          </w:p>
          <w:p w14:paraId="388179AA" w14:textId="77777777" w:rsidR="003C7CA3" w:rsidRPr="00167BA9" w:rsidRDefault="003C7CA3">
            <w:pPr>
              <w:keepNext/>
              <w:rPr>
                <w:rFonts w:asciiTheme="majorHAnsi" w:hAnsiTheme="majorHAnsi" w:cstheme="majorHAnsi"/>
                <w:sz w:val="16"/>
                <w:szCs w:val="16"/>
              </w:rPr>
            </w:pPr>
          </w:p>
        </w:tc>
        <w:tc>
          <w:tcPr>
            <w:tcW w:w="1606" w:type="dxa"/>
          </w:tcPr>
          <w:p w14:paraId="5A253F28"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Cod poștal</w:t>
            </w:r>
          </w:p>
          <w:p w14:paraId="61F4B78C" w14:textId="77777777" w:rsidR="003C7CA3" w:rsidRPr="00167BA9" w:rsidRDefault="003C7CA3">
            <w:pPr>
              <w:keepNext/>
              <w:rPr>
                <w:rFonts w:asciiTheme="majorHAnsi" w:hAnsiTheme="majorHAnsi" w:cstheme="majorHAnsi"/>
                <w:sz w:val="16"/>
                <w:szCs w:val="16"/>
              </w:rPr>
            </w:pPr>
          </w:p>
        </w:tc>
        <w:tc>
          <w:tcPr>
            <w:tcW w:w="1606" w:type="dxa"/>
          </w:tcPr>
          <w:p w14:paraId="043263C8"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Țara</w:t>
            </w:r>
          </w:p>
          <w:p w14:paraId="1C2AB50B" w14:textId="77777777" w:rsidR="003C7CA3" w:rsidRPr="00167BA9" w:rsidRDefault="003C7CA3">
            <w:pPr>
              <w:keepNext/>
              <w:rPr>
                <w:rFonts w:asciiTheme="majorHAnsi" w:hAnsiTheme="majorHAnsi" w:cstheme="majorHAnsi"/>
                <w:sz w:val="16"/>
                <w:szCs w:val="16"/>
              </w:rPr>
            </w:pPr>
          </w:p>
        </w:tc>
      </w:tr>
      <w:tr w:rsidR="003C7CA3" w:rsidRPr="00131165" w14:paraId="5B366A1F" w14:textId="77777777" w:rsidTr="00494210">
        <w:trPr>
          <w:cantSplit/>
        </w:trPr>
        <w:tc>
          <w:tcPr>
            <w:tcW w:w="9636" w:type="dxa"/>
            <w:gridSpan w:val="7"/>
            <w:shd w:val="clear" w:color="auto" w:fill="F4F4F4"/>
          </w:tcPr>
          <w:p w14:paraId="1C2F3CA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sz w:val="16"/>
                <w:szCs w:val="16"/>
              </w:rPr>
              <w:t xml:space="preserve"> Imobil 6</w:t>
            </w:r>
          </w:p>
        </w:tc>
      </w:tr>
      <w:tr w:rsidR="003C7CA3" w:rsidRPr="00131165" w14:paraId="7F67F832" w14:textId="77777777" w:rsidTr="00494210">
        <w:trPr>
          <w:cantSplit/>
          <w:trHeight w:val="510"/>
        </w:trPr>
        <w:tc>
          <w:tcPr>
            <w:tcW w:w="3212" w:type="dxa"/>
          </w:tcPr>
          <w:p w14:paraId="5191FB7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Tip imobil</w:t>
            </w:r>
          </w:p>
          <w:p w14:paraId="68697DD0" w14:textId="34B0DB09" w:rsidR="003C7CA3" w:rsidRPr="00167BA9" w:rsidRDefault="0062159B">
            <w:pPr>
              <w:keepNext/>
              <w:rPr>
                <w:rFonts w:asciiTheme="majorHAnsi" w:hAnsiTheme="majorHAnsi" w:cstheme="majorHAnsi"/>
                <w:sz w:val="16"/>
                <w:szCs w:val="16"/>
              </w:rPr>
            </w:pPr>
            <w:sdt>
              <w:sdtPr>
                <w:rPr>
                  <w:rFonts w:ascii="Segoe UI Symbol" w:hAnsi="Segoe UI Symbol" w:cs="Segoe UI Symbol"/>
                  <w:sz w:val="16"/>
                  <w:szCs w:val="16"/>
                </w:rPr>
                <w:id w:val="1857919889"/>
                <w14:checkbox>
                  <w14:checked w14:val="0"/>
                  <w14:checkedState w14:val="2612" w14:font="MS Gothic"/>
                  <w14:uncheckedState w14:val="2610" w14:font="MS Gothic"/>
                </w14:checkbox>
              </w:sdtPr>
              <w:sdtEndPr/>
              <w:sdtContent>
                <w:r w:rsidR="001027D0">
                  <w:rPr>
                    <w:rFonts w:ascii="MS Gothic" w:eastAsia="MS Gothic" w:hAnsi="MS Gothic" w:cs="Segoe UI Symbol" w:hint="eastAsia"/>
                    <w:sz w:val="16"/>
                    <w:szCs w:val="16"/>
                  </w:rPr>
                  <w:t>☐</w:t>
                </w:r>
              </w:sdtContent>
            </w:sdt>
            <w:r w:rsidR="001027D0" w:rsidRPr="00167BA9">
              <w:rPr>
                <w:rFonts w:asciiTheme="majorHAnsi" w:hAnsiTheme="majorHAnsi" w:cstheme="majorHAnsi"/>
                <w:sz w:val="16"/>
                <w:szCs w:val="16"/>
              </w:rPr>
              <w:t xml:space="preserve"> teren     </w:t>
            </w:r>
            <w:sdt>
              <w:sdtPr>
                <w:rPr>
                  <w:rFonts w:asciiTheme="majorHAnsi" w:hAnsiTheme="majorHAnsi" w:cstheme="majorHAnsi"/>
                  <w:sz w:val="16"/>
                  <w:szCs w:val="16"/>
                </w:rPr>
                <w:id w:val="1674376088"/>
                <w14:checkbox>
                  <w14:checked w14:val="0"/>
                  <w14:checkedState w14:val="2612" w14:font="MS Gothic"/>
                  <w14:uncheckedState w14:val="2610" w14:font="MS Gothic"/>
                </w14:checkbox>
              </w:sdtPr>
              <w:sdtEndPr/>
              <w:sdtContent>
                <w:r w:rsidR="001027D0">
                  <w:rPr>
                    <w:rFonts w:ascii="MS Gothic" w:eastAsia="MS Gothic" w:hAnsi="MS Gothic" w:cstheme="majorHAnsi" w:hint="eastAsia"/>
                    <w:sz w:val="16"/>
                    <w:szCs w:val="16"/>
                  </w:rPr>
                  <w:t>☐</w:t>
                </w:r>
              </w:sdtContent>
            </w:sdt>
            <w:r w:rsidR="001027D0" w:rsidRPr="00167BA9">
              <w:rPr>
                <w:rFonts w:asciiTheme="majorHAnsi" w:hAnsiTheme="majorHAnsi" w:cstheme="majorHAnsi"/>
                <w:sz w:val="16"/>
                <w:szCs w:val="16"/>
              </w:rPr>
              <w:t xml:space="preserve"> construc</w:t>
            </w:r>
            <w:r w:rsidR="001027D0" w:rsidRPr="00167BA9">
              <w:rPr>
                <w:rFonts w:ascii="Calibri" w:hAnsi="Calibri" w:cs="Calibri"/>
                <w:sz w:val="16"/>
                <w:szCs w:val="16"/>
              </w:rPr>
              <w:t>ț</w:t>
            </w:r>
            <w:r w:rsidR="001027D0" w:rsidRPr="00167BA9">
              <w:rPr>
                <w:rFonts w:asciiTheme="majorHAnsi" w:hAnsiTheme="majorHAnsi" w:cstheme="majorHAnsi"/>
                <w:sz w:val="16"/>
                <w:szCs w:val="16"/>
              </w:rPr>
              <w:t>ii</w:t>
            </w:r>
          </w:p>
        </w:tc>
        <w:tc>
          <w:tcPr>
            <w:tcW w:w="3212" w:type="dxa"/>
            <w:gridSpan w:val="4"/>
          </w:tcPr>
          <w:p w14:paraId="320C967D"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Număr cadastral</w:t>
            </w:r>
          </w:p>
          <w:p w14:paraId="27F611E7" w14:textId="77777777" w:rsidR="003C7CA3" w:rsidRPr="00167BA9" w:rsidRDefault="003C7CA3">
            <w:pPr>
              <w:keepNext/>
              <w:rPr>
                <w:rFonts w:asciiTheme="majorHAnsi" w:hAnsiTheme="majorHAnsi" w:cstheme="majorHAnsi"/>
                <w:sz w:val="16"/>
                <w:szCs w:val="16"/>
              </w:rPr>
            </w:pPr>
          </w:p>
        </w:tc>
        <w:tc>
          <w:tcPr>
            <w:tcW w:w="3212" w:type="dxa"/>
            <w:gridSpan w:val="2"/>
          </w:tcPr>
          <w:p w14:paraId="2619924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Carte funciară nr.</w:t>
            </w:r>
          </w:p>
          <w:p w14:paraId="3E0C7818" w14:textId="77777777" w:rsidR="003C7CA3" w:rsidRPr="00167BA9" w:rsidRDefault="003C7CA3">
            <w:pPr>
              <w:keepNext/>
              <w:rPr>
                <w:rFonts w:asciiTheme="majorHAnsi" w:hAnsiTheme="majorHAnsi" w:cstheme="majorHAnsi"/>
                <w:sz w:val="16"/>
                <w:szCs w:val="16"/>
              </w:rPr>
            </w:pPr>
          </w:p>
        </w:tc>
      </w:tr>
      <w:tr w:rsidR="003C7CA3" w:rsidRPr="00131165" w14:paraId="09A0F0F6" w14:textId="77777777" w:rsidTr="00494210">
        <w:trPr>
          <w:cantSplit/>
          <w:trHeight w:val="510"/>
        </w:trPr>
        <w:tc>
          <w:tcPr>
            <w:tcW w:w="3212" w:type="dxa"/>
          </w:tcPr>
          <w:p w14:paraId="52A9A14E"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Județul</w:t>
            </w:r>
          </w:p>
          <w:p w14:paraId="509E1303" w14:textId="77777777" w:rsidR="003C7CA3" w:rsidRPr="00167BA9" w:rsidRDefault="003C7CA3">
            <w:pPr>
              <w:keepNext/>
              <w:rPr>
                <w:rFonts w:asciiTheme="majorHAnsi" w:hAnsiTheme="majorHAnsi" w:cstheme="majorHAnsi"/>
                <w:sz w:val="16"/>
                <w:szCs w:val="16"/>
              </w:rPr>
            </w:pPr>
          </w:p>
        </w:tc>
        <w:tc>
          <w:tcPr>
            <w:tcW w:w="3212" w:type="dxa"/>
            <w:gridSpan w:val="4"/>
          </w:tcPr>
          <w:p w14:paraId="5B4C469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Municipiul / orașul / comuna</w:t>
            </w:r>
          </w:p>
          <w:p w14:paraId="183CC2EF" w14:textId="77777777" w:rsidR="003C7CA3" w:rsidRPr="00167BA9" w:rsidRDefault="003C7CA3">
            <w:pPr>
              <w:keepNext/>
              <w:rPr>
                <w:rFonts w:asciiTheme="majorHAnsi" w:hAnsiTheme="majorHAnsi" w:cstheme="majorHAnsi"/>
                <w:sz w:val="16"/>
                <w:szCs w:val="16"/>
              </w:rPr>
            </w:pPr>
          </w:p>
        </w:tc>
        <w:tc>
          <w:tcPr>
            <w:tcW w:w="3212" w:type="dxa"/>
            <w:gridSpan w:val="2"/>
          </w:tcPr>
          <w:p w14:paraId="6E0F078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Satul / sectorul</w:t>
            </w:r>
          </w:p>
          <w:p w14:paraId="51A031BD" w14:textId="77777777" w:rsidR="003C7CA3" w:rsidRPr="00167BA9" w:rsidRDefault="003C7CA3">
            <w:pPr>
              <w:keepNext/>
              <w:rPr>
                <w:rFonts w:asciiTheme="majorHAnsi" w:hAnsiTheme="majorHAnsi" w:cstheme="majorHAnsi"/>
                <w:sz w:val="16"/>
                <w:szCs w:val="16"/>
              </w:rPr>
            </w:pPr>
          </w:p>
        </w:tc>
      </w:tr>
      <w:tr w:rsidR="003C7CA3" w:rsidRPr="00131165" w14:paraId="7CD30B99" w14:textId="77777777" w:rsidTr="00494210">
        <w:trPr>
          <w:cantSplit/>
          <w:trHeight w:val="510"/>
        </w:trPr>
        <w:tc>
          <w:tcPr>
            <w:tcW w:w="3212" w:type="dxa"/>
          </w:tcPr>
          <w:p w14:paraId="7E48C3E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Strada</w:t>
            </w:r>
          </w:p>
          <w:p w14:paraId="4890CAD7" w14:textId="77777777" w:rsidR="003C7CA3" w:rsidRPr="00167BA9" w:rsidRDefault="003C7CA3">
            <w:pPr>
              <w:keepNext/>
              <w:rPr>
                <w:rFonts w:asciiTheme="majorHAnsi" w:hAnsiTheme="majorHAnsi" w:cstheme="majorHAnsi"/>
                <w:sz w:val="16"/>
                <w:szCs w:val="16"/>
              </w:rPr>
            </w:pPr>
          </w:p>
        </w:tc>
        <w:tc>
          <w:tcPr>
            <w:tcW w:w="803" w:type="dxa"/>
          </w:tcPr>
          <w:p w14:paraId="75C2640F"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Nr.</w:t>
            </w:r>
          </w:p>
          <w:p w14:paraId="3D857801" w14:textId="77777777" w:rsidR="003C7CA3" w:rsidRPr="00167BA9" w:rsidRDefault="003C7CA3">
            <w:pPr>
              <w:keepNext/>
              <w:rPr>
                <w:rFonts w:asciiTheme="majorHAnsi" w:hAnsiTheme="majorHAnsi" w:cstheme="majorHAnsi"/>
                <w:sz w:val="16"/>
                <w:szCs w:val="16"/>
              </w:rPr>
            </w:pPr>
          </w:p>
        </w:tc>
        <w:tc>
          <w:tcPr>
            <w:tcW w:w="803" w:type="dxa"/>
          </w:tcPr>
          <w:p w14:paraId="44598F3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Sc.</w:t>
            </w:r>
          </w:p>
          <w:p w14:paraId="3AD7E415" w14:textId="77777777" w:rsidR="003C7CA3" w:rsidRPr="00167BA9" w:rsidRDefault="003C7CA3">
            <w:pPr>
              <w:keepNext/>
              <w:rPr>
                <w:rFonts w:asciiTheme="majorHAnsi" w:hAnsiTheme="majorHAnsi" w:cstheme="majorHAnsi"/>
                <w:sz w:val="16"/>
                <w:szCs w:val="16"/>
              </w:rPr>
            </w:pPr>
          </w:p>
        </w:tc>
        <w:tc>
          <w:tcPr>
            <w:tcW w:w="803" w:type="dxa"/>
          </w:tcPr>
          <w:p w14:paraId="0755CED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Et.</w:t>
            </w:r>
          </w:p>
          <w:p w14:paraId="01EC3C4A" w14:textId="77777777" w:rsidR="003C7CA3" w:rsidRPr="00167BA9" w:rsidRDefault="003C7CA3">
            <w:pPr>
              <w:keepNext/>
              <w:rPr>
                <w:rFonts w:asciiTheme="majorHAnsi" w:hAnsiTheme="majorHAnsi" w:cstheme="majorHAnsi"/>
                <w:sz w:val="16"/>
                <w:szCs w:val="16"/>
              </w:rPr>
            </w:pPr>
          </w:p>
        </w:tc>
        <w:tc>
          <w:tcPr>
            <w:tcW w:w="803" w:type="dxa"/>
          </w:tcPr>
          <w:p w14:paraId="5ED188DF"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Ap.</w:t>
            </w:r>
          </w:p>
          <w:p w14:paraId="277CB060" w14:textId="77777777" w:rsidR="003C7CA3" w:rsidRPr="00167BA9" w:rsidRDefault="003C7CA3">
            <w:pPr>
              <w:keepNext/>
              <w:rPr>
                <w:rFonts w:asciiTheme="majorHAnsi" w:hAnsiTheme="majorHAnsi" w:cstheme="majorHAnsi"/>
                <w:sz w:val="16"/>
                <w:szCs w:val="16"/>
              </w:rPr>
            </w:pPr>
          </w:p>
        </w:tc>
        <w:tc>
          <w:tcPr>
            <w:tcW w:w="1606" w:type="dxa"/>
          </w:tcPr>
          <w:p w14:paraId="758729CA"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Cod poștal</w:t>
            </w:r>
          </w:p>
          <w:p w14:paraId="5D5B1F32" w14:textId="77777777" w:rsidR="003C7CA3" w:rsidRPr="00167BA9" w:rsidRDefault="003C7CA3">
            <w:pPr>
              <w:keepNext/>
              <w:rPr>
                <w:rFonts w:asciiTheme="majorHAnsi" w:hAnsiTheme="majorHAnsi" w:cstheme="majorHAnsi"/>
                <w:sz w:val="16"/>
                <w:szCs w:val="16"/>
              </w:rPr>
            </w:pPr>
          </w:p>
        </w:tc>
        <w:tc>
          <w:tcPr>
            <w:tcW w:w="1606" w:type="dxa"/>
          </w:tcPr>
          <w:p w14:paraId="0BC8A1E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Țara</w:t>
            </w:r>
          </w:p>
          <w:p w14:paraId="2AF7BB24" w14:textId="77777777" w:rsidR="003C7CA3" w:rsidRPr="00167BA9" w:rsidRDefault="003C7CA3">
            <w:pPr>
              <w:keepNext/>
              <w:rPr>
                <w:rFonts w:asciiTheme="majorHAnsi" w:hAnsiTheme="majorHAnsi" w:cstheme="majorHAnsi"/>
                <w:sz w:val="16"/>
                <w:szCs w:val="16"/>
              </w:rPr>
            </w:pPr>
          </w:p>
        </w:tc>
      </w:tr>
      <w:tr w:rsidR="003C7CA3" w:rsidRPr="00131165" w14:paraId="5F55098D" w14:textId="77777777" w:rsidTr="00494210">
        <w:trPr>
          <w:cantSplit/>
        </w:trPr>
        <w:tc>
          <w:tcPr>
            <w:tcW w:w="9636" w:type="dxa"/>
            <w:gridSpan w:val="7"/>
            <w:shd w:val="clear" w:color="auto" w:fill="F4F4F4"/>
          </w:tcPr>
          <w:p w14:paraId="38563C5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sz w:val="16"/>
                <w:szCs w:val="16"/>
              </w:rPr>
              <w:t xml:space="preserve"> Imobil 7</w:t>
            </w:r>
          </w:p>
        </w:tc>
      </w:tr>
      <w:tr w:rsidR="003C7CA3" w:rsidRPr="00131165" w14:paraId="6E8A3C01" w14:textId="77777777" w:rsidTr="00494210">
        <w:trPr>
          <w:cantSplit/>
          <w:trHeight w:val="510"/>
        </w:trPr>
        <w:tc>
          <w:tcPr>
            <w:tcW w:w="3212" w:type="dxa"/>
          </w:tcPr>
          <w:p w14:paraId="5C5C586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Tip imobil</w:t>
            </w:r>
          </w:p>
          <w:p w14:paraId="5DB8AD74" w14:textId="5CE82AF2" w:rsidR="003C7CA3" w:rsidRPr="00167BA9" w:rsidRDefault="0062159B">
            <w:pPr>
              <w:keepNext/>
              <w:rPr>
                <w:rFonts w:asciiTheme="majorHAnsi" w:hAnsiTheme="majorHAnsi" w:cstheme="majorHAnsi"/>
                <w:sz w:val="16"/>
                <w:szCs w:val="16"/>
              </w:rPr>
            </w:pPr>
            <w:sdt>
              <w:sdtPr>
                <w:rPr>
                  <w:rFonts w:ascii="Segoe UI Symbol" w:hAnsi="Segoe UI Symbol" w:cs="Segoe UI Symbol"/>
                  <w:sz w:val="16"/>
                  <w:szCs w:val="16"/>
                </w:rPr>
                <w:id w:val="-1085066933"/>
                <w14:checkbox>
                  <w14:checked w14:val="0"/>
                  <w14:checkedState w14:val="2612" w14:font="MS Gothic"/>
                  <w14:uncheckedState w14:val="2610" w14:font="MS Gothic"/>
                </w14:checkbox>
              </w:sdtPr>
              <w:sdtEndPr/>
              <w:sdtContent>
                <w:r w:rsidR="001027D0">
                  <w:rPr>
                    <w:rFonts w:ascii="MS Gothic" w:eastAsia="MS Gothic" w:hAnsi="MS Gothic" w:cs="Segoe UI Symbol" w:hint="eastAsia"/>
                    <w:sz w:val="16"/>
                    <w:szCs w:val="16"/>
                  </w:rPr>
                  <w:t>☐</w:t>
                </w:r>
              </w:sdtContent>
            </w:sdt>
            <w:r w:rsidR="001027D0" w:rsidRPr="00167BA9">
              <w:rPr>
                <w:rFonts w:asciiTheme="majorHAnsi" w:hAnsiTheme="majorHAnsi" w:cstheme="majorHAnsi"/>
                <w:sz w:val="16"/>
                <w:szCs w:val="16"/>
              </w:rPr>
              <w:t xml:space="preserve"> teren     </w:t>
            </w:r>
            <w:sdt>
              <w:sdtPr>
                <w:rPr>
                  <w:rFonts w:asciiTheme="majorHAnsi" w:hAnsiTheme="majorHAnsi" w:cstheme="majorHAnsi"/>
                  <w:sz w:val="16"/>
                  <w:szCs w:val="16"/>
                </w:rPr>
                <w:id w:val="1479647434"/>
                <w14:checkbox>
                  <w14:checked w14:val="0"/>
                  <w14:checkedState w14:val="2612" w14:font="MS Gothic"/>
                  <w14:uncheckedState w14:val="2610" w14:font="MS Gothic"/>
                </w14:checkbox>
              </w:sdtPr>
              <w:sdtEndPr/>
              <w:sdtContent>
                <w:r w:rsidR="001027D0">
                  <w:rPr>
                    <w:rFonts w:ascii="MS Gothic" w:eastAsia="MS Gothic" w:hAnsi="MS Gothic" w:cstheme="majorHAnsi" w:hint="eastAsia"/>
                    <w:sz w:val="16"/>
                    <w:szCs w:val="16"/>
                  </w:rPr>
                  <w:t>☐</w:t>
                </w:r>
              </w:sdtContent>
            </w:sdt>
            <w:r w:rsidR="001027D0" w:rsidRPr="00167BA9">
              <w:rPr>
                <w:rFonts w:asciiTheme="majorHAnsi" w:hAnsiTheme="majorHAnsi" w:cstheme="majorHAnsi"/>
                <w:sz w:val="16"/>
                <w:szCs w:val="16"/>
              </w:rPr>
              <w:t xml:space="preserve"> construc</w:t>
            </w:r>
            <w:r w:rsidR="001027D0" w:rsidRPr="00167BA9">
              <w:rPr>
                <w:rFonts w:ascii="Calibri" w:hAnsi="Calibri" w:cs="Calibri"/>
                <w:sz w:val="16"/>
                <w:szCs w:val="16"/>
              </w:rPr>
              <w:t>ț</w:t>
            </w:r>
            <w:r w:rsidR="001027D0" w:rsidRPr="00167BA9">
              <w:rPr>
                <w:rFonts w:asciiTheme="majorHAnsi" w:hAnsiTheme="majorHAnsi" w:cstheme="majorHAnsi"/>
                <w:sz w:val="16"/>
                <w:szCs w:val="16"/>
              </w:rPr>
              <w:t>ii</w:t>
            </w:r>
          </w:p>
        </w:tc>
        <w:tc>
          <w:tcPr>
            <w:tcW w:w="3212" w:type="dxa"/>
            <w:gridSpan w:val="4"/>
          </w:tcPr>
          <w:p w14:paraId="10E317E8"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Număr cadastral</w:t>
            </w:r>
          </w:p>
          <w:p w14:paraId="7318CDCF" w14:textId="77777777" w:rsidR="003C7CA3" w:rsidRPr="00167BA9" w:rsidRDefault="003C7CA3">
            <w:pPr>
              <w:keepNext/>
              <w:rPr>
                <w:rFonts w:asciiTheme="majorHAnsi" w:hAnsiTheme="majorHAnsi" w:cstheme="majorHAnsi"/>
                <w:sz w:val="16"/>
                <w:szCs w:val="16"/>
              </w:rPr>
            </w:pPr>
          </w:p>
        </w:tc>
        <w:tc>
          <w:tcPr>
            <w:tcW w:w="3212" w:type="dxa"/>
            <w:gridSpan w:val="2"/>
          </w:tcPr>
          <w:p w14:paraId="199C76B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Carte funciară nr.</w:t>
            </w:r>
          </w:p>
          <w:p w14:paraId="2281F46A" w14:textId="77777777" w:rsidR="003C7CA3" w:rsidRPr="00167BA9" w:rsidRDefault="003C7CA3">
            <w:pPr>
              <w:keepNext/>
              <w:rPr>
                <w:rFonts w:asciiTheme="majorHAnsi" w:hAnsiTheme="majorHAnsi" w:cstheme="majorHAnsi"/>
                <w:sz w:val="16"/>
                <w:szCs w:val="16"/>
              </w:rPr>
            </w:pPr>
          </w:p>
        </w:tc>
      </w:tr>
      <w:tr w:rsidR="003C7CA3" w:rsidRPr="00131165" w14:paraId="0E827CAC" w14:textId="77777777" w:rsidTr="00494210">
        <w:trPr>
          <w:cantSplit/>
          <w:trHeight w:val="510"/>
        </w:trPr>
        <w:tc>
          <w:tcPr>
            <w:tcW w:w="3212" w:type="dxa"/>
          </w:tcPr>
          <w:p w14:paraId="482CE6BA"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Județul</w:t>
            </w:r>
          </w:p>
          <w:p w14:paraId="7D9C4ADA" w14:textId="77777777" w:rsidR="003C7CA3" w:rsidRPr="00167BA9" w:rsidRDefault="003C7CA3">
            <w:pPr>
              <w:keepNext/>
              <w:rPr>
                <w:rFonts w:asciiTheme="majorHAnsi" w:hAnsiTheme="majorHAnsi" w:cstheme="majorHAnsi"/>
                <w:sz w:val="16"/>
                <w:szCs w:val="16"/>
              </w:rPr>
            </w:pPr>
          </w:p>
        </w:tc>
        <w:tc>
          <w:tcPr>
            <w:tcW w:w="3212" w:type="dxa"/>
            <w:gridSpan w:val="4"/>
          </w:tcPr>
          <w:p w14:paraId="6FF092DD"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Municipiul / orașul / comuna</w:t>
            </w:r>
          </w:p>
          <w:p w14:paraId="7B3F2A48" w14:textId="77777777" w:rsidR="003C7CA3" w:rsidRPr="00167BA9" w:rsidRDefault="003C7CA3">
            <w:pPr>
              <w:keepNext/>
              <w:rPr>
                <w:rFonts w:asciiTheme="majorHAnsi" w:hAnsiTheme="majorHAnsi" w:cstheme="majorHAnsi"/>
                <w:sz w:val="16"/>
                <w:szCs w:val="16"/>
              </w:rPr>
            </w:pPr>
          </w:p>
        </w:tc>
        <w:tc>
          <w:tcPr>
            <w:tcW w:w="3212" w:type="dxa"/>
            <w:gridSpan w:val="2"/>
          </w:tcPr>
          <w:p w14:paraId="4146120E"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Satul / sectorul</w:t>
            </w:r>
          </w:p>
          <w:p w14:paraId="382F6D57" w14:textId="77777777" w:rsidR="003C7CA3" w:rsidRPr="00167BA9" w:rsidRDefault="003C7CA3">
            <w:pPr>
              <w:keepNext/>
              <w:rPr>
                <w:rFonts w:asciiTheme="majorHAnsi" w:hAnsiTheme="majorHAnsi" w:cstheme="majorHAnsi"/>
                <w:sz w:val="16"/>
                <w:szCs w:val="16"/>
              </w:rPr>
            </w:pPr>
          </w:p>
        </w:tc>
      </w:tr>
      <w:tr w:rsidR="003C7CA3" w:rsidRPr="00131165" w14:paraId="350ADAED" w14:textId="77777777" w:rsidTr="00494210">
        <w:trPr>
          <w:cantSplit/>
          <w:trHeight w:val="510"/>
        </w:trPr>
        <w:tc>
          <w:tcPr>
            <w:tcW w:w="3212" w:type="dxa"/>
          </w:tcPr>
          <w:p w14:paraId="3EF592B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Strada</w:t>
            </w:r>
          </w:p>
          <w:p w14:paraId="6E09AA0D" w14:textId="77777777" w:rsidR="003C7CA3" w:rsidRPr="00167BA9" w:rsidRDefault="003C7CA3">
            <w:pPr>
              <w:keepNext/>
              <w:rPr>
                <w:rFonts w:asciiTheme="majorHAnsi" w:hAnsiTheme="majorHAnsi" w:cstheme="majorHAnsi"/>
                <w:sz w:val="16"/>
                <w:szCs w:val="16"/>
              </w:rPr>
            </w:pPr>
          </w:p>
        </w:tc>
        <w:tc>
          <w:tcPr>
            <w:tcW w:w="803" w:type="dxa"/>
          </w:tcPr>
          <w:p w14:paraId="03CDAA70"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Nr.</w:t>
            </w:r>
          </w:p>
          <w:p w14:paraId="04104BF4" w14:textId="77777777" w:rsidR="003C7CA3" w:rsidRPr="00167BA9" w:rsidRDefault="003C7CA3">
            <w:pPr>
              <w:keepNext/>
              <w:rPr>
                <w:rFonts w:asciiTheme="majorHAnsi" w:hAnsiTheme="majorHAnsi" w:cstheme="majorHAnsi"/>
                <w:sz w:val="16"/>
                <w:szCs w:val="16"/>
              </w:rPr>
            </w:pPr>
          </w:p>
        </w:tc>
        <w:tc>
          <w:tcPr>
            <w:tcW w:w="803" w:type="dxa"/>
          </w:tcPr>
          <w:p w14:paraId="003E8B23"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Sc.</w:t>
            </w:r>
          </w:p>
          <w:p w14:paraId="7A6C79BB" w14:textId="77777777" w:rsidR="003C7CA3" w:rsidRPr="00167BA9" w:rsidRDefault="003C7CA3">
            <w:pPr>
              <w:keepNext/>
              <w:rPr>
                <w:rFonts w:asciiTheme="majorHAnsi" w:hAnsiTheme="majorHAnsi" w:cstheme="majorHAnsi"/>
                <w:sz w:val="16"/>
                <w:szCs w:val="16"/>
              </w:rPr>
            </w:pPr>
          </w:p>
        </w:tc>
        <w:tc>
          <w:tcPr>
            <w:tcW w:w="803" w:type="dxa"/>
          </w:tcPr>
          <w:p w14:paraId="2E86E7BB"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Et.</w:t>
            </w:r>
          </w:p>
          <w:p w14:paraId="0874CF46" w14:textId="77777777" w:rsidR="003C7CA3" w:rsidRPr="00167BA9" w:rsidRDefault="003C7CA3">
            <w:pPr>
              <w:keepNext/>
              <w:rPr>
                <w:rFonts w:asciiTheme="majorHAnsi" w:hAnsiTheme="majorHAnsi" w:cstheme="majorHAnsi"/>
                <w:sz w:val="16"/>
                <w:szCs w:val="16"/>
              </w:rPr>
            </w:pPr>
          </w:p>
        </w:tc>
        <w:tc>
          <w:tcPr>
            <w:tcW w:w="803" w:type="dxa"/>
          </w:tcPr>
          <w:p w14:paraId="044057D9"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Ap.</w:t>
            </w:r>
          </w:p>
          <w:p w14:paraId="3376C1C7" w14:textId="77777777" w:rsidR="003C7CA3" w:rsidRPr="00167BA9" w:rsidRDefault="003C7CA3">
            <w:pPr>
              <w:keepNext/>
              <w:rPr>
                <w:rFonts w:asciiTheme="majorHAnsi" w:hAnsiTheme="majorHAnsi" w:cstheme="majorHAnsi"/>
                <w:sz w:val="16"/>
                <w:szCs w:val="16"/>
              </w:rPr>
            </w:pPr>
          </w:p>
        </w:tc>
        <w:tc>
          <w:tcPr>
            <w:tcW w:w="1606" w:type="dxa"/>
          </w:tcPr>
          <w:p w14:paraId="6DF4ADA1"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Cod poștal</w:t>
            </w:r>
          </w:p>
          <w:p w14:paraId="5EB5FE7C" w14:textId="77777777" w:rsidR="003C7CA3" w:rsidRPr="00167BA9" w:rsidRDefault="003C7CA3">
            <w:pPr>
              <w:keepNext/>
              <w:rPr>
                <w:rFonts w:asciiTheme="majorHAnsi" w:hAnsiTheme="majorHAnsi" w:cstheme="majorHAnsi"/>
                <w:sz w:val="16"/>
                <w:szCs w:val="16"/>
              </w:rPr>
            </w:pPr>
          </w:p>
        </w:tc>
        <w:tc>
          <w:tcPr>
            <w:tcW w:w="1606" w:type="dxa"/>
          </w:tcPr>
          <w:p w14:paraId="06F0C4C6" w14:textId="77777777" w:rsidR="003C7CA3" w:rsidRPr="00167BA9" w:rsidRDefault="003454F7">
            <w:pPr>
              <w:keepNext/>
              <w:rPr>
                <w:rFonts w:asciiTheme="majorHAnsi" w:hAnsiTheme="majorHAnsi" w:cstheme="majorHAnsi"/>
                <w:sz w:val="16"/>
                <w:szCs w:val="16"/>
              </w:rPr>
            </w:pPr>
            <w:r w:rsidRPr="00167BA9">
              <w:rPr>
                <w:rFonts w:asciiTheme="majorHAnsi" w:hAnsiTheme="majorHAnsi" w:cstheme="majorHAnsi"/>
                <w:b/>
                <w:color w:val="0D5F78"/>
                <w:sz w:val="16"/>
                <w:szCs w:val="16"/>
              </w:rPr>
              <w:t>Țara</w:t>
            </w:r>
          </w:p>
          <w:p w14:paraId="5DB99EB8" w14:textId="77777777" w:rsidR="003C7CA3" w:rsidRPr="00167BA9" w:rsidRDefault="003C7CA3">
            <w:pPr>
              <w:keepNext/>
              <w:rPr>
                <w:rFonts w:asciiTheme="majorHAnsi" w:hAnsiTheme="majorHAnsi" w:cstheme="majorHAnsi"/>
                <w:sz w:val="16"/>
                <w:szCs w:val="16"/>
              </w:rPr>
            </w:pPr>
          </w:p>
        </w:tc>
      </w:tr>
    </w:tbl>
    <w:p w14:paraId="19038766" w14:textId="77777777" w:rsidR="003C7CA3" w:rsidRPr="00131165" w:rsidRDefault="003C7CA3">
      <w:pPr>
        <w:spacing w:line="168" w:lineRule="auto"/>
        <w:rPr>
          <w:rFonts w:asciiTheme="majorHAnsi" w:hAnsiTheme="majorHAnsi" w:cstheme="majorHAnsi"/>
        </w:rPr>
      </w:pPr>
    </w:p>
    <w:p w14:paraId="376E231B" w14:textId="77777777" w:rsidR="003C7CA3" w:rsidRPr="00131165" w:rsidRDefault="003454F7">
      <w:pPr>
        <w:rPr>
          <w:rFonts w:asciiTheme="majorHAnsi" w:hAnsiTheme="majorHAnsi" w:cstheme="majorHAnsi"/>
        </w:rPr>
      </w:pPr>
      <w:r w:rsidRPr="00131165">
        <w:rPr>
          <w:rFonts w:asciiTheme="majorHAnsi" w:hAnsiTheme="majorHAnsi" w:cstheme="majorHAnsi"/>
        </w:rPr>
        <w:br w:type="page"/>
      </w:r>
    </w:p>
    <w:p w14:paraId="17458E7D" w14:textId="7666EFC2" w:rsidR="003C7CA3" w:rsidRPr="00494210" w:rsidRDefault="003454F7">
      <w:pPr>
        <w:spacing w:before="140" w:after="40"/>
        <w:jc w:val="center"/>
        <w:rPr>
          <w:rFonts w:asciiTheme="majorHAnsi" w:hAnsiTheme="majorHAnsi" w:cstheme="majorHAnsi"/>
          <w:sz w:val="28"/>
          <w:szCs w:val="28"/>
        </w:rPr>
      </w:pPr>
      <w:r w:rsidRPr="00494210">
        <w:rPr>
          <w:rFonts w:asciiTheme="majorHAnsi" w:hAnsiTheme="majorHAnsi" w:cstheme="majorHAnsi"/>
          <w:b/>
          <w:sz w:val="28"/>
          <w:szCs w:val="28"/>
        </w:rPr>
        <w:lastRenderedPageBreak/>
        <w:t xml:space="preserve">ANEXA TEHNICĂ </w:t>
      </w:r>
    </w:p>
    <w:p w14:paraId="6278166B" w14:textId="77777777" w:rsidR="003C7CA3" w:rsidRPr="00494210" w:rsidRDefault="003454F7">
      <w:pPr>
        <w:spacing w:after="120"/>
        <w:jc w:val="center"/>
        <w:rPr>
          <w:rFonts w:asciiTheme="majorHAnsi" w:hAnsiTheme="majorHAnsi" w:cstheme="majorHAnsi"/>
          <w:sz w:val="18"/>
          <w:szCs w:val="18"/>
        </w:rPr>
      </w:pPr>
      <w:r w:rsidRPr="00494210">
        <w:rPr>
          <w:rFonts w:asciiTheme="majorHAnsi" w:hAnsiTheme="majorHAnsi" w:cstheme="majorHAnsi"/>
          <w:sz w:val="18"/>
          <w:szCs w:val="18"/>
        </w:rPr>
        <w:t>la cererea pentru emiterea autorizației de construire / desființare</w:t>
      </w:r>
    </w:p>
    <w:p w14:paraId="2265C486" w14:textId="5A9420AA" w:rsidR="003C7CA3" w:rsidRPr="00494210" w:rsidRDefault="003454F7" w:rsidP="005375AB">
      <w:pPr>
        <w:spacing w:after="120"/>
        <w:jc w:val="center"/>
        <w:rPr>
          <w:rFonts w:asciiTheme="majorHAnsi" w:hAnsiTheme="majorHAnsi" w:cstheme="majorHAnsi"/>
          <w:sz w:val="18"/>
          <w:szCs w:val="18"/>
        </w:rPr>
      </w:pPr>
      <w:r w:rsidRPr="00494210">
        <w:rPr>
          <w:rFonts w:asciiTheme="majorHAnsi" w:hAnsiTheme="majorHAnsi" w:cstheme="majorHAnsi"/>
          <w:sz w:val="18"/>
          <w:szCs w:val="18"/>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131165" w14:paraId="332C7D5E" w14:textId="77777777">
        <w:trPr>
          <w:cantSplit/>
        </w:trPr>
        <w:tc>
          <w:tcPr>
            <w:tcW w:w="9636" w:type="dxa"/>
            <w:shd w:val="clear" w:color="auto" w:fill="F4F4F4"/>
          </w:tcPr>
          <w:p w14:paraId="4C23CF0D" w14:textId="14CB0DE0" w:rsidR="00F61A70" w:rsidRPr="00131165" w:rsidRDefault="003454F7" w:rsidP="00F61A70">
            <w:pPr>
              <w:pStyle w:val="ListParagraph"/>
              <w:keepNext/>
              <w:numPr>
                <w:ilvl w:val="0"/>
                <w:numId w:val="10"/>
              </w:numPr>
              <w:rPr>
                <w:rFonts w:asciiTheme="majorHAnsi" w:hAnsiTheme="majorHAnsi" w:cstheme="majorHAnsi"/>
                <w:b/>
                <w:color w:val="000000"/>
                <w:sz w:val="18"/>
              </w:rPr>
            </w:pPr>
            <w:r w:rsidRPr="00131165">
              <w:rPr>
                <w:rFonts w:asciiTheme="majorHAnsi" w:hAnsiTheme="majorHAnsi" w:cstheme="majorHAnsi"/>
                <w:b/>
                <w:color w:val="000000"/>
                <w:sz w:val="18"/>
              </w:rPr>
              <w:t>CATEGORIILE DE LUCRĂRI</w:t>
            </w:r>
            <w:r w:rsidR="00E9623F" w:rsidRPr="00131165">
              <w:rPr>
                <w:rFonts w:asciiTheme="majorHAnsi" w:hAnsiTheme="majorHAnsi" w:cstheme="majorHAnsi"/>
                <w:b/>
                <w:color w:val="000000"/>
                <w:sz w:val="18"/>
              </w:rPr>
              <w:t xml:space="preserve"> APLICABILE OBIECTIVULUI/OBIECTULUI DE INVESTIȚII</w:t>
            </w:r>
            <w:r w:rsidR="00F61A70" w:rsidRPr="00131165">
              <w:rPr>
                <w:rFonts w:asciiTheme="majorHAnsi" w:hAnsiTheme="majorHAnsi" w:cstheme="majorHAnsi"/>
                <w:b/>
                <w:color w:val="000000"/>
                <w:sz w:val="18"/>
              </w:rPr>
              <w:t xml:space="preserve"> </w:t>
            </w:r>
          </w:p>
          <w:p w14:paraId="3530FB7B" w14:textId="0844A2BD" w:rsidR="003C7CA3" w:rsidRPr="00131165" w:rsidRDefault="00F61A70" w:rsidP="00F61A70">
            <w:pPr>
              <w:keepNext/>
              <w:ind w:left="45"/>
              <w:rPr>
                <w:rFonts w:asciiTheme="majorHAnsi" w:hAnsiTheme="majorHAnsi" w:cstheme="majorHAnsi"/>
                <w:bCs/>
              </w:rPr>
            </w:pPr>
            <w:r w:rsidRPr="00131165">
              <w:rPr>
                <w:rFonts w:asciiTheme="majorHAnsi" w:hAnsiTheme="majorHAnsi" w:cstheme="majorHAnsi"/>
                <w:bCs/>
                <w:color w:val="000000"/>
                <w:sz w:val="18"/>
              </w:rPr>
              <w:t>(se bifeaza toate cele aplicabile)</w:t>
            </w:r>
          </w:p>
        </w:tc>
      </w:tr>
      <w:tr w:rsidR="003C7CA3" w:rsidRPr="00131165" w14:paraId="3C6A968F" w14:textId="77777777">
        <w:trPr>
          <w:cantSplit/>
        </w:trPr>
        <w:tc>
          <w:tcPr>
            <w:tcW w:w="9636" w:type="dxa"/>
            <w:shd w:val="clear" w:color="auto" w:fill="F4F4F4"/>
          </w:tcPr>
          <w:p w14:paraId="4CD25743" w14:textId="34781603" w:rsidR="003C7CA3" w:rsidRPr="005830D5" w:rsidRDefault="003454F7">
            <w:pPr>
              <w:keepNext/>
              <w:rPr>
                <w:rFonts w:asciiTheme="majorHAnsi" w:hAnsiTheme="majorHAnsi" w:cstheme="majorHAnsi"/>
                <w:b/>
                <w:bCs/>
                <w:sz w:val="18"/>
                <w:szCs w:val="18"/>
              </w:rPr>
            </w:pPr>
            <w:r w:rsidRPr="005830D5">
              <w:rPr>
                <w:rFonts w:asciiTheme="majorHAnsi" w:hAnsiTheme="majorHAnsi" w:cstheme="majorHAnsi"/>
                <w:sz w:val="18"/>
                <w:szCs w:val="18"/>
              </w:rPr>
              <w:t xml:space="preserve"> </w:t>
            </w:r>
            <w:r w:rsidRPr="005830D5">
              <w:rPr>
                <w:rFonts w:asciiTheme="majorHAnsi" w:hAnsiTheme="majorHAnsi" w:cstheme="majorHAnsi"/>
                <w:b/>
                <w:bCs/>
                <w:sz w:val="18"/>
                <w:szCs w:val="18"/>
              </w:rPr>
              <w:t xml:space="preserve">A · Lucrări de construcții noi, </w:t>
            </w:r>
            <w:r w:rsidR="00F61A70" w:rsidRPr="005830D5">
              <w:rPr>
                <w:rFonts w:asciiTheme="majorHAnsi" w:hAnsiTheme="majorHAnsi" w:cstheme="majorHAnsi"/>
                <w:b/>
                <w:bCs/>
                <w:sz w:val="18"/>
                <w:szCs w:val="18"/>
              </w:rPr>
              <w:t xml:space="preserve">inclusiv instalațiile aferente acestora, </w:t>
            </w:r>
            <w:r w:rsidRPr="005830D5">
              <w:rPr>
                <w:rFonts w:asciiTheme="majorHAnsi" w:hAnsiTheme="majorHAnsi" w:cstheme="majorHAnsi"/>
                <w:b/>
                <w:bCs/>
                <w:sz w:val="18"/>
                <w:szCs w:val="18"/>
              </w:rPr>
              <w:t>realizate</w:t>
            </w:r>
            <w:r w:rsidR="00F61A70" w:rsidRPr="005830D5">
              <w:rPr>
                <w:rFonts w:asciiTheme="majorHAnsi" w:hAnsiTheme="majorHAnsi" w:cstheme="majorHAnsi"/>
                <w:b/>
                <w:bCs/>
                <w:sz w:val="18"/>
                <w:szCs w:val="18"/>
              </w:rPr>
              <w:t> :</w:t>
            </w:r>
          </w:p>
        </w:tc>
      </w:tr>
      <w:tr w:rsidR="003C7CA3" w:rsidRPr="00131165" w14:paraId="147A6BE2" w14:textId="77777777">
        <w:trPr>
          <w:cantSplit/>
        </w:trPr>
        <w:tc>
          <w:tcPr>
            <w:tcW w:w="9636" w:type="dxa"/>
          </w:tcPr>
          <w:p w14:paraId="601EB108" w14:textId="11DD782C" w:rsidR="003C7CA3" w:rsidRPr="005830D5" w:rsidRDefault="0062159B">
            <w:pPr>
              <w:keepNext/>
              <w:rPr>
                <w:rFonts w:asciiTheme="majorHAnsi" w:hAnsiTheme="majorHAnsi" w:cstheme="majorHAnsi"/>
                <w:sz w:val="18"/>
                <w:szCs w:val="18"/>
              </w:rPr>
            </w:pPr>
            <w:sdt>
              <w:sdtPr>
                <w:rPr>
                  <w:rFonts w:asciiTheme="majorHAnsi" w:hAnsiTheme="majorHAnsi" w:cstheme="majorHAnsi"/>
                  <w:b/>
                  <w:bCs/>
                  <w:sz w:val="18"/>
                  <w:szCs w:val="18"/>
                </w:rPr>
                <w:id w:val="1448435807"/>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18"/>
                    <w:szCs w:val="18"/>
                  </w:rPr>
                  <w:t>☐</w:t>
                </w:r>
              </w:sdtContent>
            </w:sdt>
            <w:r w:rsidR="000537F2" w:rsidRPr="005830D5">
              <w:rPr>
                <w:rFonts w:asciiTheme="majorHAnsi" w:hAnsiTheme="majorHAnsi" w:cstheme="majorHAnsi"/>
                <w:sz w:val="18"/>
                <w:szCs w:val="18"/>
              </w:rPr>
              <w:t xml:space="preserve"> </w:t>
            </w:r>
            <w:r w:rsidR="003454F7" w:rsidRPr="005830D5">
              <w:rPr>
                <w:rFonts w:asciiTheme="majorHAnsi" w:hAnsiTheme="majorHAnsi" w:cstheme="majorHAnsi"/>
                <w:sz w:val="18"/>
                <w:szCs w:val="18"/>
              </w:rPr>
              <w:t xml:space="preserve">în afara zonelor de protecție a monumentelor istorice   </w:t>
            </w:r>
            <w:sdt>
              <w:sdtPr>
                <w:rPr>
                  <w:rFonts w:asciiTheme="majorHAnsi" w:hAnsiTheme="majorHAnsi" w:cstheme="majorHAnsi"/>
                  <w:sz w:val="18"/>
                  <w:szCs w:val="18"/>
                </w:rPr>
                <w:id w:val="-1058240379"/>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w:t>
            </w:r>
            <w:r w:rsidR="003454F7" w:rsidRPr="005830D5">
              <w:rPr>
                <w:rFonts w:ascii="Calibri" w:hAnsi="Calibri" w:cs="Calibri"/>
                <w:sz w:val="18"/>
                <w:szCs w:val="18"/>
              </w:rPr>
              <w:t>î</w:t>
            </w:r>
            <w:r w:rsidR="003454F7" w:rsidRPr="005830D5">
              <w:rPr>
                <w:rFonts w:asciiTheme="majorHAnsi" w:hAnsiTheme="majorHAnsi" w:cstheme="majorHAnsi"/>
                <w:sz w:val="18"/>
                <w:szCs w:val="18"/>
              </w:rPr>
              <w:t>n zona de protec</w:t>
            </w:r>
            <w:r w:rsidR="003454F7" w:rsidRPr="005830D5">
              <w:rPr>
                <w:rFonts w:ascii="Calibri" w:hAnsi="Calibri" w:cs="Calibri"/>
                <w:sz w:val="18"/>
                <w:szCs w:val="18"/>
              </w:rPr>
              <w:t>ț</w:t>
            </w:r>
            <w:r w:rsidR="003454F7" w:rsidRPr="005830D5">
              <w:rPr>
                <w:rFonts w:asciiTheme="majorHAnsi" w:hAnsiTheme="majorHAnsi" w:cstheme="majorHAnsi"/>
                <w:sz w:val="18"/>
                <w:szCs w:val="18"/>
              </w:rPr>
              <w:t xml:space="preserve">ie a monumentelor istorice   </w:t>
            </w:r>
            <w:sdt>
              <w:sdtPr>
                <w:rPr>
                  <w:rFonts w:asciiTheme="majorHAnsi" w:hAnsiTheme="majorHAnsi" w:cstheme="majorHAnsi"/>
                  <w:b/>
                  <w:bCs/>
                  <w:sz w:val="18"/>
                  <w:szCs w:val="18"/>
                </w:rPr>
                <w:id w:val="1095831559"/>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18"/>
                    <w:szCs w:val="18"/>
                  </w:rPr>
                  <w:t>☐</w:t>
                </w:r>
              </w:sdtContent>
            </w:sdt>
            <w:r w:rsidR="003454F7" w:rsidRPr="005830D5">
              <w:rPr>
                <w:rFonts w:asciiTheme="majorHAnsi" w:hAnsiTheme="majorHAnsi" w:cstheme="majorHAnsi"/>
                <w:sz w:val="18"/>
                <w:szCs w:val="18"/>
              </w:rPr>
              <w:t xml:space="preserve">  în afara zonelor construite protejate    </w:t>
            </w:r>
            <w:sdt>
              <w:sdtPr>
                <w:rPr>
                  <w:rFonts w:asciiTheme="majorHAnsi" w:hAnsiTheme="majorHAnsi" w:cstheme="majorHAnsi"/>
                  <w:sz w:val="18"/>
                  <w:szCs w:val="18"/>
                </w:rPr>
                <w:id w:val="1680938359"/>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w:t>
            </w:r>
            <w:r w:rsidR="003454F7" w:rsidRPr="005830D5">
              <w:rPr>
                <w:rFonts w:ascii="Calibri" w:hAnsi="Calibri" w:cs="Calibri"/>
                <w:sz w:val="18"/>
                <w:szCs w:val="18"/>
              </w:rPr>
              <w:t>î</w:t>
            </w:r>
            <w:r w:rsidR="003454F7" w:rsidRPr="005830D5">
              <w:rPr>
                <w:rFonts w:asciiTheme="majorHAnsi" w:hAnsiTheme="majorHAnsi" w:cstheme="majorHAnsi"/>
                <w:sz w:val="18"/>
                <w:szCs w:val="18"/>
              </w:rPr>
              <w:t>n zone construite protejate</w:t>
            </w:r>
          </w:p>
        </w:tc>
      </w:tr>
      <w:tr w:rsidR="003C7CA3" w:rsidRPr="00131165" w14:paraId="2D382061" w14:textId="77777777">
        <w:trPr>
          <w:cantSplit/>
        </w:trPr>
        <w:tc>
          <w:tcPr>
            <w:tcW w:w="9636" w:type="dxa"/>
          </w:tcPr>
          <w:p w14:paraId="378966C3" w14:textId="50A8206C"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368374916"/>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0537F2" w:rsidRPr="005830D5">
              <w:rPr>
                <w:rFonts w:ascii="Segoe UI Symbol" w:hAnsi="Segoe UI Symbol" w:cs="Segoe UI Symbol"/>
                <w:b/>
                <w:bCs/>
                <w:sz w:val="18"/>
                <w:szCs w:val="18"/>
              </w:rPr>
              <w:t xml:space="preserve"> </w:t>
            </w:r>
            <w:r w:rsidR="003454F7" w:rsidRPr="005830D5">
              <w:rPr>
                <w:rFonts w:asciiTheme="majorHAnsi" w:hAnsiTheme="majorHAnsi" w:cstheme="majorHAnsi"/>
                <w:b/>
                <w:bCs/>
                <w:sz w:val="18"/>
                <w:szCs w:val="18"/>
              </w:rPr>
              <w:t xml:space="preserve"> A.1 · clădiri civile </w:t>
            </w:r>
            <w:r w:rsidR="003454F7" w:rsidRPr="005830D5">
              <w:rPr>
                <w:rFonts w:asciiTheme="majorHAnsi" w:hAnsiTheme="majorHAnsi" w:cstheme="majorHAnsi"/>
                <w:sz w:val="18"/>
                <w:szCs w:val="18"/>
              </w:rPr>
              <w:t xml:space="preserve">— construcții de locuințe:     </w:t>
            </w:r>
            <w:sdt>
              <w:sdtPr>
                <w:rPr>
                  <w:rFonts w:asciiTheme="majorHAnsi" w:hAnsiTheme="majorHAnsi" w:cstheme="majorHAnsi"/>
                  <w:sz w:val="18"/>
                  <w:szCs w:val="18"/>
                </w:rPr>
                <w:id w:val="-716886784"/>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0537F2"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 xml:space="preserve"> individuale    </w:t>
            </w:r>
            <w:sdt>
              <w:sdtPr>
                <w:rPr>
                  <w:rFonts w:asciiTheme="majorHAnsi" w:hAnsiTheme="majorHAnsi" w:cstheme="majorHAnsi"/>
                  <w:sz w:val="18"/>
                  <w:szCs w:val="18"/>
                </w:rPr>
                <w:id w:val="1968396576"/>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semicolective    </w:t>
            </w:r>
            <w:sdt>
              <w:sdtPr>
                <w:rPr>
                  <w:rFonts w:asciiTheme="majorHAnsi" w:hAnsiTheme="majorHAnsi" w:cstheme="majorHAnsi"/>
                  <w:sz w:val="18"/>
                  <w:szCs w:val="18"/>
                </w:rPr>
                <w:id w:val="-970046437"/>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colective</w:t>
            </w:r>
          </w:p>
        </w:tc>
      </w:tr>
      <w:tr w:rsidR="003C7CA3" w:rsidRPr="00131165" w14:paraId="55BF03ED" w14:textId="77777777">
        <w:trPr>
          <w:cantSplit/>
        </w:trPr>
        <w:tc>
          <w:tcPr>
            <w:tcW w:w="9636" w:type="dxa"/>
          </w:tcPr>
          <w:p w14:paraId="5D3F0566" w14:textId="5DA28A36"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008253648"/>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0537F2"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 xml:space="preserve"> construc</w:t>
            </w:r>
            <w:r w:rsidR="003454F7" w:rsidRPr="005830D5">
              <w:rPr>
                <w:rFonts w:ascii="Calibri" w:hAnsi="Calibri" w:cs="Calibri"/>
                <w:sz w:val="18"/>
                <w:szCs w:val="18"/>
              </w:rPr>
              <w:t>ț</w:t>
            </w:r>
            <w:r w:rsidR="003454F7" w:rsidRPr="005830D5">
              <w:rPr>
                <w:rFonts w:asciiTheme="majorHAnsi" w:hAnsiTheme="majorHAnsi" w:cstheme="majorHAnsi"/>
                <w:sz w:val="18"/>
                <w:szCs w:val="18"/>
              </w:rPr>
              <w:t>ii pentru institu</w:t>
            </w:r>
            <w:r w:rsidR="003454F7" w:rsidRPr="005830D5">
              <w:rPr>
                <w:rFonts w:ascii="Calibri" w:hAnsi="Calibri" w:cs="Calibri"/>
                <w:sz w:val="18"/>
                <w:szCs w:val="18"/>
              </w:rPr>
              <w:t>ț</w:t>
            </w:r>
            <w:r w:rsidR="003454F7" w:rsidRPr="005830D5">
              <w:rPr>
                <w:rFonts w:asciiTheme="majorHAnsi" w:hAnsiTheme="majorHAnsi" w:cstheme="majorHAnsi"/>
                <w:sz w:val="18"/>
                <w:szCs w:val="18"/>
              </w:rPr>
              <w:t xml:space="preserve">ii publice </w:t>
            </w:r>
            <w:r w:rsidR="003454F7" w:rsidRPr="005830D5">
              <w:rPr>
                <w:rFonts w:ascii="Calibri" w:hAnsi="Calibri" w:cs="Calibri"/>
                <w:sz w:val="18"/>
                <w:szCs w:val="18"/>
              </w:rPr>
              <w:t>ș</w:t>
            </w:r>
            <w:r w:rsidR="003454F7" w:rsidRPr="005830D5">
              <w:rPr>
                <w:rFonts w:asciiTheme="majorHAnsi" w:hAnsiTheme="majorHAnsi" w:cstheme="majorHAnsi"/>
                <w:sz w:val="18"/>
                <w:szCs w:val="18"/>
              </w:rPr>
              <w:t xml:space="preserve">i servicii:   </w:t>
            </w:r>
            <w:sdt>
              <w:sdtPr>
                <w:rPr>
                  <w:rFonts w:asciiTheme="majorHAnsi" w:hAnsiTheme="majorHAnsi" w:cstheme="majorHAnsi"/>
                  <w:sz w:val="18"/>
                  <w:szCs w:val="18"/>
                </w:rPr>
                <w:id w:val="1616552744"/>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pentru s</w:t>
            </w:r>
            <w:r w:rsidR="003454F7" w:rsidRPr="005830D5">
              <w:rPr>
                <w:rFonts w:ascii="Calibri" w:hAnsi="Calibri" w:cs="Calibri"/>
                <w:sz w:val="18"/>
                <w:szCs w:val="18"/>
              </w:rPr>
              <w:t>ă</w:t>
            </w:r>
            <w:r w:rsidR="003454F7" w:rsidRPr="005830D5">
              <w:rPr>
                <w:rFonts w:asciiTheme="majorHAnsi" w:hAnsiTheme="majorHAnsi" w:cstheme="majorHAnsi"/>
                <w:sz w:val="18"/>
                <w:szCs w:val="18"/>
              </w:rPr>
              <w:t>n</w:t>
            </w:r>
            <w:r w:rsidR="003454F7" w:rsidRPr="005830D5">
              <w:rPr>
                <w:rFonts w:ascii="Calibri" w:hAnsi="Calibri" w:cs="Calibri"/>
                <w:sz w:val="18"/>
                <w:szCs w:val="18"/>
              </w:rPr>
              <w:t>ă</w:t>
            </w:r>
            <w:r w:rsidR="003454F7" w:rsidRPr="005830D5">
              <w:rPr>
                <w:rFonts w:asciiTheme="majorHAnsi" w:hAnsiTheme="majorHAnsi" w:cstheme="majorHAnsi"/>
                <w:sz w:val="18"/>
                <w:szCs w:val="18"/>
              </w:rPr>
              <w:t xml:space="preserve">tate    </w:t>
            </w:r>
            <w:sdt>
              <w:sdtPr>
                <w:rPr>
                  <w:rFonts w:asciiTheme="majorHAnsi" w:hAnsiTheme="majorHAnsi" w:cstheme="majorHAnsi"/>
                  <w:sz w:val="18"/>
                  <w:szCs w:val="18"/>
                </w:rPr>
                <w:id w:val="28231191"/>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pentru asisten</w:t>
            </w:r>
            <w:r w:rsidR="003454F7" w:rsidRPr="005830D5">
              <w:rPr>
                <w:rFonts w:ascii="Calibri" w:hAnsi="Calibri" w:cs="Calibri"/>
                <w:sz w:val="18"/>
                <w:szCs w:val="18"/>
              </w:rPr>
              <w:t>ță</w:t>
            </w:r>
            <w:r w:rsidR="003454F7" w:rsidRPr="005830D5">
              <w:rPr>
                <w:rFonts w:asciiTheme="majorHAnsi" w:hAnsiTheme="majorHAnsi" w:cstheme="majorHAnsi"/>
                <w:sz w:val="18"/>
                <w:szCs w:val="18"/>
              </w:rPr>
              <w:t xml:space="preserve"> social</w:t>
            </w:r>
            <w:r w:rsidR="003454F7" w:rsidRPr="005830D5">
              <w:rPr>
                <w:rFonts w:ascii="Calibri" w:hAnsi="Calibri" w:cs="Calibri"/>
                <w:sz w:val="18"/>
                <w:szCs w:val="18"/>
              </w:rPr>
              <w:t>ă</w:t>
            </w:r>
            <w:r w:rsidR="003454F7" w:rsidRPr="005830D5">
              <w:rPr>
                <w:rFonts w:asciiTheme="majorHAnsi" w:hAnsiTheme="majorHAnsi" w:cstheme="majorHAnsi"/>
                <w:sz w:val="18"/>
                <w:szCs w:val="18"/>
              </w:rPr>
              <w:t xml:space="preserve">   </w:t>
            </w:r>
            <w:sdt>
              <w:sdtPr>
                <w:rPr>
                  <w:rFonts w:asciiTheme="majorHAnsi" w:hAnsiTheme="majorHAnsi" w:cstheme="majorHAnsi"/>
                  <w:sz w:val="18"/>
                  <w:szCs w:val="18"/>
                </w:rPr>
                <w:id w:val="1227039630"/>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pentru </w:t>
            </w:r>
            <w:r w:rsidR="003454F7" w:rsidRPr="005830D5">
              <w:rPr>
                <w:rFonts w:ascii="Calibri" w:hAnsi="Calibri" w:cs="Calibri"/>
                <w:sz w:val="18"/>
                <w:szCs w:val="18"/>
              </w:rPr>
              <w:t>î</w:t>
            </w:r>
            <w:r w:rsidR="003454F7" w:rsidRPr="005830D5">
              <w:rPr>
                <w:rFonts w:asciiTheme="majorHAnsi" w:hAnsiTheme="majorHAnsi" w:cstheme="majorHAnsi"/>
                <w:sz w:val="18"/>
                <w:szCs w:val="18"/>
              </w:rPr>
              <w:t>nv</w:t>
            </w:r>
            <w:r w:rsidR="003454F7" w:rsidRPr="005830D5">
              <w:rPr>
                <w:rFonts w:ascii="Calibri" w:hAnsi="Calibri" w:cs="Calibri"/>
                <w:sz w:val="18"/>
                <w:szCs w:val="18"/>
              </w:rPr>
              <w:t>ăță</w:t>
            </w:r>
            <w:r w:rsidR="003454F7" w:rsidRPr="005830D5">
              <w:rPr>
                <w:rFonts w:asciiTheme="majorHAnsi" w:hAnsiTheme="majorHAnsi" w:cstheme="majorHAnsi"/>
                <w:sz w:val="18"/>
                <w:szCs w:val="18"/>
              </w:rPr>
              <w:t>m</w:t>
            </w:r>
            <w:r w:rsidR="003454F7" w:rsidRPr="005830D5">
              <w:rPr>
                <w:rFonts w:ascii="Calibri" w:hAnsi="Calibri" w:cs="Calibri"/>
                <w:sz w:val="18"/>
                <w:szCs w:val="18"/>
              </w:rPr>
              <w:t>â</w:t>
            </w:r>
            <w:r w:rsidR="003454F7" w:rsidRPr="005830D5">
              <w:rPr>
                <w:rFonts w:asciiTheme="majorHAnsi" w:hAnsiTheme="majorHAnsi" w:cstheme="majorHAnsi"/>
                <w:sz w:val="18"/>
                <w:szCs w:val="18"/>
              </w:rPr>
              <w:t xml:space="preserve">nt   </w:t>
            </w:r>
            <w:sdt>
              <w:sdtPr>
                <w:rPr>
                  <w:rFonts w:asciiTheme="majorHAnsi" w:hAnsiTheme="majorHAnsi" w:cstheme="majorHAnsi"/>
                  <w:sz w:val="18"/>
                  <w:szCs w:val="18"/>
                </w:rPr>
                <w:id w:val="-106827265"/>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pentru cultur</w:t>
            </w:r>
            <w:r w:rsidR="003454F7" w:rsidRPr="005830D5">
              <w:rPr>
                <w:rFonts w:ascii="Calibri" w:hAnsi="Calibri" w:cs="Calibri"/>
                <w:sz w:val="18"/>
                <w:szCs w:val="18"/>
              </w:rPr>
              <w:t>ă</w:t>
            </w:r>
            <w:r w:rsidR="003454F7" w:rsidRPr="005830D5">
              <w:rPr>
                <w:rFonts w:asciiTheme="majorHAnsi" w:hAnsiTheme="majorHAnsi" w:cstheme="majorHAnsi"/>
                <w:sz w:val="18"/>
                <w:szCs w:val="18"/>
              </w:rPr>
              <w:t xml:space="preserve">     </w:t>
            </w:r>
            <w:sdt>
              <w:sdtPr>
                <w:rPr>
                  <w:rFonts w:asciiTheme="majorHAnsi" w:hAnsiTheme="majorHAnsi" w:cstheme="majorHAnsi"/>
                  <w:sz w:val="18"/>
                  <w:szCs w:val="18"/>
                </w:rPr>
                <w:id w:val="1639294282"/>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0537F2"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 xml:space="preserve">pentru turism  </w:t>
            </w:r>
            <w:sdt>
              <w:sdtPr>
                <w:rPr>
                  <w:rFonts w:asciiTheme="majorHAnsi" w:hAnsiTheme="majorHAnsi" w:cstheme="majorHAnsi"/>
                  <w:sz w:val="18"/>
                  <w:szCs w:val="18"/>
                </w:rPr>
                <w:id w:val="1490671711"/>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 pentru culte  </w:t>
            </w:r>
            <w:sdt>
              <w:sdtPr>
                <w:rPr>
                  <w:rFonts w:asciiTheme="majorHAnsi" w:hAnsiTheme="majorHAnsi" w:cstheme="majorHAnsi"/>
                  <w:sz w:val="18"/>
                  <w:szCs w:val="18"/>
                </w:rPr>
                <w:id w:val="1835337812"/>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pentru administra</w:t>
            </w:r>
            <w:r w:rsidR="003454F7" w:rsidRPr="005830D5">
              <w:rPr>
                <w:rFonts w:ascii="Calibri" w:hAnsi="Calibri" w:cs="Calibri"/>
                <w:sz w:val="18"/>
                <w:szCs w:val="18"/>
              </w:rPr>
              <w:t>ț</w:t>
            </w:r>
            <w:r w:rsidR="003454F7" w:rsidRPr="005830D5">
              <w:rPr>
                <w:rFonts w:asciiTheme="majorHAnsi" w:hAnsiTheme="majorHAnsi" w:cstheme="majorHAnsi"/>
                <w:sz w:val="18"/>
                <w:szCs w:val="18"/>
              </w:rPr>
              <w:t xml:space="preserve">ie </w:t>
            </w:r>
            <w:r w:rsidR="003454F7" w:rsidRPr="005830D5">
              <w:rPr>
                <w:rFonts w:ascii="Calibri" w:hAnsi="Calibri" w:cs="Calibri"/>
                <w:sz w:val="18"/>
                <w:szCs w:val="18"/>
              </w:rPr>
              <w:t>ș</w:t>
            </w:r>
            <w:r w:rsidR="003454F7" w:rsidRPr="005830D5">
              <w:rPr>
                <w:rFonts w:asciiTheme="majorHAnsi" w:hAnsiTheme="majorHAnsi" w:cstheme="majorHAnsi"/>
                <w:sz w:val="18"/>
                <w:szCs w:val="18"/>
              </w:rPr>
              <w:t>i finan</w:t>
            </w:r>
            <w:r w:rsidR="003454F7" w:rsidRPr="005830D5">
              <w:rPr>
                <w:rFonts w:ascii="Calibri" w:hAnsi="Calibri" w:cs="Calibri"/>
                <w:sz w:val="18"/>
                <w:szCs w:val="18"/>
              </w:rPr>
              <w:t>ț</w:t>
            </w:r>
            <w:r w:rsidR="003454F7" w:rsidRPr="005830D5">
              <w:rPr>
                <w:rFonts w:asciiTheme="majorHAnsi" w:hAnsiTheme="majorHAnsi" w:cstheme="majorHAnsi"/>
                <w:sz w:val="18"/>
                <w:szCs w:val="18"/>
              </w:rPr>
              <w:t xml:space="preserve">e  </w:t>
            </w:r>
            <w:sdt>
              <w:sdtPr>
                <w:rPr>
                  <w:rFonts w:asciiTheme="majorHAnsi" w:hAnsiTheme="majorHAnsi" w:cstheme="majorHAnsi"/>
                  <w:sz w:val="18"/>
                  <w:szCs w:val="18"/>
                </w:rPr>
                <w:id w:val="694120254"/>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pentru comer</w:t>
            </w:r>
            <w:r w:rsidR="003454F7" w:rsidRPr="005830D5">
              <w:rPr>
                <w:rFonts w:ascii="Calibri" w:hAnsi="Calibri" w:cs="Calibri"/>
                <w:sz w:val="18"/>
                <w:szCs w:val="18"/>
              </w:rPr>
              <w:t>ț</w:t>
            </w:r>
            <w:r w:rsidR="003454F7" w:rsidRPr="005830D5">
              <w:rPr>
                <w:rFonts w:asciiTheme="majorHAnsi" w:hAnsiTheme="majorHAnsi" w:cstheme="majorHAnsi"/>
                <w:sz w:val="18"/>
                <w:szCs w:val="18"/>
              </w:rPr>
              <w:t xml:space="preserve">  </w:t>
            </w:r>
            <w:sdt>
              <w:sdtPr>
                <w:rPr>
                  <w:rFonts w:asciiTheme="majorHAnsi" w:hAnsiTheme="majorHAnsi" w:cstheme="majorHAnsi"/>
                  <w:sz w:val="18"/>
                  <w:szCs w:val="18"/>
                </w:rPr>
                <w:id w:val="-496965328"/>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pentru servicii   </w:t>
            </w:r>
            <w:sdt>
              <w:sdtPr>
                <w:rPr>
                  <w:rFonts w:asciiTheme="majorHAnsi" w:hAnsiTheme="majorHAnsi" w:cstheme="majorHAnsi"/>
                  <w:sz w:val="18"/>
                  <w:szCs w:val="18"/>
                </w:rPr>
                <w:id w:val="964781821"/>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 xml:space="preserve">pentru sport   </w:t>
            </w:r>
            <w:sdt>
              <w:sdtPr>
                <w:rPr>
                  <w:rFonts w:asciiTheme="majorHAnsi" w:hAnsiTheme="majorHAnsi" w:cstheme="majorHAnsi"/>
                  <w:sz w:val="18"/>
                  <w:szCs w:val="18"/>
                </w:rPr>
                <w:id w:val="1136444644"/>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pentru recreere</w:t>
            </w:r>
          </w:p>
        </w:tc>
      </w:tr>
      <w:tr w:rsidR="003C7CA3" w:rsidRPr="00131165" w14:paraId="4289A147" w14:textId="77777777">
        <w:trPr>
          <w:cantSplit/>
        </w:trPr>
        <w:tc>
          <w:tcPr>
            <w:tcW w:w="9636" w:type="dxa"/>
          </w:tcPr>
          <w:p w14:paraId="1C068E31" w14:textId="0EFCCF9F"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017930688"/>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0537F2" w:rsidRPr="005830D5">
              <w:rPr>
                <w:rFonts w:ascii="Segoe UI Symbol" w:hAnsi="Segoe UI Symbol" w:cs="Segoe UI Symbol"/>
                <w:b/>
                <w:bCs/>
                <w:sz w:val="18"/>
                <w:szCs w:val="18"/>
              </w:rPr>
              <w:t xml:space="preserve"> </w:t>
            </w:r>
            <w:r w:rsidR="003454F7" w:rsidRPr="005830D5">
              <w:rPr>
                <w:rFonts w:asciiTheme="majorHAnsi" w:hAnsiTheme="majorHAnsi" w:cstheme="majorHAnsi"/>
                <w:b/>
                <w:bCs/>
                <w:sz w:val="18"/>
                <w:szCs w:val="18"/>
              </w:rPr>
              <w:t>A.2 · clădiri industriale</w:t>
            </w:r>
            <w:r w:rsidR="003454F7" w:rsidRPr="005830D5">
              <w:rPr>
                <w:rFonts w:asciiTheme="majorHAnsi" w:hAnsiTheme="majorHAnsi" w:cstheme="majorHAnsi"/>
                <w:sz w:val="18"/>
                <w:szCs w:val="18"/>
              </w:rPr>
              <w:t xml:space="preserve">:     </w:t>
            </w:r>
            <w:sdt>
              <w:sdtPr>
                <w:rPr>
                  <w:rFonts w:asciiTheme="majorHAnsi" w:hAnsiTheme="majorHAnsi" w:cstheme="majorHAnsi"/>
                  <w:sz w:val="18"/>
                  <w:szCs w:val="18"/>
                </w:rPr>
                <w:id w:val="-1672708229"/>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0537F2"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pentru produc</w:t>
            </w:r>
            <w:r w:rsidR="003454F7" w:rsidRPr="005830D5">
              <w:rPr>
                <w:rFonts w:ascii="Calibri" w:hAnsi="Calibri" w:cs="Calibri"/>
                <w:sz w:val="18"/>
                <w:szCs w:val="18"/>
              </w:rPr>
              <w:t>ț</w:t>
            </w:r>
            <w:r w:rsidR="003454F7" w:rsidRPr="005830D5">
              <w:rPr>
                <w:rFonts w:asciiTheme="majorHAnsi" w:hAnsiTheme="majorHAnsi" w:cstheme="majorHAnsi"/>
                <w:sz w:val="18"/>
                <w:szCs w:val="18"/>
              </w:rPr>
              <w:t xml:space="preserve">ie    </w:t>
            </w:r>
            <w:sdt>
              <w:sdtPr>
                <w:rPr>
                  <w:rFonts w:asciiTheme="majorHAnsi" w:hAnsiTheme="majorHAnsi" w:cstheme="majorHAnsi"/>
                  <w:sz w:val="18"/>
                  <w:szCs w:val="18"/>
                </w:rPr>
                <w:id w:val="-370460986"/>
                <w14:checkbox>
                  <w14:checked w14:val="0"/>
                  <w14:checkedState w14:val="2612" w14:font="MS Gothic"/>
                  <w14:uncheckedState w14:val="2610" w14:font="MS Gothic"/>
                </w14:checkbox>
              </w:sdtPr>
              <w:sdtEndPr/>
              <w:sdtContent>
                <w:r w:rsidR="000537F2"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sz w:val="18"/>
                <w:szCs w:val="18"/>
              </w:rPr>
              <w:t>pentru depozitare</w:t>
            </w:r>
          </w:p>
        </w:tc>
      </w:tr>
      <w:tr w:rsidR="003C7CA3" w:rsidRPr="00131165" w14:paraId="66EE989E" w14:textId="77777777">
        <w:trPr>
          <w:cantSplit/>
        </w:trPr>
        <w:tc>
          <w:tcPr>
            <w:tcW w:w="9636" w:type="dxa"/>
          </w:tcPr>
          <w:p w14:paraId="37CC924E" w14:textId="55B1A0F6" w:rsidR="00F61A70"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322940865"/>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3454F7" w:rsidRPr="005830D5">
              <w:rPr>
                <w:rFonts w:asciiTheme="majorHAnsi" w:hAnsiTheme="majorHAnsi" w:cstheme="majorHAnsi"/>
                <w:b/>
                <w:bCs/>
                <w:sz w:val="18"/>
                <w:szCs w:val="18"/>
              </w:rPr>
              <w:t>A.3 · clădiri agricole</w:t>
            </w:r>
            <w:r w:rsidR="00F61A70" w:rsidRPr="005830D5">
              <w:rPr>
                <w:rFonts w:asciiTheme="majorHAnsi" w:hAnsiTheme="majorHAnsi" w:cstheme="majorHAnsi"/>
                <w:b/>
                <w:bCs/>
                <w:sz w:val="18"/>
                <w:szCs w:val="18"/>
              </w:rPr>
              <w:t> :</w:t>
            </w:r>
            <w:r w:rsidR="003454F7" w:rsidRPr="005830D5">
              <w:rPr>
                <w:rFonts w:asciiTheme="majorHAnsi" w:hAnsiTheme="majorHAnsi" w:cstheme="majorHAnsi"/>
                <w:sz w:val="18"/>
                <w:szCs w:val="18"/>
              </w:rPr>
              <w:t xml:space="preserve">     </w:t>
            </w:r>
            <w:r w:rsidR="00F61A70" w:rsidRPr="005830D5">
              <w:rPr>
                <w:rFonts w:asciiTheme="majorHAnsi" w:hAnsiTheme="majorHAnsi" w:cstheme="majorHAnsi"/>
                <w:sz w:val="18"/>
                <w:szCs w:val="18"/>
              </w:rPr>
              <w:t xml:space="preserve">   </w:t>
            </w:r>
            <w:sdt>
              <w:sdtPr>
                <w:rPr>
                  <w:rFonts w:asciiTheme="majorHAnsi" w:hAnsiTheme="majorHAnsi" w:cstheme="majorHAnsi"/>
                  <w:sz w:val="18"/>
                  <w:szCs w:val="18"/>
                </w:rPr>
                <w:id w:val="-1029631272"/>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F61A70" w:rsidRPr="005830D5">
              <w:rPr>
                <w:rFonts w:asciiTheme="majorHAnsi" w:hAnsiTheme="majorHAnsi" w:cstheme="majorHAnsi"/>
                <w:sz w:val="18"/>
                <w:szCs w:val="18"/>
              </w:rPr>
              <w:t xml:space="preserve">pentru producție    </w:t>
            </w:r>
            <w:sdt>
              <w:sdtPr>
                <w:rPr>
                  <w:rFonts w:asciiTheme="majorHAnsi" w:hAnsiTheme="majorHAnsi" w:cstheme="majorHAnsi"/>
                  <w:sz w:val="18"/>
                  <w:szCs w:val="18"/>
                </w:rPr>
                <w:id w:val="-2008121234"/>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pentru depozitare</w:t>
            </w:r>
          </w:p>
          <w:p w14:paraId="34FCF277" w14:textId="14EDA7E2" w:rsidR="003C7CA3" w:rsidRPr="005830D5" w:rsidRDefault="0062159B">
            <w:pPr>
              <w:keepNext/>
              <w:rPr>
                <w:rFonts w:asciiTheme="majorHAnsi" w:hAnsiTheme="majorHAnsi" w:cstheme="majorHAnsi"/>
                <w:b/>
                <w:bCs/>
                <w:sz w:val="18"/>
                <w:szCs w:val="18"/>
              </w:rPr>
            </w:pPr>
            <w:sdt>
              <w:sdtPr>
                <w:rPr>
                  <w:rFonts w:asciiTheme="majorHAnsi" w:hAnsiTheme="majorHAnsi" w:cstheme="majorHAnsi"/>
                  <w:sz w:val="18"/>
                  <w:szCs w:val="18"/>
                </w:rPr>
                <w:id w:val="88823213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b/>
                <w:bCs/>
                <w:sz w:val="18"/>
                <w:szCs w:val="18"/>
              </w:rPr>
              <w:t xml:space="preserve">A.4 </w:t>
            </w:r>
            <w:r w:rsidR="00F61A70" w:rsidRPr="005830D5">
              <w:rPr>
                <w:rFonts w:ascii="Calibri" w:hAnsi="Calibri" w:cs="Calibri"/>
                <w:b/>
                <w:bCs/>
                <w:sz w:val="18"/>
                <w:szCs w:val="18"/>
              </w:rPr>
              <w:t>·</w:t>
            </w:r>
            <w:r w:rsidR="00F61A70" w:rsidRPr="005830D5">
              <w:rPr>
                <w:rFonts w:asciiTheme="majorHAnsi" w:hAnsiTheme="majorHAnsi" w:cstheme="majorHAnsi"/>
                <w:b/>
                <w:bCs/>
                <w:sz w:val="18"/>
                <w:szCs w:val="18"/>
              </w:rPr>
              <w:t xml:space="preserve"> cl</w:t>
            </w:r>
            <w:r w:rsidR="00F61A70" w:rsidRPr="005830D5">
              <w:rPr>
                <w:rFonts w:ascii="Calibri" w:hAnsi="Calibri" w:cs="Calibri"/>
                <w:b/>
                <w:bCs/>
                <w:sz w:val="18"/>
                <w:szCs w:val="18"/>
              </w:rPr>
              <w:t>ă</w:t>
            </w:r>
            <w:r w:rsidR="00F61A70" w:rsidRPr="005830D5">
              <w:rPr>
                <w:rFonts w:asciiTheme="majorHAnsi" w:hAnsiTheme="majorHAnsi" w:cstheme="majorHAnsi"/>
                <w:b/>
                <w:bCs/>
                <w:sz w:val="18"/>
                <w:szCs w:val="18"/>
              </w:rPr>
              <w:t>diri / construc</w:t>
            </w:r>
            <w:r w:rsidR="00F61A70" w:rsidRPr="005830D5">
              <w:rPr>
                <w:rFonts w:ascii="Calibri" w:hAnsi="Calibri" w:cs="Calibri"/>
                <w:b/>
                <w:bCs/>
                <w:sz w:val="18"/>
                <w:szCs w:val="18"/>
              </w:rPr>
              <w:t>ț</w:t>
            </w:r>
            <w:r w:rsidR="00F61A70" w:rsidRPr="005830D5">
              <w:rPr>
                <w:rFonts w:asciiTheme="majorHAnsi" w:hAnsiTheme="majorHAnsi" w:cstheme="majorHAnsi"/>
                <w:b/>
                <w:bCs/>
                <w:sz w:val="18"/>
                <w:szCs w:val="18"/>
              </w:rPr>
              <w:t>ii cu caracter special</w:t>
            </w:r>
          </w:p>
        </w:tc>
      </w:tr>
      <w:tr w:rsidR="003C7CA3" w:rsidRPr="00131165" w14:paraId="46F48AAA" w14:textId="77777777">
        <w:trPr>
          <w:cantSplit/>
        </w:trPr>
        <w:tc>
          <w:tcPr>
            <w:tcW w:w="9636" w:type="dxa"/>
            <w:shd w:val="clear" w:color="auto" w:fill="F4F4F4"/>
          </w:tcPr>
          <w:p w14:paraId="655B49BC" w14:textId="4F4F659C" w:rsidR="003C7CA3" w:rsidRPr="005830D5" w:rsidRDefault="003454F7">
            <w:pPr>
              <w:keepNext/>
              <w:rPr>
                <w:rFonts w:asciiTheme="majorHAnsi" w:hAnsiTheme="majorHAnsi" w:cstheme="majorHAnsi"/>
                <w:b/>
                <w:bCs/>
                <w:sz w:val="18"/>
                <w:szCs w:val="18"/>
              </w:rPr>
            </w:pPr>
            <w:r w:rsidRPr="005830D5">
              <w:rPr>
                <w:rFonts w:asciiTheme="majorHAnsi" w:hAnsiTheme="majorHAnsi" w:cstheme="majorHAnsi"/>
                <w:b/>
                <w:bCs/>
                <w:sz w:val="18"/>
                <w:szCs w:val="18"/>
              </w:rPr>
              <w:t xml:space="preserve"> B · Lucrări de intervenții asupra construcțiilor existente</w:t>
            </w:r>
            <w:r w:rsidR="00F61A70" w:rsidRPr="005830D5">
              <w:rPr>
                <w:rFonts w:asciiTheme="majorHAnsi" w:hAnsiTheme="majorHAnsi" w:cstheme="majorHAnsi"/>
                <w:b/>
                <w:bCs/>
                <w:sz w:val="18"/>
                <w:szCs w:val="18"/>
              </w:rPr>
              <w:t> :</w:t>
            </w:r>
          </w:p>
          <w:p w14:paraId="5D7C2172" w14:textId="26CF803B" w:rsidR="00F61A70"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2400902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F61A70" w:rsidRPr="005830D5">
              <w:rPr>
                <w:rFonts w:asciiTheme="majorHAnsi" w:hAnsiTheme="majorHAnsi" w:cstheme="majorHAnsi"/>
                <w:sz w:val="18"/>
                <w:szCs w:val="18"/>
              </w:rPr>
              <w:t xml:space="preserve"> reparații capitale   </w:t>
            </w:r>
            <w:sdt>
              <w:sdtPr>
                <w:rPr>
                  <w:rFonts w:asciiTheme="majorHAnsi" w:hAnsiTheme="majorHAnsi" w:cstheme="majorHAnsi"/>
                  <w:sz w:val="18"/>
                  <w:szCs w:val="18"/>
                </w:rPr>
                <w:id w:val="148898276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intervenție în primă urgență  </w:t>
            </w:r>
            <w:sdt>
              <w:sdtPr>
                <w:rPr>
                  <w:rFonts w:asciiTheme="majorHAnsi" w:hAnsiTheme="majorHAnsi" w:cstheme="majorHAnsi"/>
                  <w:sz w:val="18"/>
                  <w:szCs w:val="18"/>
                </w:rPr>
                <w:id w:val="-1109812726"/>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extindere a amprentei la sol și a volumului   </w:t>
            </w:r>
            <w:sdt>
              <w:sdtPr>
                <w:rPr>
                  <w:rFonts w:asciiTheme="majorHAnsi" w:hAnsiTheme="majorHAnsi" w:cstheme="majorHAnsi"/>
                  <w:sz w:val="18"/>
                  <w:szCs w:val="18"/>
                </w:rPr>
                <w:id w:val="1925921751"/>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supraetajare     </w:t>
            </w:r>
          </w:p>
          <w:p w14:paraId="11B8FA7A" w14:textId="01771FBE" w:rsidR="00F61A70"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898322302"/>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F61A70" w:rsidRPr="005830D5">
              <w:rPr>
                <w:rFonts w:asciiTheme="majorHAnsi" w:hAnsiTheme="majorHAnsi" w:cstheme="majorHAnsi"/>
                <w:sz w:val="18"/>
                <w:szCs w:val="18"/>
              </w:rPr>
              <w:t xml:space="preserve">refuncționalizare / schimbare de destinație    </w:t>
            </w:r>
            <w:sdt>
              <w:sdtPr>
                <w:rPr>
                  <w:rFonts w:asciiTheme="majorHAnsi" w:hAnsiTheme="majorHAnsi" w:cstheme="majorHAnsi"/>
                  <w:sz w:val="18"/>
                  <w:szCs w:val="18"/>
                </w:rPr>
                <w:id w:val="-1774773317"/>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consolidare    </w:t>
            </w:r>
            <w:sdt>
              <w:sdtPr>
                <w:rPr>
                  <w:rFonts w:asciiTheme="majorHAnsi" w:hAnsiTheme="majorHAnsi" w:cstheme="majorHAnsi"/>
                  <w:sz w:val="18"/>
                  <w:szCs w:val="18"/>
                </w:rPr>
                <w:id w:val="197055096"/>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modernizare, reabilitare   </w:t>
            </w:r>
            <w:sdt>
              <w:sdtPr>
                <w:rPr>
                  <w:rFonts w:asciiTheme="majorHAnsi" w:hAnsiTheme="majorHAnsi" w:cstheme="majorHAnsi"/>
                  <w:sz w:val="18"/>
                  <w:szCs w:val="18"/>
                </w:rPr>
                <w:id w:val="467945982"/>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strămutare   </w:t>
            </w:r>
            <w:sdt>
              <w:sdtPr>
                <w:rPr>
                  <w:rFonts w:asciiTheme="majorHAnsi" w:hAnsiTheme="majorHAnsi" w:cstheme="majorHAnsi"/>
                  <w:sz w:val="18"/>
                  <w:szCs w:val="18"/>
                </w:rPr>
                <w:id w:val="129347293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reconstruire    </w:t>
            </w:r>
          </w:p>
          <w:p w14:paraId="3889BADC" w14:textId="52097A5D" w:rsidR="00F61A70"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93401536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F61A70" w:rsidRPr="005830D5">
              <w:rPr>
                <w:rFonts w:asciiTheme="majorHAnsi" w:hAnsiTheme="majorHAnsi" w:cstheme="majorHAnsi"/>
                <w:sz w:val="18"/>
                <w:szCs w:val="18"/>
              </w:rPr>
              <w:t xml:space="preserve">conservare și restaurare  </w:t>
            </w:r>
            <w:sdt>
              <w:sdtPr>
                <w:rPr>
                  <w:rFonts w:asciiTheme="majorHAnsi" w:hAnsiTheme="majorHAnsi" w:cstheme="majorHAnsi"/>
                  <w:sz w:val="18"/>
                  <w:szCs w:val="18"/>
                </w:rPr>
                <w:id w:val="-81779964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remodelare exterioară   </w:t>
            </w:r>
            <w:sdt>
              <w:sdtPr>
                <w:rPr>
                  <w:rFonts w:asciiTheme="majorHAnsi" w:hAnsiTheme="majorHAnsi" w:cstheme="majorHAnsi"/>
                  <w:sz w:val="18"/>
                  <w:szCs w:val="18"/>
                </w:rPr>
                <w:id w:val="-200246595"/>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mansardare   </w:t>
            </w:r>
            <w:sdt>
              <w:sdtPr>
                <w:rPr>
                  <w:rFonts w:asciiTheme="majorHAnsi" w:hAnsiTheme="majorHAnsi" w:cstheme="majorHAnsi"/>
                  <w:sz w:val="18"/>
                  <w:szCs w:val="18"/>
                </w:rPr>
                <w:id w:val="477433940"/>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remodelare interioară    </w:t>
            </w:r>
          </w:p>
          <w:p w14:paraId="6A61D9FC" w14:textId="7498EEB0" w:rsidR="00F61A70"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989871498"/>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desființare sau demontare parțială sau totală    </w:t>
            </w:r>
            <w:sdt>
              <w:sdtPr>
                <w:rPr>
                  <w:rFonts w:asciiTheme="majorHAnsi" w:hAnsiTheme="majorHAnsi" w:cstheme="majorHAnsi"/>
                  <w:sz w:val="18"/>
                  <w:szCs w:val="18"/>
                </w:rPr>
                <w:id w:val="-131210032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desființare sau demontare totală  </w:t>
            </w:r>
            <w:sdt>
              <w:sdtPr>
                <w:rPr>
                  <w:rFonts w:asciiTheme="majorHAnsi" w:hAnsiTheme="majorHAnsi" w:cstheme="majorHAnsi"/>
                  <w:sz w:val="18"/>
                  <w:szCs w:val="18"/>
                </w:rPr>
                <w:id w:val="-1892870547"/>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F61A70" w:rsidRPr="005830D5">
              <w:rPr>
                <w:rFonts w:asciiTheme="majorHAnsi" w:hAnsiTheme="majorHAnsi" w:cstheme="majorHAnsi"/>
                <w:sz w:val="18"/>
                <w:szCs w:val="18"/>
              </w:rPr>
              <w:t xml:space="preserve"> conservare la întreruperea temporară a execuției</w:t>
            </w:r>
          </w:p>
        </w:tc>
      </w:tr>
      <w:tr w:rsidR="003C7CA3" w:rsidRPr="00131165" w14:paraId="5C30782E" w14:textId="77777777">
        <w:trPr>
          <w:cantSplit/>
        </w:trPr>
        <w:tc>
          <w:tcPr>
            <w:tcW w:w="9636" w:type="dxa"/>
          </w:tcPr>
          <w:p w14:paraId="2E7867BD" w14:textId="4504C760" w:rsidR="003C7CA3" w:rsidRPr="005830D5" w:rsidRDefault="0062159B">
            <w:pPr>
              <w:keepNext/>
              <w:rPr>
                <w:rFonts w:asciiTheme="majorHAnsi" w:hAnsiTheme="majorHAnsi" w:cstheme="majorHAnsi"/>
                <w:b/>
                <w:bCs/>
                <w:sz w:val="18"/>
                <w:szCs w:val="18"/>
              </w:rPr>
            </w:pPr>
            <w:sdt>
              <w:sdtPr>
                <w:rPr>
                  <w:rFonts w:asciiTheme="majorHAnsi" w:hAnsiTheme="majorHAnsi" w:cstheme="majorHAnsi"/>
                  <w:sz w:val="18"/>
                  <w:szCs w:val="18"/>
                </w:rPr>
                <w:id w:val="2134445770"/>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b/>
                <w:bCs/>
                <w:sz w:val="18"/>
                <w:szCs w:val="18"/>
              </w:rPr>
              <w:t xml:space="preserve"> </w:t>
            </w:r>
            <w:r w:rsidR="003454F7" w:rsidRPr="005830D5">
              <w:rPr>
                <w:rFonts w:asciiTheme="majorHAnsi" w:hAnsiTheme="majorHAnsi" w:cstheme="majorHAnsi"/>
                <w:b/>
                <w:bCs/>
                <w:sz w:val="18"/>
                <w:szCs w:val="18"/>
              </w:rPr>
              <w:t>B.1 · realizate la alte construcții decât cele de la B.2 și B.3:</w:t>
            </w:r>
          </w:p>
        </w:tc>
      </w:tr>
      <w:tr w:rsidR="003C7CA3" w:rsidRPr="00131165" w14:paraId="4E54D5F5" w14:textId="77777777">
        <w:trPr>
          <w:cantSplit/>
        </w:trPr>
        <w:tc>
          <w:tcPr>
            <w:tcW w:w="9636" w:type="dxa"/>
          </w:tcPr>
          <w:p w14:paraId="15613C59" w14:textId="17065B35" w:rsidR="003C7CA3" w:rsidRPr="005830D5" w:rsidRDefault="0062159B">
            <w:pPr>
              <w:keepNext/>
              <w:rPr>
                <w:rFonts w:asciiTheme="majorHAnsi" w:hAnsiTheme="majorHAnsi" w:cstheme="majorHAnsi"/>
                <w:b/>
                <w:bCs/>
                <w:sz w:val="18"/>
                <w:szCs w:val="18"/>
              </w:rPr>
            </w:pPr>
            <w:sdt>
              <w:sdtPr>
                <w:rPr>
                  <w:rFonts w:asciiTheme="majorHAnsi" w:hAnsiTheme="majorHAnsi" w:cstheme="majorHAnsi"/>
                  <w:sz w:val="18"/>
                  <w:szCs w:val="18"/>
                </w:rPr>
                <w:id w:val="-960341494"/>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b/>
                <w:bCs/>
                <w:sz w:val="18"/>
                <w:szCs w:val="18"/>
              </w:rPr>
              <w:t xml:space="preserve"> </w:t>
            </w:r>
            <w:r w:rsidR="003454F7" w:rsidRPr="005830D5">
              <w:rPr>
                <w:rFonts w:asciiTheme="majorHAnsi" w:hAnsiTheme="majorHAnsi" w:cstheme="majorHAnsi"/>
                <w:b/>
                <w:bCs/>
                <w:sz w:val="18"/>
                <w:szCs w:val="18"/>
              </w:rPr>
              <w:t>B.2 · realizate la:</w:t>
            </w:r>
          </w:p>
        </w:tc>
      </w:tr>
      <w:tr w:rsidR="003C7CA3" w:rsidRPr="00131165" w14:paraId="21686F75" w14:textId="77777777">
        <w:trPr>
          <w:cantSplit/>
        </w:trPr>
        <w:tc>
          <w:tcPr>
            <w:tcW w:w="9636" w:type="dxa"/>
          </w:tcPr>
          <w:p w14:paraId="27A0F79D" w14:textId="6317E741"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741713716"/>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construcții monument istoric (Legea nr. 422/2001), inclusiv anexele din același imobil</w:t>
            </w:r>
          </w:p>
          <w:p w14:paraId="6548132E" w14:textId="3A1E58B9"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310602224"/>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construcții în zona de protecție a monumentelor istorice</w:t>
            </w:r>
          </w:p>
          <w:p w14:paraId="1914C10D" w14:textId="7EE09621"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920753913"/>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construcții în zone construite protejate</w:t>
            </w:r>
          </w:p>
          <w:p w14:paraId="4C3ED46E" w14:textId="513565E9"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299426229"/>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construcții cu valoare arhitecturală sau istorică deosebită, stabilite prin documentații de urbanism aprobate</w:t>
            </w:r>
          </w:p>
        </w:tc>
      </w:tr>
      <w:tr w:rsidR="003C7CA3" w:rsidRPr="00131165" w14:paraId="365A3BB4" w14:textId="77777777">
        <w:trPr>
          <w:cantSplit/>
        </w:trPr>
        <w:tc>
          <w:tcPr>
            <w:tcW w:w="9636" w:type="dxa"/>
          </w:tcPr>
          <w:p w14:paraId="3E8899C5" w14:textId="4D205F5F" w:rsidR="003C7CA3" w:rsidRPr="005830D5" w:rsidRDefault="0062159B">
            <w:pPr>
              <w:keepNext/>
              <w:rPr>
                <w:rFonts w:asciiTheme="majorHAnsi" w:hAnsiTheme="majorHAnsi" w:cstheme="majorHAnsi"/>
                <w:b/>
                <w:bCs/>
                <w:sz w:val="18"/>
                <w:szCs w:val="18"/>
              </w:rPr>
            </w:pPr>
            <w:sdt>
              <w:sdtPr>
                <w:rPr>
                  <w:rFonts w:asciiTheme="majorHAnsi" w:hAnsiTheme="majorHAnsi" w:cstheme="majorHAnsi"/>
                  <w:sz w:val="18"/>
                  <w:szCs w:val="18"/>
                </w:rPr>
                <w:id w:val="287718653"/>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b/>
                <w:bCs/>
                <w:sz w:val="18"/>
                <w:szCs w:val="18"/>
              </w:rPr>
              <w:t xml:space="preserve"> </w:t>
            </w:r>
            <w:r w:rsidR="003454F7" w:rsidRPr="005830D5">
              <w:rPr>
                <w:rFonts w:asciiTheme="majorHAnsi" w:hAnsiTheme="majorHAnsi" w:cstheme="majorHAnsi"/>
                <w:b/>
                <w:bCs/>
                <w:sz w:val="18"/>
                <w:szCs w:val="18"/>
              </w:rPr>
              <w:t>B.3 · realizate la clădiri / construcții cu caracter special, care</w:t>
            </w:r>
            <w:r w:rsidR="00F61A70" w:rsidRPr="005830D5">
              <w:rPr>
                <w:rFonts w:asciiTheme="majorHAnsi" w:hAnsiTheme="majorHAnsi" w:cstheme="majorHAnsi"/>
                <w:b/>
                <w:bCs/>
                <w:sz w:val="18"/>
                <w:szCs w:val="18"/>
              </w:rPr>
              <w:t> :</w:t>
            </w:r>
          </w:p>
          <w:p w14:paraId="197FF23C" w14:textId="18DBBD73"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605120065"/>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nu se încadrează</w:t>
            </w:r>
            <w:r w:rsidR="00F61A70" w:rsidRPr="005830D5">
              <w:rPr>
                <w:rFonts w:asciiTheme="majorHAnsi" w:hAnsiTheme="majorHAnsi" w:cstheme="majorHAnsi"/>
                <w:sz w:val="18"/>
                <w:szCs w:val="18"/>
              </w:rPr>
              <w:t xml:space="preserve"> în categoriile de la B.2</w:t>
            </w:r>
          </w:p>
          <w:p w14:paraId="5C7CAF34" w14:textId="395F525D"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2114037206"/>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se încadrează în categoriile de la B.2</w:t>
            </w:r>
          </w:p>
        </w:tc>
      </w:tr>
      <w:tr w:rsidR="003C7CA3" w:rsidRPr="00131165" w14:paraId="2DE849E8" w14:textId="77777777">
        <w:trPr>
          <w:cantSplit/>
        </w:trPr>
        <w:tc>
          <w:tcPr>
            <w:tcW w:w="9636" w:type="dxa"/>
            <w:shd w:val="clear" w:color="auto" w:fill="F4F4F4"/>
          </w:tcPr>
          <w:p w14:paraId="3EB12BC0" w14:textId="77777777" w:rsidR="003C7CA3" w:rsidRPr="005830D5" w:rsidRDefault="003454F7">
            <w:pPr>
              <w:keepNext/>
              <w:rPr>
                <w:rFonts w:asciiTheme="majorHAnsi" w:hAnsiTheme="majorHAnsi" w:cstheme="majorHAnsi"/>
                <w:b/>
                <w:bCs/>
                <w:sz w:val="18"/>
                <w:szCs w:val="18"/>
              </w:rPr>
            </w:pPr>
            <w:r w:rsidRPr="005830D5">
              <w:rPr>
                <w:rFonts w:asciiTheme="majorHAnsi" w:hAnsiTheme="majorHAnsi" w:cstheme="majorHAnsi"/>
                <w:b/>
                <w:bCs/>
                <w:sz w:val="18"/>
                <w:szCs w:val="18"/>
              </w:rPr>
              <w:t xml:space="preserve"> C · Amenajări</w:t>
            </w:r>
          </w:p>
        </w:tc>
      </w:tr>
      <w:tr w:rsidR="003C7CA3" w:rsidRPr="00131165" w14:paraId="66C8F468" w14:textId="77777777">
        <w:trPr>
          <w:cantSplit/>
        </w:trPr>
        <w:tc>
          <w:tcPr>
            <w:tcW w:w="9636" w:type="dxa"/>
          </w:tcPr>
          <w:p w14:paraId="43680500" w14:textId="19423727"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835653718"/>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C.1 · amenajări civile</w:t>
            </w:r>
          </w:p>
          <w:p w14:paraId="0894A1ED" w14:textId="764AF1F9"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949281468"/>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C.2 · amenajări și îmbunătățiri funciare</w:t>
            </w:r>
          </w:p>
          <w:p w14:paraId="4914BB2B" w14:textId="59C689C1"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751378041"/>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C.3 · construcții provizorii / cu caracter temporar</w:t>
            </w:r>
          </w:p>
          <w:p w14:paraId="3B5D31B2" w14:textId="1B1EDB03"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631513480"/>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C.4 · cercetarea / prospectarea terenurilor, foraje, excavări, studii topografice, geologice, geotehnice, geofizice, hidrologice</w:t>
            </w:r>
          </w:p>
          <w:p w14:paraId="014841AD" w14:textId="3FA184B2"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327793237"/>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C.5 · cercetări pentru zăcăminte naturale</w:t>
            </w:r>
          </w:p>
          <w:p w14:paraId="4C0C2C50" w14:textId="287191C5"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691880633"/>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C.6 · spații verzi, plantate</w:t>
            </w:r>
          </w:p>
          <w:p w14:paraId="0A0CE830" w14:textId="5912DCB6" w:rsidR="003C7CA3" w:rsidRPr="005830D5" w:rsidRDefault="0062159B">
            <w:pPr>
              <w:keepNext/>
              <w:rPr>
                <w:rFonts w:asciiTheme="majorHAnsi" w:hAnsiTheme="majorHAnsi" w:cstheme="majorHAnsi"/>
                <w:sz w:val="18"/>
                <w:szCs w:val="18"/>
              </w:rPr>
            </w:pPr>
            <w:sdt>
              <w:sdtPr>
                <w:rPr>
                  <w:rFonts w:asciiTheme="majorHAnsi" w:hAnsiTheme="majorHAnsi" w:cstheme="majorHAnsi"/>
                  <w:sz w:val="18"/>
                  <w:szCs w:val="18"/>
                </w:rPr>
                <w:id w:val="1340282685"/>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C.7 · spații publice</w:t>
            </w:r>
          </w:p>
          <w:p w14:paraId="2C342054" w14:textId="5F844E9D" w:rsidR="003C7CA3" w:rsidRPr="005830D5" w:rsidRDefault="0062159B">
            <w:pPr>
              <w:keepNext/>
              <w:rPr>
                <w:rFonts w:asciiTheme="majorHAnsi" w:hAnsiTheme="majorHAnsi" w:cstheme="majorHAnsi"/>
                <w:sz w:val="18"/>
                <w:szCs w:val="18"/>
              </w:rPr>
            </w:pPr>
            <w:sdt>
              <w:sdtPr>
                <w:rPr>
                  <w:rFonts w:asciiTheme="majorHAnsi" w:hAnsiTheme="majorHAnsi" w:cstheme="majorHAnsi"/>
                  <w:b/>
                  <w:bCs/>
                  <w:sz w:val="18"/>
                  <w:szCs w:val="18"/>
                </w:rPr>
                <w:id w:val="-2024547270"/>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18"/>
                    <w:szCs w:val="18"/>
                  </w:rPr>
                  <w:t>☐</w:t>
                </w:r>
              </w:sdtContent>
            </w:sdt>
            <w:r w:rsidR="00740940" w:rsidRPr="005830D5">
              <w:rPr>
                <w:rFonts w:asciiTheme="majorHAnsi" w:hAnsiTheme="majorHAnsi" w:cstheme="majorHAnsi"/>
                <w:sz w:val="18"/>
                <w:szCs w:val="18"/>
              </w:rPr>
              <w:t xml:space="preserve"> </w:t>
            </w:r>
            <w:r w:rsidR="003454F7" w:rsidRPr="005830D5">
              <w:rPr>
                <w:rFonts w:asciiTheme="majorHAnsi" w:hAnsiTheme="majorHAnsi" w:cstheme="majorHAnsi"/>
                <w:sz w:val="18"/>
                <w:szCs w:val="18"/>
              </w:rPr>
              <w:t>C.8 · organizare de șantier</w:t>
            </w:r>
          </w:p>
        </w:tc>
      </w:tr>
      <w:tr w:rsidR="003C7CA3" w:rsidRPr="00131165" w14:paraId="49124A1B" w14:textId="77777777">
        <w:trPr>
          <w:cantSplit/>
        </w:trPr>
        <w:tc>
          <w:tcPr>
            <w:tcW w:w="9636" w:type="dxa"/>
            <w:shd w:val="clear" w:color="auto" w:fill="F4F4F4"/>
          </w:tcPr>
          <w:p w14:paraId="465514F8" w14:textId="77777777" w:rsidR="003C7CA3" w:rsidRPr="005830D5" w:rsidRDefault="003454F7">
            <w:pPr>
              <w:keepNext/>
              <w:rPr>
                <w:rFonts w:asciiTheme="majorHAnsi" w:hAnsiTheme="majorHAnsi" w:cstheme="majorHAnsi"/>
                <w:b/>
                <w:bCs/>
                <w:sz w:val="18"/>
                <w:szCs w:val="18"/>
              </w:rPr>
            </w:pPr>
            <w:r w:rsidRPr="005830D5">
              <w:rPr>
                <w:rFonts w:asciiTheme="majorHAnsi" w:hAnsiTheme="majorHAnsi" w:cstheme="majorHAnsi"/>
                <w:b/>
                <w:bCs/>
                <w:sz w:val="18"/>
                <w:szCs w:val="18"/>
              </w:rPr>
              <w:t xml:space="preserve"> D · Lucrări inginerești, inclusiv intervenții la astfel de construcții</w:t>
            </w:r>
          </w:p>
        </w:tc>
      </w:tr>
      <w:tr w:rsidR="003C7CA3" w:rsidRPr="00131165" w14:paraId="04D8B1F3" w14:textId="77777777">
        <w:trPr>
          <w:cantSplit/>
        </w:trPr>
        <w:tc>
          <w:tcPr>
            <w:tcW w:w="9636" w:type="dxa"/>
          </w:tcPr>
          <w:p w14:paraId="5DB1C9BE" w14:textId="3F6F5AC4" w:rsidR="003C7CA3" w:rsidRPr="005830D5" w:rsidRDefault="0062159B">
            <w:pPr>
              <w:rPr>
                <w:rFonts w:asciiTheme="majorHAnsi" w:hAnsiTheme="majorHAnsi" w:cstheme="majorHAnsi"/>
                <w:sz w:val="18"/>
                <w:szCs w:val="18"/>
              </w:rPr>
            </w:pPr>
            <w:sdt>
              <w:sdtPr>
                <w:rPr>
                  <w:rFonts w:asciiTheme="majorHAnsi" w:hAnsiTheme="majorHAnsi" w:cstheme="majorHAnsi"/>
                  <w:b/>
                  <w:bCs/>
                  <w:sz w:val="18"/>
                  <w:szCs w:val="18"/>
                </w:rPr>
                <w:id w:val="391250717"/>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18"/>
                    <w:szCs w:val="18"/>
                  </w:rPr>
                  <w:t>☐</w:t>
                </w:r>
              </w:sdtContent>
            </w:sdt>
            <w:r w:rsidR="00740940" w:rsidRPr="005830D5">
              <w:rPr>
                <w:rFonts w:asciiTheme="majorHAnsi" w:hAnsiTheme="majorHAnsi" w:cstheme="majorHAnsi"/>
                <w:sz w:val="18"/>
                <w:szCs w:val="18"/>
              </w:rPr>
              <w:t xml:space="preserve"> </w:t>
            </w:r>
            <w:r w:rsidR="003454F7" w:rsidRPr="005830D5">
              <w:rPr>
                <w:rFonts w:asciiTheme="majorHAnsi" w:hAnsiTheme="majorHAnsi" w:cstheme="majorHAnsi"/>
                <w:sz w:val="18"/>
                <w:szCs w:val="18"/>
              </w:rPr>
              <w:t>D.1 · infrastructura de transport, alta decât cea de interes național</w:t>
            </w:r>
          </w:p>
          <w:p w14:paraId="0895795C" w14:textId="68E76F76" w:rsidR="003C7CA3" w:rsidRPr="005830D5" w:rsidRDefault="0062159B">
            <w:pPr>
              <w:rPr>
                <w:rFonts w:asciiTheme="majorHAnsi" w:hAnsiTheme="majorHAnsi" w:cstheme="majorHAnsi"/>
                <w:sz w:val="18"/>
                <w:szCs w:val="18"/>
              </w:rPr>
            </w:pPr>
            <w:sdt>
              <w:sdtPr>
                <w:rPr>
                  <w:rFonts w:asciiTheme="majorHAnsi" w:hAnsiTheme="majorHAnsi" w:cstheme="majorHAnsi"/>
                  <w:sz w:val="18"/>
                  <w:szCs w:val="18"/>
                </w:rPr>
                <w:id w:val="-2056230648"/>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D.2 · infrastructură în domeniul energiei</w:t>
            </w:r>
          </w:p>
          <w:p w14:paraId="695D7125" w14:textId="223417FB" w:rsidR="003C7CA3" w:rsidRPr="005830D5" w:rsidRDefault="0062159B">
            <w:pPr>
              <w:rPr>
                <w:rFonts w:asciiTheme="majorHAnsi" w:hAnsiTheme="majorHAnsi" w:cstheme="majorHAnsi"/>
                <w:sz w:val="18"/>
                <w:szCs w:val="18"/>
              </w:rPr>
            </w:pPr>
            <w:sdt>
              <w:sdtPr>
                <w:rPr>
                  <w:rFonts w:asciiTheme="majorHAnsi" w:hAnsiTheme="majorHAnsi" w:cstheme="majorHAnsi"/>
                  <w:sz w:val="18"/>
                  <w:szCs w:val="18"/>
                </w:rPr>
                <w:id w:val="592911286"/>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D.3 · rețele de comunicații electronice și infrastructurile fizice aferente</w:t>
            </w:r>
          </w:p>
          <w:p w14:paraId="40CA9785" w14:textId="7378CEFB" w:rsidR="003C7CA3" w:rsidRPr="005830D5" w:rsidRDefault="0062159B">
            <w:pPr>
              <w:rPr>
                <w:rFonts w:asciiTheme="majorHAnsi" w:hAnsiTheme="majorHAnsi" w:cstheme="majorHAnsi"/>
                <w:sz w:val="18"/>
                <w:szCs w:val="18"/>
              </w:rPr>
            </w:pPr>
            <w:sdt>
              <w:sdtPr>
                <w:rPr>
                  <w:rFonts w:asciiTheme="majorHAnsi" w:hAnsiTheme="majorHAnsi" w:cstheme="majorHAnsi"/>
                  <w:sz w:val="18"/>
                  <w:szCs w:val="18"/>
                </w:rPr>
                <w:id w:val="-2028938454"/>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D.4 · gospodărirea apelor</w:t>
            </w:r>
          </w:p>
          <w:p w14:paraId="3723A58E" w14:textId="68DA49BC" w:rsidR="003C7CA3" w:rsidRPr="005830D5" w:rsidRDefault="0062159B">
            <w:pPr>
              <w:rPr>
                <w:rFonts w:asciiTheme="majorHAnsi" w:hAnsiTheme="majorHAnsi" w:cstheme="majorHAnsi"/>
                <w:sz w:val="18"/>
                <w:szCs w:val="18"/>
              </w:rPr>
            </w:pPr>
            <w:sdt>
              <w:sdtPr>
                <w:rPr>
                  <w:rFonts w:asciiTheme="majorHAnsi" w:hAnsiTheme="majorHAnsi" w:cstheme="majorHAnsi"/>
                  <w:b/>
                  <w:bCs/>
                  <w:sz w:val="18"/>
                  <w:szCs w:val="18"/>
                </w:rPr>
                <w:id w:val="-112126231"/>
                <w14:checkbox>
                  <w14:checked w14:val="0"/>
                  <w14:checkedState w14:val="2612" w14:font="MS Gothic"/>
                  <w14:uncheckedState w14:val="2610" w14:font="MS Gothic"/>
                </w14:checkbox>
              </w:sdtPr>
              <w:sdtEndPr/>
              <w:sdtContent>
                <w:r w:rsidR="001157B7">
                  <w:rPr>
                    <w:rFonts w:ascii="MS Gothic" w:eastAsia="MS Gothic" w:hAnsi="MS Gothic" w:cstheme="majorHAnsi" w:hint="eastAsia"/>
                    <w:b/>
                    <w:bCs/>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D.5 · hidrotehnice</w:t>
            </w:r>
          </w:p>
          <w:p w14:paraId="6D930310" w14:textId="20750B2C" w:rsidR="003C7CA3" w:rsidRPr="005830D5" w:rsidRDefault="0062159B">
            <w:pPr>
              <w:rPr>
                <w:rFonts w:asciiTheme="majorHAnsi" w:hAnsiTheme="majorHAnsi" w:cstheme="majorHAnsi"/>
                <w:sz w:val="18"/>
                <w:szCs w:val="18"/>
              </w:rPr>
            </w:pPr>
            <w:sdt>
              <w:sdtPr>
                <w:rPr>
                  <w:rFonts w:asciiTheme="majorHAnsi" w:hAnsiTheme="majorHAnsi" w:cstheme="majorHAnsi"/>
                  <w:sz w:val="18"/>
                  <w:szCs w:val="18"/>
                </w:rPr>
                <w:id w:val="972405917"/>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D.6 · miniere</w:t>
            </w:r>
          </w:p>
          <w:p w14:paraId="3BE96BC8" w14:textId="2E3BF707" w:rsidR="003C7CA3" w:rsidRPr="005830D5" w:rsidRDefault="0062159B">
            <w:pPr>
              <w:rPr>
                <w:rFonts w:asciiTheme="majorHAnsi" w:hAnsiTheme="majorHAnsi" w:cstheme="majorHAnsi"/>
                <w:sz w:val="18"/>
                <w:szCs w:val="18"/>
              </w:rPr>
            </w:pPr>
            <w:sdt>
              <w:sdtPr>
                <w:rPr>
                  <w:rFonts w:asciiTheme="majorHAnsi" w:hAnsiTheme="majorHAnsi" w:cstheme="majorHAnsi"/>
                  <w:sz w:val="18"/>
                  <w:szCs w:val="18"/>
                </w:rPr>
                <w:id w:val="-1972054066"/>
                <w14:checkbox>
                  <w14:checked w14:val="0"/>
                  <w14:checkedState w14:val="2612" w14:font="MS Gothic"/>
                  <w14:uncheckedState w14:val="2610" w14:font="MS Gothic"/>
                </w14:checkbox>
              </w:sdtPr>
              <w:sdtEndPr/>
              <w:sdtContent>
                <w:r w:rsidR="00740940" w:rsidRPr="005830D5">
                  <w:rPr>
                    <w:rFonts w:ascii="MS Gothic" w:eastAsia="MS Gothic" w:hAnsi="MS Gothic" w:cstheme="majorHAnsi" w:hint="eastAsia"/>
                    <w:sz w:val="18"/>
                    <w:szCs w:val="18"/>
                  </w:rPr>
                  <w:t>☐</w:t>
                </w:r>
              </w:sdtContent>
            </w:sdt>
            <w:r w:rsidR="00740940" w:rsidRPr="005830D5">
              <w:rPr>
                <w:rFonts w:ascii="Segoe UI Symbol" w:hAnsi="Segoe UI Symbol" w:cs="Segoe UI Symbol"/>
                <w:sz w:val="18"/>
                <w:szCs w:val="18"/>
              </w:rPr>
              <w:t xml:space="preserve"> </w:t>
            </w:r>
            <w:r w:rsidR="003454F7" w:rsidRPr="005830D5">
              <w:rPr>
                <w:rFonts w:asciiTheme="majorHAnsi" w:hAnsiTheme="majorHAnsi" w:cstheme="majorHAnsi"/>
                <w:sz w:val="18"/>
                <w:szCs w:val="18"/>
              </w:rPr>
              <w:t>D.7 · alte lucrări inginerești necesare unor obiective de interes public</w:t>
            </w:r>
          </w:p>
        </w:tc>
      </w:tr>
    </w:tbl>
    <w:p w14:paraId="082F6609" w14:textId="77777777" w:rsidR="003C7CA3" w:rsidRPr="00131165" w:rsidRDefault="003C7CA3">
      <w:pPr>
        <w:spacing w:line="168" w:lineRule="auto"/>
        <w:rPr>
          <w:rFonts w:asciiTheme="majorHAnsi" w:hAnsiTheme="majorHAnsi" w:cstheme="majorHAnsi"/>
          <w:u w:val="single"/>
        </w:rPr>
      </w:pPr>
    </w:p>
    <w:p w14:paraId="4AA9E511" w14:textId="11188470" w:rsidR="00913191" w:rsidRPr="008F357B" w:rsidRDefault="008F357B" w:rsidP="008F357B">
      <w:pPr>
        <w:contextualSpacing/>
        <w:jc w:val="center"/>
        <w:rPr>
          <w:rFonts w:asciiTheme="majorHAnsi" w:hAnsiTheme="majorHAnsi" w:cstheme="majorHAnsi"/>
          <w:b/>
          <w:bCs/>
          <w:color w:val="548DD4" w:themeColor="text2" w:themeTint="99"/>
          <w:sz w:val="20"/>
          <w:szCs w:val="20"/>
          <w:u w:val="single"/>
        </w:rPr>
      </w:pPr>
      <w:r w:rsidRPr="008F357B">
        <w:rPr>
          <w:rFonts w:asciiTheme="majorHAnsi" w:hAnsiTheme="majorHAnsi" w:cstheme="majorHAnsi"/>
          <w:b/>
          <w:bCs/>
          <w:color w:val="548DD4" w:themeColor="text2" w:themeTint="99"/>
          <w:sz w:val="20"/>
          <w:szCs w:val="20"/>
          <w:u w:val="single"/>
        </w:rPr>
        <w:t>PUNCTELE 2-9 SE COMPLETEAZA ÎN CAZUL CLADIRILOR ȘI AL INTERVENȚIILOR ASUPRA CLĂDIRILOR EXISTENTE, IAR  ÎN CAZUL AMENJĂRILOR /LUCRĂRILOR INGINEREȘTI, DOAR DACĂ ACESTEA CUPRIND ȘI CLĂDIRI</w:t>
      </w:r>
    </w:p>
    <w:p w14:paraId="4D0FD730" w14:textId="77777777" w:rsidR="00913191" w:rsidRPr="00131165" w:rsidRDefault="00913191">
      <w:pPr>
        <w:spacing w:line="168" w:lineRule="auto"/>
        <w:rPr>
          <w:rFonts w:asciiTheme="majorHAnsi" w:hAnsiTheme="majorHAnsi" w:cstheme="majorHAnsi"/>
          <w:b/>
          <w:bCs/>
          <w:sz w:val="18"/>
          <w:szCs w:val="18"/>
          <w:u w:val="single"/>
        </w:rPr>
      </w:pP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B2206" w:rsidRPr="00131165" w14:paraId="0C8ACC4D" w14:textId="66364E25" w:rsidTr="00494210">
        <w:tc>
          <w:tcPr>
            <w:tcW w:w="9636" w:type="dxa"/>
            <w:gridSpan w:val="5"/>
            <w:shd w:val="clear" w:color="auto" w:fill="F4F4F4"/>
          </w:tcPr>
          <w:p w14:paraId="1D6A27EF" w14:textId="19CFC06A" w:rsidR="003B2206" w:rsidRPr="00131165" w:rsidRDefault="003B2206" w:rsidP="00494210">
            <w:pPr>
              <w:rPr>
                <w:rFonts w:asciiTheme="majorHAnsi" w:hAnsiTheme="majorHAnsi" w:cstheme="majorHAnsi"/>
              </w:rPr>
            </w:pPr>
            <w:r w:rsidRPr="00131165">
              <w:rPr>
                <w:rFonts w:asciiTheme="majorHAnsi" w:hAnsiTheme="majorHAnsi" w:cstheme="majorHAnsi"/>
                <w:b/>
                <w:sz w:val="16"/>
              </w:rPr>
              <w:t xml:space="preserve"> 2. </w:t>
            </w:r>
            <w:r w:rsidRPr="00131165">
              <w:rPr>
                <w:rFonts w:asciiTheme="majorHAnsi" w:hAnsiTheme="majorHAnsi" w:cstheme="majorHAnsi"/>
                <w:b/>
                <w:color w:val="000000"/>
                <w:sz w:val="18"/>
              </w:rPr>
              <w:t>DATELE CARACTERISTICE ALE AMPLASAMENTULUI</w:t>
            </w:r>
          </w:p>
        </w:tc>
      </w:tr>
      <w:tr w:rsidR="003B2206" w:rsidRPr="00131165" w14:paraId="7869F015" w14:textId="369BA3B7" w:rsidTr="00494210">
        <w:trPr>
          <w:trHeight w:val="510"/>
        </w:trPr>
        <w:tc>
          <w:tcPr>
            <w:tcW w:w="3212" w:type="dxa"/>
            <w:gridSpan w:val="2"/>
          </w:tcPr>
          <w:p w14:paraId="43CC5C98" w14:textId="77777777"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Suprafața terenului (m²)</w:t>
            </w:r>
          </w:p>
          <w:p w14:paraId="12091D05" w14:textId="77777777" w:rsidR="003B2206" w:rsidRPr="00131165" w:rsidRDefault="003B2206" w:rsidP="00494210">
            <w:pPr>
              <w:rPr>
                <w:rFonts w:asciiTheme="majorHAnsi" w:hAnsiTheme="majorHAnsi" w:cstheme="majorHAnsi"/>
              </w:rPr>
            </w:pPr>
          </w:p>
        </w:tc>
        <w:tc>
          <w:tcPr>
            <w:tcW w:w="6424" w:type="dxa"/>
            <w:gridSpan w:val="3"/>
          </w:tcPr>
          <w:p w14:paraId="02AB0E94" w14:textId="77777777"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t>Terenul este</w:t>
            </w:r>
          </w:p>
          <w:p w14:paraId="775AFB5C" w14:textId="5A776B17" w:rsidR="003B2206" w:rsidRPr="00131165" w:rsidRDefault="0062159B" w:rsidP="00494210">
            <w:pPr>
              <w:rPr>
                <w:rFonts w:asciiTheme="majorHAnsi" w:hAnsiTheme="majorHAnsi" w:cstheme="majorHAnsi"/>
              </w:rPr>
            </w:pPr>
            <w:sdt>
              <w:sdtPr>
                <w:rPr>
                  <w:rFonts w:ascii="Segoe UI Symbol" w:hAnsi="Segoe UI Symbol" w:cs="Segoe UI Symbol"/>
                  <w:sz w:val="16"/>
                </w:rPr>
                <w:id w:val="1785537324"/>
                <w14:checkbox>
                  <w14:checked w14:val="0"/>
                  <w14:checkedState w14:val="2612" w14:font="MS Gothic"/>
                  <w14:uncheckedState w14:val="2610" w14:font="MS Gothic"/>
                </w14:checkbox>
              </w:sdtPr>
              <w:sdtEndPr/>
              <w:sdtContent>
                <w:r w:rsidR="003B2206">
                  <w:rPr>
                    <w:rFonts w:ascii="MS Gothic" w:eastAsia="MS Gothic" w:hAnsi="MS Gothic" w:cs="Segoe UI Symbol" w:hint="eastAsia"/>
                    <w:sz w:val="16"/>
                  </w:rPr>
                  <w:t>☐</w:t>
                </w:r>
              </w:sdtContent>
            </w:sdt>
            <w:r w:rsidR="003B2206" w:rsidRPr="00131165">
              <w:rPr>
                <w:rFonts w:asciiTheme="majorHAnsi" w:hAnsiTheme="majorHAnsi" w:cstheme="majorHAnsi"/>
                <w:sz w:val="16"/>
              </w:rPr>
              <w:t xml:space="preserve"> liber de construcții    </w:t>
            </w:r>
            <w:sdt>
              <w:sdtPr>
                <w:rPr>
                  <w:rFonts w:asciiTheme="majorHAnsi" w:hAnsiTheme="majorHAnsi" w:cstheme="majorHAnsi"/>
                  <w:sz w:val="16"/>
                </w:rPr>
                <w:id w:val="-1841531240"/>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rPr>
                  <w:t>☐</w:t>
                </w:r>
              </w:sdtContent>
            </w:sdt>
            <w:r w:rsidR="003B2206" w:rsidRPr="00131165">
              <w:rPr>
                <w:rFonts w:asciiTheme="majorHAnsi" w:hAnsiTheme="majorHAnsi" w:cstheme="majorHAnsi"/>
                <w:sz w:val="16"/>
              </w:rPr>
              <w:t xml:space="preserve"> nu este liber de construc</w:t>
            </w:r>
            <w:r w:rsidR="003B2206" w:rsidRPr="00131165">
              <w:rPr>
                <w:rFonts w:ascii="Calibri" w:hAnsi="Calibri" w:cs="Calibri"/>
                <w:sz w:val="16"/>
              </w:rPr>
              <w:t>ț</w:t>
            </w:r>
            <w:r w:rsidR="003B2206" w:rsidRPr="00131165">
              <w:rPr>
                <w:rFonts w:asciiTheme="majorHAnsi" w:hAnsiTheme="majorHAnsi" w:cstheme="majorHAnsi"/>
                <w:sz w:val="16"/>
              </w:rPr>
              <w:t>ii</w:t>
            </w:r>
          </w:p>
        </w:tc>
      </w:tr>
      <w:tr w:rsidR="003B2206" w:rsidRPr="00131165" w14:paraId="7F716C47" w14:textId="581E5F28" w:rsidTr="00494210">
        <w:trPr>
          <w:trHeight w:val="369"/>
        </w:trPr>
        <w:tc>
          <w:tcPr>
            <w:tcW w:w="4818" w:type="dxa"/>
            <w:gridSpan w:val="3"/>
          </w:tcPr>
          <w:p w14:paraId="132C498C" w14:textId="77777777"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Acces carosabil din strada</w:t>
            </w:r>
          </w:p>
          <w:p w14:paraId="250E3356" w14:textId="77777777" w:rsidR="003B2206" w:rsidRPr="00131165" w:rsidRDefault="003B2206" w:rsidP="00494210">
            <w:pPr>
              <w:rPr>
                <w:rFonts w:asciiTheme="majorHAnsi" w:hAnsiTheme="majorHAnsi" w:cstheme="majorHAnsi"/>
              </w:rPr>
            </w:pPr>
          </w:p>
        </w:tc>
        <w:tc>
          <w:tcPr>
            <w:tcW w:w="4818" w:type="dxa"/>
            <w:gridSpan w:val="2"/>
          </w:tcPr>
          <w:p w14:paraId="650B5965" w14:textId="1885BF09" w:rsidR="003B2206" w:rsidRPr="00131165" w:rsidRDefault="0062159B" w:rsidP="00494210">
            <w:pPr>
              <w:rPr>
                <w:rFonts w:asciiTheme="majorHAnsi" w:hAnsiTheme="majorHAnsi" w:cstheme="majorHAnsi"/>
              </w:rPr>
            </w:pPr>
            <w:sdt>
              <w:sdtPr>
                <w:rPr>
                  <w:rFonts w:ascii="Segoe UI Symbol" w:hAnsi="Segoe UI Symbol" w:cs="Segoe UI Symbol"/>
                  <w:sz w:val="16"/>
                </w:rPr>
                <w:id w:val="954983417"/>
                <w14:checkbox>
                  <w14:checked w14:val="0"/>
                  <w14:checkedState w14:val="2612" w14:font="MS Gothic"/>
                  <w14:uncheckedState w14:val="2610" w14:font="MS Gothic"/>
                </w14:checkbox>
              </w:sdtPr>
              <w:sdtEndPr/>
              <w:sdtContent>
                <w:r w:rsidR="003B2206">
                  <w:rPr>
                    <w:rFonts w:ascii="MS Gothic" w:eastAsia="MS Gothic" w:hAnsi="MS Gothic" w:cs="Segoe UI Symbol" w:hint="eastAsia"/>
                    <w:sz w:val="16"/>
                  </w:rPr>
                  <w:t>☐</w:t>
                </w:r>
              </w:sdtContent>
            </w:sdt>
            <w:r w:rsidR="003B2206" w:rsidRPr="00131165">
              <w:rPr>
                <w:rFonts w:asciiTheme="majorHAnsi" w:hAnsiTheme="majorHAnsi" w:cstheme="majorHAnsi"/>
                <w:sz w:val="16"/>
              </w:rPr>
              <w:t xml:space="preserve"> direct     </w:t>
            </w:r>
            <w:sdt>
              <w:sdtPr>
                <w:rPr>
                  <w:rFonts w:asciiTheme="majorHAnsi" w:hAnsiTheme="majorHAnsi" w:cstheme="majorHAnsi"/>
                  <w:sz w:val="16"/>
                </w:rPr>
                <w:id w:val="228811004"/>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rPr>
                  <w:t>☐</w:t>
                </w:r>
              </w:sdtContent>
            </w:sdt>
            <w:r w:rsidR="003B2206" w:rsidRPr="00131165">
              <w:rPr>
                <w:rFonts w:asciiTheme="majorHAnsi" w:hAnsiTheme="majorHAnsi" w:cstheme="majorHAnsi"/>
                <w:sz w:val="16"/>
              </w:rPr>
              <w:t xml:space="preserve"> prin drum privat</w:t>
            </w:r>
          </w:p>
        </w:tc>
      </w:tr>
      <w:tr w:rsidR="003B2206" w:rsidRPr="00131165" w14:paraId="53A8A3B2" w14:textId="3D5A9684" w:rsidTr="00494210">
        <w:tc>
          <w:tcPr>
            <w:tcW w:w="9636" w:type="dxa"/>
            <w:gridSpan w:val="5"/>
          </w:tcPr>
          <w:p w14:paraId="3D53D1E9" w14:textId="0F94871F" w:rsidR="003B2206" w:rsidRPr="00131165" w:rsidRDefault="003B2206" w:rsidP="00494210">
            <w:pPr>
              <w:rPr>
                <w:rFonts w:asciiTheme="majorHAnsi" w:hAnsiTheme="majorHAnsi" w:cstheme="majorHAnsi"/>
              </w:rPr>
            </w:pPr>
            <w:r w:rsidRPr="00131165">
              <w:rPr>
                <w:rFonts w:asciiTheme="majorHAnsi" w:hAnsiTheme="majorHAnsi" w:cstheme="majorHAnsi"/>
                <w:sz w:val="16"/>
              </w:rPr>
              <w:t xml:space="preserve"> </w:t>
            </w:r>
            <w:sdt>
              <w:sdtPr>
                <w:rPr>
                  <w:rFonts w:asciiTheme="majorHAnsi" w:hAnsiTheme="majorHAnsi" w:cstheme="majorHAnsi"/>
                  <w:sz w:val="16"/>
                </w:rPr>
                <w:id w:val="1247766833"/>
                <w14:checkbox>
                  <w14:checked w14:val="0"/>
                  <w14:checkedState w14:val="2612" w14:font="MS Gothic"/>
                  <w14:uncheckedState w14:val="2610" w14:font="MS Gothic"/>
                </w14:checkbox>
              </w:sdtPr>
              <w:sdtEndPr/>
              <w:sdtContent>
                <w:r w:rsidR="00182EE3">
                  <w:rPr>
                    <w:rFonts w:ascii="MS Gothic" w:eastAsia="MS Gothic" w:hAnsi="MS Gothic" w:cstheme="majorHAnsi" w:hint="eastAsia"/>
                    <w:sz w:val="16"/>
                  </w:rPr>
                  <w:t>☐</w:t>
                </w:r>
              </w:sdtContent>
            </w:sdt>
            <w:r w:rsidRPr="00131165">
              <w:rPr>
                <w:rFonts w:asciiTheme="majorHAnsi" w:hAnsiTheme="majorHAnsi" w:cstheme="majorHAnsi"/>
                <w:sz w:val="16"/>
              </w:rPr>
              <w:t xml:space="preserve"> terenul se afl</w:t>
            </w:r>
            <w:r w:rsidRPr="00131165">
              <w:rPr>
                <w:rFonts w:ascii="Calibri" w:hAnsi="Calibri" w:cs="Calibri"/>
                <w:sz w:val="16"/>
              </w:rPr>
              <w:t>ă</w:t>
            </w:r>
            <w:r w:rsidRPr="00131165">
              <w:rPr>
                <w:rFonts w:asciiTheme="majorHAnsi" w:hAnsiTheme="majorHAnsi" w:cstheme="majorHAnsi"/>
                <w:sz w:val="16"/>
              </w:rPr>
              <w:t xml:space="preserve"> </w:t>
            </w:r>
            <w:r w:rsidRPr="00131165">
              <w:rPr>
                <w:rFonts w:ascii="Calibri" w:hAnsi="Calibri" w:cs="Calibri"/>
                <w:sz w:val="16"/>
              </w:rPr>
              <w:t>î</w:t>
            </w:r>
            <w:r w:rsidRPr="00131165">
              <w:rPr>
                <w:rFonts w:asciiTheme="majorHAnsi" w:hAnsiTheme="majorHAnsi" w:cstheme="majorHAnsi"/>
                <w:sz w:val="16"/>
              </w:rPr>
              <w:t>n zona de protec</w:t>
            </w:r>
            <w:r w:rsidRPr="00131165">
              <w:rPr>
                <w:rFonts w:ascii="Calibri" w:hAnsi="Calibri" w:cs="Calibri"/>
                <w:sz w:val="16"/>
              </w:rPr>
              <w:t>ț</w:t>
            </w:r>
            <w:r w:rsidRPr="00131165">
              <w:rPr>
                <w:rFonts w:asciiTheme="majorHAnsi" w:hAnsiTheme="majorHAnsi" w:cstheme="majorHAnsi"/>
                <w:sz w:val="16"/>
              </w:rPr>
              <w:t xml:space="preserve">ie a monumentelor istorice     </w:t>
            </w:r>
            <w:sdt>
              <w:sdtPr>
                <w:rPr>
                  <w:rFonts w:asciiTheme="majorHAnsi" w:hAnsiTheme="majorHAnsi" w:cstheme="majorHAnsi"/>
                  <w:sz w:val="16"/>
                </w:rPr>
                <w:id w:val="453531934"/>
                <w14:checkbox>
                  <w14:checked w14:val="0"/>
                  <w14:checkedState w14:val="2612" w14:font="MS Gothic"/>
                  <w14:uncheckedState w14:val="2610" w14:font="MS Gothic"/>
                </w14:checkbox>
              </w:sdtPr>
              <w:sdtEndPr/>
              <w:sdtContent>
                <w:r>
                  <w:rPr>
                    <w:rFonts w:ascii="MS Gothic" w:eastAsia="MS Gothic" w:hAnsi="MS Gothic" w:cstheme="majorHAnsi" w:hint="eastAsia"/>
                    <w:sz w:val="16"/>
                  </w:rPr>
                  <w:t>☐</w:t>
                </w:r>
              </w:sdtContent>
            </w:sdt>
            <w:r w:rsidRPr="00131165">
              <w:rPr>
                <w:rFonts w:asciiTheme="majorHAnsi" w:hAnsiTheme="majorHAnsi" w:cstheme="majorHAnsi"/>
                <w:sz w:val="16"/>
              </w:rPr>
              <w:t xml:space="preserve"> terenul se afl</w:t>
            </w:r>
            <w:r w:rsidRPr="00131165">
              <w:rPr>
                <w:rFonts w:ascii="Calibri" w:hAnsi="Calibri" w:cs="Calibri"/>
                <w:sz w:val="16"/>
              </w:rPr>
              <w:t>ă</w:t>
            </w:r>
            <w:r w:rsidRPr="00131165">
              <w:rPr>
                <w:rFonts w:asciiTheme="majorHAnsi" w:hAnsiTheme="majorHAnsi" w:cstheme="majorHAnsi"/>
                <w:sz w:val="16"/>
              </w:rPr>
              <w:t xml:space="preserve"> </w:t>
            </w:r>
            <w:r w:rsidRPr="00131165">
              <w:rPr>
                <w:rFonts w:ascii="Calibri" w:hAnsi="Calibri" w:cs="Calibri"/>
                <w:sz w:val="16"/>
              </w:rPr>
              <w:t>î</w:t>
            </w:r>
            <w:r w:rsidRPr="00131165">
              <w:rPr>
                <w:rFonts w:asciiTheme="majorHAnsi" w:hAnsiTheme="majorHAnsi" w:cstheme="majorHAnsi"/>
                <w:sz w:val="16"/>
              </w:rPr>
              <w:t>n zone construite protejate</w:t>
            </w:r>
          </w:p>
        </w:tc>
      </w:tr>
      <w:tr w:rsidR="003B2206" w:rsidRPr="00131165" w14:paraId="165B4D0A" w14:textId="4408E915" w:rsidTr="00494210">
        <w:tc>
          <w:tcPr>
            <w:tcW w:w="9636" w:type="dxa"/>
            <w:gridSpan w:val="5"/>
          </w:tcPr>
          <w:p w14:paraId="079CCB85" w14:textId="77777777" w:rsidR="003B2206" w:rsidRPr="00A33D80" w:rsidRDefault="003B2206" w:rsidP="00494210">
            <w:pPr>
              <w:pBdr>
                <w:bottom w:val="dotted" w:sz="6" w:space="0" w:color="999999"/>
              </w:pBd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 xml:space="preserve">Servituți  </w:t>
            </w:r>
          </w:p>
          <w:p w14:paraId="7D7BEDB6" w14:textId="77777777" w:rsidR="003B2206" w:rsidRPr="00131165" w:rsidRDefault="003B2206" w:rsidP="00494210">
            <w:pPr>
              <w:pBdr>
                <w:bottom w:val="dotted" w:sz="6" w:space="0" w:color="999999"/>
              </w:pBdr>
              <w:spacing w:after="80"/>
              <w:rPr>
                <w:rFonts w:asciiTheme="majorHAnsi" w:hAnsiTheme="majorHAnsi" w:cstheme="majorHAnsi"/>
              </w:rPr>
            </w:pPr>
          </w:p>
        </w:tc>
      </w:tr>
      <w:tr w:rsidR="003B2206" w:rsidRPr="00131165" w14:paraId="483B4B50" w14:textId="26DD74FB" w:rsidTr="00494210">
        <w:tc>
          <w:tcPr>
            <w:tcW w:w="9636" w:type="dxa"/>
            <w:gridSpan w:val="5"/>
            <w:shd w:val="clear" w:color="auto" w:fill="F4F4F4"/>
          </w:tcPr>
          <w:p w14:paraId="4E8E6812" w14:textId="500AFB81" w:rsidR="003B2206" w:rsidRPr="00131165" w:rsidRDefault="003B2206" w:rsidP="00494210">
            <w:pPr>
              <w:rPr>
                <w:rFonts w:asciiTheme="majorHAnsi" w:hAnsiTheme="majorHAnsi" w:cstheme="majorHAnsi"/>
                <w:sz w:val="16"/>
              </w:rPr>
            </w:pPr>
            <w:r w:rsidRPr="00131165">
              <w:rPr>
                <w:rFonts w:asciiTheme="majorHAnsi" w:hAnsiTheme="majorHAnsi" w:cstheme="majorHAnsi"/>
                <w:sz w:val="16"/>
              </w:rPr>
              <w:t>Amplasare</w:t>
            </w:r>
          </w:p>
        </w:tc>
      </w:tr>
      <w:tr w:rsidR="003B2206" w:rsidRPr="00131165" w14:paraId="44377C56" w14:textId="0751F536" w:rsidTr="00494210">
        <w:tc>
          <w:tcPr>
            <w:tcW w:w="2409" w:type="dxa"/>
            <w:shd w:val="clear" w:color="auto" w:fill="FFFFFF" w:themeFill="background1"/>
          </w:tcPr>
          <w:p w14:paraId="7A9EEBA3" w14:textId="77777777"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Tip amplasare</w:t>
            </w:r>
          </w:p>
          <w:p w14:paraId="13BE7951" w14:textId="4F551F09" w:rsidR="003B2206" w:rsidRPr="00131165" w:rsidRDefault="003B2206" w:rsidP="00494210">
            <w:pPr>
              <w:rPr>
                <w:rFonts w:asciiTheme="majorHAnsi" w:hAnsiTheme="majorHAnsi" w:cstheme="majorHAnsi"/>
                <w:sz w:val="16"/>
              </w:rPr>
            </w:pPr>
            <w:r w:rsidRPr="00131165">
              <w:rPr>
                <w:rFonts w:asciiTheme="majorHAnsi" w:hAnsiTheme="majorHAnsi" w:cstheme="majorHAnsi"/>
                <w:i/>
                <w:color w:val="7A7A7A"/>
              </w:rPr>
              <w:t>izolat · cuplat · înșiruit</w:t>
            </w:r>
          </w:p>
        </w:tc>
        <w:tc>
          <w:tcPr>
            <w:tcW w:w="2409" w:type="dxa"/>
            <w:gridSpan w:val="2"/>
            <w:shd w:val="clear" w:color="auto" w:fill="FFFFFF" w:themeFill="background1"/>
          </w:tcPr>
          <w:p w14:paraId="55A50C10" w14:textId="77777777"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Tipologie / morfologie urbană</w:t>
            </w:r>
          </w:p>
          <w:p w14:paraId="0D40C2D7" w14:textId="77777777" w:rsidR="003B2206" w:rsidRPr="00131165" w:rsidRDefault="003B2206" w:rsidP="00494210">
            <w:pPr>
              <w:rPr>
                <w:rFonts w:asciiTheme="majorHAnsi" w:hAnsiTheme="majorHAnsi" w:cstheme="majorHAnsi"/>
                <w:sz w:val="16"/>
              </w:rPr>
            </w:pPr>
          </w:p>
        </w:tc>
        <w:tc>
          <w:tcPr>
            <w:tcW w:w="2409" w:type="dxa"/>
            <w:shd w:val="clear" w:color="auto" w:fill="FFFFFF" w:themeFill="background1"/>
          </w:tcPr>
          <w:p w14:paraId="37CCB26E" w14:textId="77777777"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t xml:space="preserve">Front construit </w:t>
            </w:r>
          </w:p>
          <w:p w14:paraId="087F5E3E" w14:textId="77777777" w:rsidR="003B2206" w:rsidRPr="00A33D80" w:rsidRDefault="003B2206" w:rsidP="00494210">
            <w:pPr>
              <w:rPr>
                <w:rFonts w:asciiTheme="majorHAnsi" w:hAnsiTheme="majorHAnsi" w:cstheme="majorHAnsi"/>
                <w:sz w:val="16"/>
                <w:szCs w:val="16"/>
              </w:rPr>
            </w:pPr>
          </w:p>
        </w:tc>
        <w:tc>
          <w:tcPr>
            <w:tcW w:w="2409" w:type="dxa"/>
            <w:shd w:val="clear" w:color="auto" w:fill="FFFFFF" w:themeFill="background1"/>
          </w:tcPr>
          <w:p w14:paraId="42E60006" w14:textId="77777777"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t>Curte interioară</w:t>
            </w:r>
          </w:p>
          <w:p w14:paraId="2BA71759" w14:textId="170AC89A" w:rsidR="003B2206" w:rsidRPr="00A33D80" w:rsidRDefault="003B2206" w:rsidP="00494210">
            <w:pPr>
              <w:rPr>
                <w:rFonts w:asciiTheme="majorHAnsi" w:hAnsiTheme="majorHAnsi" w:cstheme="majorHAnsi"/>
                <w:sz w:val="16"/>
                <w:szCs w:val="16"/>
              </w:rPr>
            </w:pPr>
          </w:p>
        </w:tc>
      </w:tr>
      <w:tr w:rsidR="003B2206" w:rsidRPr="00131165" w14:paraId="7605E0CD" w14:textId="13792C37" w:rsidTr="00494210">
        <w:tc>
          <w:tcPr>
            <w:tcW w:w="9636" w:type="dxa"/>
            <w:gridSpan w:val="5"/>
            <w:shd w:val="clear" w:color="auto" w:fill="F4F4F4"/>
          </w:tcPr>
          <w:p w14:paraId="47A73E17" w14:textId="77777777" w:rsidR="003B2206" w:rsidRPr="00131165" w:rsidRDefault="003B2206" w:rsidP="00494210">
            <w:pPr>
              <w:rPr>
                <w:rFonts w:asciiTheme="majorHAnsi" w:hAnsiTheme="majorHAnsi" w:cstheme="majorHAnsi"/>
              </w:rPr>
            </w:pPr>
            <w:r w:rsidRPr="00131165">
              <w:rPr>
                <w:rFonts w:asciiTheme="majorHAnsi" w:hAnsiTheme="majorHAnsi" w:cstheme="majorHAnsi"/>
                <w:sz w:val="16"/>
              </w:rPr>
              <w:t xml:space="preserve"> Amplasarea clădirilor pe teren, după realizarea lucrărilor — retragerile minime</w:t>
            </w:r>
          </w:p>
        </w:tc>
      </w:tr>
      <w:tr w:rsidR="003B2206" w:rsidRPr="00131165" w14:paraId="2EE614B8" w14:textId="201CBED1" w:rsidTr="00494210">
        <w:trPr>
          <w:trHeight w:val="510"/>
        </w:trPr>
        <w:tc>
          <w:tcPr>
            <w:tcW w:w="2409" w:type="dxa"/>
          </w:tcPr>
          <w:p w14:paraId="5A8E209E" w14:textId="77777777"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lastRenderedPageBreak/>
              <w:t>față de aliniament (m)</w:t>
            </w:r>
          </w:p>
          <w:p w14:paraId="198628E3" w14:textId="77777777" w:rsidR="003B2206" w:rsidRPr="00A33D80" w:rsidRDefault="003B2206" w:rsidP="00494210">
            <w:pPr>
              <w:rPr>
                <w:rFonts w:asciiTheme="majorHAnsi" w:hAnsiTheme="majorHAnsi" w:cstheme="majorHAnsi"/>
                <w:sz w:val="16"/>
                <w:szCs w:val="16"/>
              </w:rPr>
            </w:pPr>
          </w:p>
        </w:tc>
        <w:tc>
          <w:tcPr>
            <w:tcW w:w="2409" w:type="dxa"/>
            <w:gridSpan w:val="2"/>
          </w:tcPr>
          <w:p w14:paraId="4ADB5DFD" w14:textId="77777777"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t>față de limita lateral-dreapta (m)</w:t>
            </w:r>
          </w:p>
          <w:p w14:paraId="5CB17E5D" w14:textId="77777777" w:rsidR="003B2206" w:rsidRPr="00A33D80" w:rsidRDefault="003B2206" w:rsidP="00494210">
            <w:pPr>
              <w:rPr>
                <w:rFonts w:asciiTheme="majorHAnsi" w:hAnsiTheme="majorHAnsi" w:cstheme="majorHAnsi"/>
                <w:sz w:val="16"/>
                <w:szCs w:val="16"/>
              </w:rPr>
            </w:pPr>
          </w:p>
        </w:tc>
        <w:tc>
          <w:tcPr>
            <w:tcW w:w="2409" w:type="dxa"/>
          </w:tcPr>
          <w:p w14:paraId="4096649E" w14:textId="12E0445F"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t>față de limita lateral-stânga (m)</w:t>
            </w:r>
          </w:p>
        </w:tc>
        <w:tc>
          <w:tcPr>
            <w:tcW w:w="2409" w:type="dxa"/>
          </w:tcPr>
          <w:p w14:paraId="3C47F09A" w14:textId="457E21B7" w:rsidR="003B2206" w:rsidRPr="00A33D80" w:rsidRDefault="003B2206" w:rsidP="00494210">
            <w:pPr>
              <w:rPr>
                <w:rFonts w:asciiTheme="majorHAnsi" w:hAnsiTheme="majorHAnsi" w:cstheme="majorHAnsi"/>
                <w:sz w:val="16"/>
                <w:szCs w:val="16"/>
              </w:rPr>
            </w:pPr>
            <w:r w:rsidRPr="00A33D80">
              <w:rPr>
                <w:rFonts w:asciiTheme="majorHAnsi" w:hAnsiTheme="majorHAnsi" w:cstheme="majorHAnsi"/>
                <w:b/>
                <w:color w:val="0D5F78"/>
                <w:sz w:val="16"/>
                <w:szCs w:val="16"/>
              </w:rPr>
              <w:t>față de limita posterioară (m)</w:t>
            </w:r>
          </w:p>
        </w:tc>
      </w:tr>
      <w:tr w:rsidR="003B2206" w:rsidRPr="00131165" w14:paraId="41C06C37" w14:textId="377514A3" w:rsidTr="00494210">
        <w:trPr>
          <w:trHeight w:val="226"/>
        </w:trPr>
        <w:tc>
          <w:tcPr>
            <w:tcW w:w="4818" w:type="dxa"/>
            <w:gridSpan w:val="3"/>
            <w:shd w:val="clear" w:color="auto" w:fill="F2F2F2" w:themeFill="background1" w:themeFillShade="F2"/>
          </w:tcPr>
          <w:p w14:paraId="6B7999BC" w14:textId="33FF7E93" w:rsidR="003B2206" w:rsidRPr="00131165" w:rsidRDefault="003B2206" w:rsidP="00494210">
            <w:pPr>
              <w:rPr>
                <w:rFonts w:asciiTheme="majorHAnsi" w:hAnsiTheme="majorHAnsi" w:cstheme="majorHAnsi"/>
                <w:bCs/>
                <w:color w:val="000000" w:themeColor="text1"/>
              </w:rPr>
            </w:pPr>
            <w:r w:rsidRPr="00131165">
              <w:rPr>
                <w:rFonts w:asciiTheme="majorHAnsi" w:hAnsiTheme="majorHAnsi" w:cstheme="majorHAnsi"/>
                <w:bCs/>
                <w:color w:val="000000" w:themeColor="text1"/>
              </w:rPr>
              <w:t>Procent de ocupare a terenului (%)</w:t>
            </w:r>
          </w:p>
        </w:tc>
        <w:tc>
          <w:tcPr>
            <w:tcW w:w="4818" w:type="dxa"/>
            <w:gridSpan w:val="2"/>
            <w:shd w:val="clear" w:color="auto" w:fill="F2F2F2" w:themeFill="background1" w:themeFillShade="F2"/>
          </w:tcPr>
          <w:p w14:paraId="62285E8F" w14:textId="2DCC1C68" w:rsidR="003B2206" w:rsidRPr="00131165" w:rsidRDefault="003B2206" w:rsidP="00494210">
            <w:pPr>
              <w:rPr>
                <w:rFonts w:asciiTheme="majorHAnsi" w:hAnsiTheme="majorHAnsi" w:cstheme="majorHAnsi"/>
                <w:bCs/>
                <w:color w:val="000000" w:themeColor="text1"/>
              </w:rPr>
            </w:pPr>
            <w:r w:rsidRPr="00131165">
              <w:rPr>
                <w:rFonts w:asciiTheme="majorHAnsi" w:hAnsiTheme="majorHAnsi" w:cstheme="majorHAnsi"/>
                <w:bCs/>
                <w:color w:val="000000" w:themeColor="text1"/>
              </w:rPr>
              <w:t xml:space="preserve">Coeficient de utilizare a terenului </w:t>
            </w:r>
          </w:p>
        </w:tc>
      </w:tr>
      <w:tr w:rsidR="003B2206" w:rsidRPr="00131165" w14:paraId="060A73FB" w14:textId="663930BD" w:rsidTr="00494210">
        <w:trPr>
          <w:trHeight w:val="272"/>
        </w:trPr>
        <w:tc>
          <w:tcPr>
            <w:tcW w:w="2409" w:type="dxa"/>
          </w:tcPr>
          <w:p w14:paraId="0E0452C6" w14:textId="6F162BE0"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Existent</w:t>
            </w:r>
          </w:p>
        </w:tc>
        <w:tc>
          <w:tcPr>
            <w:tcW w:w="2409" w:type="dxa"/>
            <w:gridSpan w:val="2"/>
          </w:tcPr>
          <w:p w14:paraId="56E832C5" w14:textId="77777777" w:rsidR="003B2206" w:rsidRPr="00A33D80" w:rsidRDefault="003B2206" w:rsidP="00494210">
            <w:pPr>
              <w:rPr>
                <w:rFonts w:asciiTheme="majorHAnsi" w:hAnsiTheme="majorHAnsi" w:cstheme="majorHAnsi"/>
                <w:b/>
                <w:color w:val="0D5F78"/>
                <w:sz w:val="16"/>
                <w:szCs w:val="16"/>
              </w:rPr>
            </w:pPr>
          </w:p>
        </w:tc>
        <w:tc>
          <w:tcPr>
            <w:tcW w:w="2409" w:type="dxa"/>
          </w:tcPr>
          <w:p w14:paraId="24F09C4A" w14:textId="4BD79D03"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Existent</w:t>
            </w:r>
          </w:p>
        </w:tc>
        <w:tc>
          <w:tcPr>
            <w:tcW w:w="2409" w:type="dxa"/>
          </w:tcPr>
          <w:p w14:paraId="3DA88BDD" w14:textId="77777777" w:rsidR="003B2206" w:rsidRPr="00131165" w:rsidRDefault="003B2206" w:rsidP="00494210">
            <w:pPr>
              <w:rPr>
                <w:rFonts w:asciiTheme="majorHAnsi" w:hAnsiTheme="majorHAnsi" w:cstheme="majorHAnsi"/>
                <w:b/>
                <w:color w:val="0D5F78"/>
              </w:rPr>
            </w:pPr>
          </w:p>
        </w:tc>
      </w:tr>
      <w:tr w:rsidR="003B2206" w:rsidRPr="00131165" w14:paraId="008E2BA0" w14:textId="657CF7EC" w:rsidTr="00494210">
        <w:trPr>
          <w:trHeight w:val="272"/>
        </w:trPr>
        <w:tc>
          <w:tcPr>
            <w:tcW w:w="2409" w:type="dxa"/>
          </w:tcPr>
          <w:p w14:paraId="7D7FB8E0" w14:textId="22FA1577"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Propus</w:t>
            </w:r>
          </w:p>
        </w:tc>
        <w:tc>
          <w:tcPr>
            <w:tcW w:w="2409" w:type="dxa"/>
            <w:gridSpan w:val="2"/>
          </w:tcPr>
          <w:p w14:paraId="27E463A9" w14:textId="77777777" w:rsidR="003B2206" w:rsidRPr="00A33D80" w:rsidRDefault="003B2206" w:rsidP="00494210">
            <w:pPr>
              <w:rPr>
                <w:rFonts w:asciiTheme="majorHAnsi" w:hAnsiTheme="majorHAnsi" w:cstheme="majorHAnsi"/>
                <w:b/>
                <w:color w:val="0D5F78"/>
                <w:sz w:val="16"/>
                <w:szCs w:val="16"/>
              </w:rPr>
            </w:pPr>
          </w:p>
        </w:tc>
        <w:tc>
          <w:tcPr>
            <w:tcW w:w="2409" w:type="dxa"/>
          </w:tcPr>
          <w:p w14:paraId="7FD00EA7" w14:textId="29AF4CF0" w:rsidR="003B2206" w:rsidRPr="00A33D80" w:rsidRDefault="003B2206"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Propus</w:t>
            </w:r>
          </w:p>
        </w:tc>
        <w:tc>
          <w:tcPr>
            <w:tcW w:w="2409" w:type="dxa"/>
          </w:tcPr>
          <w:p w14:paraId="6BCF08B6" w14:textId="77777777" w:rsidR="003B2206" w:rsidRPr="00131165" w:rsidRDefault="003B2206" w:rsidP="00494210">
            <w:pPr>
              <w:rPr>
                <w:rFonts w:asciiTheme="majorHAnsi" w:hAnsiTheme="majorHAnsi" w:cstheme="majorHAnsi"/>
                <w:b/>
                <w:color w:val="0D5F78"/>
              </w:rPr>
            </w:pPr>
          </w:p>
        </w:tc>
      </w:tr>
    </w:tbl>
    <w:p w14:paraId="132E47EC" w14:textId="07AC5DB5" w:rsidR="003C7CA3" w:rsidRPr="00131165" w:rsidRDefault="003C7CA3">
      <w:pPr>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131165" w14:paraId="03C946DF" w14:textId="77777777" w:rsidTr="00303E64">
        <w:trPr>
          <w:cantSplit/>
        </w:trPr>
        <w:tc>
          <w:tcPr>
            <w:tcW w:w="9636" w:type="dxa"/>
            <w:gridSpan w:val="4"/>
            <w:shd w:val="clear" w:color="auto" w:fill="F4F4F4"/>
          </w:tcPr>
          <w:p w14:paraId="5F98CBA4" w14:textId="2EDCA382" w:rsidR="0007047E" w:rsidRPr="00131165" w:rsidRDefault="0007047E" w:rsidP="005B5439">
            <w:pPr>
              <w:rPr>
                <w:rFonts w:asciiTheme="majorHAnsi" w:hAnsiTheme="majorHAnsi" w:cstheme="majorHAnsi"/>
              </w:rPr>
            </w:pPr>
            <w:r w:rsidRPr="00131165">
              <w:rPr>
                <w:rFonts w:asciiTheme="majorHAnsi" w:hAnsiTheme="majorHAnsi" w:cstheme="majorHAnsi"/>
                <w:b/>
                <w:sz w:val="16"/>
              </w:rPr>
              <w:t xml:space="preserve">3. </w:t>
            </w:r>
            <w:r w:rsidRPr="00131165">
              <w:rPr>
                <w:rFonts w:asciiTheme="majorHAnsi" w:hAnsiTheme="majorHAnsi" w:cstheme="majorHAnsi"/>
                <w:b/>
                <w:color w:val="000000"/>
                <w:sz w:val="18"/>
              </w:rPr>
              <w:t xml:space="preserve">SUPRAFEȚE </w:t>
            </w:r>
          </w:p>
        </w:tc>
      </w:tr>
      <w:tr w:rsidR="0007047E" w:rsidRPr="00131165" w14:paraId="0B55DA5B" w14:textId="77777777" w:rsidTr="00303E64">
        <w:trPr>
          <w:cantSplit/>
          <w:trHeight w:val="297"/>
        </w:trPr>
        <w:tc>
          <w:tcPr>
            <w:tcW w:w="2409" w:type="dxa"/>
          </w:tcPr>
          <w:p w14:paraId="5BB088E4" w14:textId="77777777" w:rsidR="0007047E" w:rsidRPr="00131165" w:rsidRDefault="0007047E" w:rsidP="005B5439">
            <w:pPr>
              <w:rPr>
                <w:rFonts w:asciiTheme="majorHAnsi" w:hAnsiTheme="majorHAnsi" w:cstheme="majorHAnsi"/>
                <w:sz w:val="16"/>
                <w:szCs w:val="16"/>
              </w:rPr>
            </w:pPr>
            <w:r w:rsidRPr="00131165">
              <w:rPr>
                <w:rFonts w:asciiTheme="majorHAnsi" w:hAnsiTheme="majorHAnsi" w:cstheme="majorHAnsi"/>
                <w:sz w:val="16"/>
                <w:szCs w:val="16"/>
              </w:rPr>
              <w:t>clădiri existente, din care:</w:t>
            </w:r>
          </w:p>
        </w:tc>
        <w:tc>
          <w:tcPr>
            <w:tcW w:w="2409" w:type="dxa"/>
          </w:tcPr>
          <w:p w14:paraId="403A4944" w14:textId="4D4B4AFB" w:rsidR="0007047E" w:rsidRPr="00A33D80" w:rsidRDefault="0007047E" w:rsidP="00494210">
            <w:pPr>
              <w:rPr>
                <w:rFonts w:asciiTheme="majorHAnsi" w:hAnsiTheme="majorHAnsi" w:cstheme="majorHAnsi"/>
                <w:sz w:val="16"/>
                <w:szCs w:val="16"/>
              </w:rPr>
            </w:pPr>
            <w:r w:rsidRPr="00A33D80">
              <w:rPr>
                <w:rFonts w:asciiTheme="majorHAnsi" w:hAnsiTheme="majorHAnsi" w:cstheme="majorHAnsi"/>
                <w:b/>
                <w:color w:val="0D5F78"/>
                <w:sz w:val="16"/>
                <w:szCs w:val="16"/>
              </w:rPr>
              <w:t>Suprafață construită (m²)</w:t>
            </w:r>
          </w:p>
        </w:tc>
        <w:tc>
          <w:tcPr>
            <w:tcW w:w="2409" w:type="dxa"/>
          </w:tcPr>
          <w:p w14:paraId="4BF4EA09" w14:textId="5C886336" w:rsidR="0007047E" w:rsidRPr="00A33D80" w:rsidRDefault="0007047E" w:rsidP="00494210">
            <w:pPr>
              <w:rPr>
                <w:rFonts w:asciiTheme="majorHAnsi" w:hAnsiTheme="majorHAnsi" w:cstheme="majorHAnsi"/>
                <w:sz w:val="16"/>
                <w:szCs w:val="16"/>
              </w:rPr>
            </w:pPr>
            <w:r w:rsidRPr="00A33D80">
              <w:rPr>
                <w:rFonts w:asciiTheme="majorHAnsi" w:hAnsiTheme="majorHAnsi" w:cstheme="majorHAnsi"/>
                <w:b/>
                <w:color w:val="0D5F78"/>
                <w:sz w:val="16"/>
                <w:szCs w:val="16"/>
              </w:rPr>
              <w:t>Suprafață desfășurată (m²)</w:t>
            </w:r>
          </w:p>
        </w:tc>
        <w:tc>
          <w:tcPr>
            <w:tcW w:w="2409" w:type="dxa"/>
          </w:tcPr>
          <w:p w14:paraId="1743490B" w14:textId="7752FB43" w:rsidR="0007047E" w:rsidRPr="00A33D80" w:rsidRDefault="0007047E" w:rsidP="00494210">
            <w:pPr>
              <w:rPr>
                <w:rFonts w:asciiTheme="majorHAnsi" w:hAnsiTheme="majorHAnsi" w:cstheme="majorHAnsi"/>
                <w:sz w:val="16"/>
                <w:szCs w:val="16"/>
              </w:rPr>
            </w:pPr>
            <w:r w:rsidRPr="00A33D80">
              <w:rPr>
                <w:rFonts w:asciiTheme="majorHAnsi" w:hAnsiTheme="majorHAnsi" w:cstheme="majorHAnsi"/>
                <w:b/>
                <w:color w:val="0D5F78"/>
                <w:sz w:val="16"/>
                <w:szCs w:val="16"/>
              </w:rPr>
              <w:t>Suprafață utilă (m²)</w:t>
            </w:r>
          </w:p>
        </w:tc>
      </w:tr>
      <w:tr w:rsidR="0007047E" w:rsidRPr="00131165" w14:paraId="290E3B1A" w14:textId="77777777" w:rsidTr="00303E64">
        <w:trPr>
          <w:cantSplit/>
          <w:trHeight w:val="192"/>
        </w:trPr>
        <w:tc>
          <w:tcPr>
            <w:tcW w:w="2409" w:type="dxa"/>
          </w:tcPr>
          <w:p w14:paraId="77A680BD" w14:textId="77777777" w:rsidR="0007047E" w:rsidRPr="00131165" w:rsidRDefault="0007047E" w:rsidP="005B5439">
            <w:pPr>
              <w:rPr>
                <w:rFonts w:asciiTheme="majorHAnsi" w:hAnsiTheme="majorHAnsi" w:cstheme="majorHAnsi"/>
                <w:sz w:val="16"/>
                <w:szCs w:val="16"/>
              </w:rPr>
            </w:pPr>
            <w:r w:rsidRPr="00131165">
              <w:rPr>
                <w:rFonts w:asciiTheme="majorHAnsi" w:hAnsiTheme="majorHAnsi" w:cstheme="majorHAnsi"/>
                <w:sz w:val="16"/>
                <w:szCs w:val="16"/>
              </w:rPr>
              <w:t>— desființate</w:t>
            </w:r>
          </w:p>
        </w:tc>
        <w:tc>
          <w:tcPr>
            <w:tcW w:w="2409" w:type="dxa"/>
          </w:tcPr>
          <w:p w14:paraId="49A5CEE4" w14:textId="77777777" w:rsidR="0007047E" w:rsidRPr="00131165" w:rsidRDefault="0007047E" w:rsidP="005B5439">
            <w:pPr>
              <w:rPr>
                <w:rFonts w:asciiTheme="majorHAnsi" w:hAnsiTheme="majorHAnsi" w:cstheme="majorHAnsi"/>
              </w:rPr>
            </w:pPr>
          </w:p>
        </w:tc>
        <w:tc>
          <w:tcPr>
            <w:tcW w:w="2409" w:type="dxa"/>
          </w:tcPr>
          <w:p w14:paraId="78FEE0F5" w14:textId="77777777" w:rsidR="0007047E" w:rsidRPr="00131165" w:rsidRDefault="0007047E" w:rsidP="005B5439">
            <w:pPr>
              <w:rPr>
                <w:rFonts w:asciiTheme="majorHAnsi" w:hAnsiTheme="majorHAnsi" w:cstheme="majorHAnsi"/>
              </w:rPr>
            </w:pPr>
          </w:p>
        </w:tc>
        <w:tc>
          <w:tcPr>
            <w:tcW w:w="2409" w:type="dxa"/>
          </w:tcPr>
          <w:p w14:paraId="650918ED" w14:textId="77777777" w:rsidR="0007047E" w:rsidRPr="00131165" w:rsidRDefault="0007047E" w:rsidP="005B5439">
            <w:pPr>
              <w:rPr>
                <w:rFonts w:asciiTheme="majorHAnsi" w:hAnsiTheme="majorHAnsi" w:cstheme="majorHAnsi"/>
              </w:rPr>
            </w:pPr>
          </w:p>
        </w:tc>
      </w:tr>
      <w:tr w:rsidR="0007047E" w:rsidRPr="00131165" w14:paraId="56C425C9" w14:textId="77777777" w:rsidTr="00303E64">
        <w:trPr>
          <w:cantSplit/>
          <w:trHeight w:val="137"/>
        </w:trPr>
        <w:tc>
          <w:tcPr>
            <w:tcW w:w="2409" w:type="dxa"/>
          </w:tcPr>
          <w:p w14:paraId="21FE29B7" w14:textId="77777777" w:rsidR="0007047E" w:rsidRPr="00131165" w:rsidRDefault="0007047E" w:rsidP="005B5439">
            <w:pPr>
              <w:rPr>
                <w:rFonts w:asciiTheme="majorHAnsi" w:hAnsiTheme="majorHAnsi" w:cstheme="majorHAnsi"/>
                <w:sz w:val="16"/>
                <w:szCs w:val="16"/>
              </w:rPr>
            </w:pPr>
            <w:r w:rsidRPr="00131165">
              <w:rPr>
                <w:rFonts w:asciiTheme="majorHAnsi" w:hAnsiTheme="majorHAnsi" w:cstheme="majorHAnsi"/>
                <w:sz w:val="16"/>
                <w:szCs w:val="16"/>
              </w:rPr>
              <w:t>— menținute</w:t>
            </w:r>
          </w:p>
        </w:tc>
        <w:tc>
          <w:tcPr>
            <w:tcW w:w="2409" w:type="dxa"/>
          </w:tcPr>
          <w:p w14:paraId="2E932015" w14:textId="77777777" w:rsidR="0007047E" w:rsidRPr="00131165" w:rsidRDefault="0007047E" w:rsidP="005B5439">
            <w:pPr>
              <w:rPr>
                <w:rFonts w:asciiTheme="majorHAnsi" w:hAnsiTheme="majorHAnsi" w:cstheme="majorHAnsi"/>
              </w:rPr>
            </w:pPr>
          </w:p>
        </w:tc>
        <w:tc>
          <w:tcPr>
            <w:tcW w:w="2409" w:type="dxa"/>
          </w:tcPr>
          <w:p w14:paraId="5D428DDC" w14:textId="77777777" w:rsidR="0007047E" w:rsidRPr="00131165" w:rsidRDefault="0007047E" w:rsidP="005B5439">
            <w:pPr>
              <w:rPr>
                <w:rFonts w:asciiTheme="majorHAnsi" w:hAnsiTheme="majorHAnsi" w:cstheme="majorHAnsi"/>
              </w:rPr>
            </w:pPr>
          </w:p>
        </w:tc>
        <w:tc>
          <w:tcPr>
            <w:tcW w:w="2409" w:type="dxa"/>
          </w:tcPr>
          <w:p w14:paraId="5D490EA8" w14:textId="77777777" w:rsidR="0007047E" w:rsidRPr="00131165" w:rsidRDefault="0007047E" w:rsidP="005B5439">
            <w:pPr>
              <w:rPr>
                <w:rFonts w:asciiTheme="majorHAnsi" w:hAnsiTheme="majorHAnsi" w:cstheme="majorHAnsi"/>
              </w:rPr>
            </w:pPr>
          </w:p>
        </w:tc>
      </w:tr>
      <w:tr w:rsidR="0007047E" w:rsidRPr="00131165" w14:paraId="1C398D53" w14:textId="77777777" w:rsidTr="00303E64">
        <w:trPr>
          <w:cantSplit/>
          <w:trHeight w:val="226"/>
        </w:trPr>
        <w:tc>
          <w:tcPr>
            <w:tcW w:w="2409" w:type="dxa"/>
          </w:tcPr>
          <w:p w14:paraId="3DEA794B" w14:textId="77777777" w:rsidR="0007047E" w:rsidRPr="00131165" w:rsidRDefault="0007047E" w:rsidP="005B5439">
            <w:pPr>
              <w:rPr>
                <w:rFonts w:asciiTheme="majorHAnsi" w:hAnsiTheme="majorHAnsi" w:cstheme="majorHAnsi"/>
                <w:sz w:val="16"/>
                <w:szCs w:val="16"/>
              </w:rPr>
            </w:pPr>
            <w:r w:rsidRPr="00131165">
              <w:rPr>
                <w:rFonts w:asciiTheme="majorHAnsi" w:hAnsiTheme="majorHAnsi" w:cstheme="majorHAnsi"/>
                <w:sz w:val="16"/>
                <w:szCs w:val="16"/>
              </w:rPr>
              <w:t>clădiri propuse</w:t>
            </w:r>
          </w:p>
        </w:tc>
        <w:tc>
          <w:tcPr>
            <w:tcW w:w="2409" w:type="dxa"/>
          </w:tcPr>
          <w:p w14:paraId="673C13F3" w14:textId="77777777" w:rsidR="0007047E" w:rsidRPr="00131165" w:rsidRDefault="0007047E" w:rsidP="005B5439">
            <w:pPr>
              <w:rPr>
                <w:rFonts w:asciiTheme="majorHAnsi" w:hAnsiTheme="majorHAnsi" w:cstheme="majorHAnsi"/>
              </w:rPr>
            </w:pPr>
          </w:p>
        </w:tc>
        <w:tc>
          <w:tcPr>
            <w:tcW w:w="2409" w:type="dxa"/>
          </w:tcPr>
          <w:p w14:paraId="06D64C17" w14:textId="77777777" w:rsidR="0007047E" w:rsidRPr="00131165" w:rsidRDefault="0007047E" w:rsidP="005B5439">
            <w:pPr>
              <w:rPr>
                <w:rFonts w:asciiTheme="majorHAnsi" w:hAnsiTheme="majorHAnsi" w:cstheme="majorHAnsi"/>
              </w:rPr>
            </w:pPr>
          </w:p>
        </w:tc>
        <w:tc>
          <w:tcPr>
            <w:tcW w:w="2409" w:type="dxa"/>
          </w:tcPr>
          <w:p w14:paraId="6631B6AA" w14:textId="77777777" w:rsidR="0007047E" w:rsidRPr="00131165" w:rsidRDefault="0007047E" w:rsidP="005B5439">
            <w:pPr>
              <w:rPr>
                <w:rFonts w:asciiTheme="majorHAnsi" w:hAnsiTheme="majorHAnsi" w:cstheme="majorHAnsi"/>
              </w:rPr>
            </w:pPr>
          </w:p>
        </w:tc>
      </w:tr>
      <w:tr w:rsidR="0007047E" w:rsidRPr="00131165" w14:paraId="60C12F08" w14:textId="77777777" w:rsidTr="00303E64">
        <w:trPr>
          <w:cantSplit/>
          <w:trHeight w:val="130"/>
        </w:trPr>
        <w:tc>
          <w:tcPr>
            <w:tcW w:w="2409" w:type="dxa"/>
          </w:tcPr>
          <w:p w14:paraId="66EF5C67" w14:textId="77777777" w:rsidR="0007047E" w:rsidRPr="00131165" w:rsidRDefault="0007047E" w:rsidP="005B5439">
            <w:pPr>
              <w:rPr>
                <w:rFonts w:asciiTheme="majorHAnsi" w:hAnsiTheme="majorHAnsi" w:cstheme="majorHAnsi"/>
                <w:sz w:val="16"/>
                <w:szCs w:val="16"/>
              </w:rPr>
            </w:pPr>
            <w:r w:rsidRPr="00131165">
              <w:rPr>
                <w:rFonts w:asciiTheme="majorHAnsi" w:hAnsiTheme="majorHAnsi" w:cstheme="majorHAnsi"/>
                <w:sz w:val="16"/>
                <w:szCs w:val="16"/>
              </w:rPr>
              <w:t>TOTAL (menținute + propuse)</w:t>
            </w:r>
          </w:p>
        </w:tc>
        <w:tc>
          <w:tcPr>
            <w:tcW w:w="2409" w:type="dxa"/>
          </w:tcPr>
          <w:p w14:paraId="07B8BE8D" w14:textId="77777777" w:rsidR="0007047E" w:rsidRPr="00131165" w:rsidRDefault="0007047E" w:rsidP="005B5439">
            <w:pPr>
              <w:rPr>
                <w:rFonts w:asciiTheme="majorHAnsi" w:hAnsiTheme="majorHAnsi" w:cstheme="majorHAnsi"/>
              </w:rPr>
            </w:pPr>
          </w:p>
        </w:tc>
        <w:tc>
          <w:tcPr>
            <w:tcW w:w="2409" w:type="dxa"/>
          </w:tcPr>
          <w:p w14:paraId="5572E69C" w14:textId="77777777" w:rsidR="0007047E" w:rsidRPr="00131165" w:rsidRDefault="0007047E" w:rsidP="005B5439">
            <w:pPr>
              <w:rPr>
                <w:rFonts w:asciiTheme="majorHAnsi" w:hAnsiTheme="majorHAnsi" w:cstheme="majorHAnsi"/>
              </w:rPr>
            </w:pPr>
          </w:p>
        </w:tc>
        <w:tc>
          <w:tcPr>
            <w:tcW w:w="2409" w:type="dxa"/>
          </w:tcPr>
          <w:p w14:paraId="3405E223" w14:textId="77777777" w:rsidR="0007047E" w:rsidRPr="00131165" w:rsidRDefault="0007047E" w:rsidP="005B5439">
            <w:pPr>
              <w:rPr>
                <w:rFonts w:asciiTheme="majorHAnsi" w:hAnsiTheme="majorHAnsi" w:cstheme="majorHAnsi"/>
              </w:rPr>
            </w:pPr>
          </w:p>
        </w:tc>
      </w:tr>
    </w:tbl>
    <w:p w14:paraId="5B8A3179" w14:textId="77777777" w:rsidR="0007047E" w:rsidRPr="00131165" w:rsidRDefault="0007047E">
      <w:pPr>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131165" w14:paraId="53C8B325" w14:textId="77777777">
        <w:trPr>
          <w:cantSplit/>
        </w:trPr>
        <w:tc>
          <w:tcPr>
            <w:tcW w:w="9636" w:type="dxa"/>
            <w:gridSpan w:val="9"/>
            <w:shd w:val="clear" w:color="auto" w:fill="F4F4F4"/>
          </w:tcPr>
          <w:p w14:paraId="7189EFFD" w14:textId="0AA3EC08" w:rsidR="007E5D45" w:rsidRPr="00131165" w:rsidRDefault="003454F7" w:rsidP="005B5439">
            <w:pPr>
              <w:rPr>
                <w:rFonts w:asciiTheme="majorHAnsi" w:hAnsiTheme="majorHAnsi" w:cstheme="majorHAnsi"/>
                <w:sz w:val="19"/>
              </w:rPr>
            </w:pPr>
            <w:r w:rsidRPr="00131165">
              <w:rPr>
                <w:rFonts w:asciiTheme="majorHAnsi" w:hAnsiTheme="majorHAnsi" w:cstheme="majorHAnsi"/>
                <w:b/>
                <w:sz w:val="16"/>
              </w:rPr>
              <w:t xml:space="preserve"> </w:t>
            </w:r>
            <w:r w:rsidR="0007047E" w:rsidRPr="00131165">
              <w:rPr>
                <w:rFonts w:asciiTheme="majorHAnsi" w:hAnsiTheme="majorHAnsi" w:cstheme="majorHAnsi"/>
                <w:b/>
                <w:sz w:val="16"/>
              </w:rPr>
              <w:t>4</w:t>
            </w:r>
            <w:r w:rsidRPr="00131165">
              <w:rPr>
                <w:rFonts w:asciiTheme="majorHAnsi" w:hAnsiTheme="majorHAnsi" w:cstheme="majorHAnsi"/>
                <w:b/>
                <w:sz w:val="16"/>
              </w:rPr>
              <w:t xml:space="preserve">. </w:t>
            </w:r>
            <w:r w:rsidRPr="00131165">
              <w:rPr>
                <w:rFonts w:asciiTheme="majorHAnsi" w:hAnsiTheme="majorHAnsi" w:cstheme="majorHAnsi"/>
                <w:b/>
                <w:color w:val="000000"/>
                <w:sz w:val="18"/>
              </w:rPr>
              <w:t>FIȘA CLĂDIRII</w:t>
            </w:r>
            <w:r w:rsidR="007E5D45" w:rsidRPr="00131165">
              <w:rPr>
                <w:rFonts w:asciiTheme="majorHAnsi" w:hAnsiTheme="majorHAnsi" w:cstheme="majorHAnsi"/>
                <w:sz w:val="19"/>
              </w:rPr>
              <w:t xml:space="preserve"> (se completeaza câte una pentru fiecare imobil)</w:t>
            </w:r>
          </w:p>
        </w:tc>
      </w:tr>
      <w:tr w:rsidR="003C7CA3" w:rsidRPr="00131165" w14:paraId="31232DEE" w14:textId="77777777">
        <w:trPr>
          <w:cantSplit/>
        </w:trPr>
        <w:tc>
          <w:tcPr>
            <w:tcW w:w="9636" w:type="dxa"/>
            <w:gridSpan w:val="9"/>
            <w:shd w:val="clear" w:color="auto" w:fill="F4F4F4"/>
          </w:tcPr>
          <w:p w14:paraId="558D848E" w14:textId="77777777" w:rsidR="003C7CA3" w:rsidRPr="00131165" w:rsidRDefault="003454F7" w:rsidP="005B5439">
            <w:pPr>
              <w:rPr>
                <w:rFonts w:asciiTheme="majorHAnsi" w:hAnsiTheme="majorHAnsi" w:cstheme="majorHAnsi"/>
              </w:rPr>
            </w:pPr>
            <w:r w:rsidRPr="00131165">
              <w:rPr>
                <w:rFonts w:asciiTheme="majorHAnsi" w:hAnsiTheme="majorHAnsi" w:cstheme="majorHAnsi"/>
                <w:sz w:val="16"/>
              </w:rPr>
              <w:t xml:space="preserve"> Identificarea clădirii în registru</w:t>
            </w:r>
          </w:p>
        </w:tc>
      </w:tr>
      <w:tr w:rsidR="003C7CA3" w:rsidRPr="00131165" w14:paraId="3E0214C2" w14:textId="77777777">
        <w:trPr>
          <w:cantSplit/>
          <w:trHeight w:val="510"/>
        </w:trPr>
        <w:tc>
          <w:tcPr>
            <w:tcW w:w="2409" w:type="dxa"/>
          </w:tcPr>
          <w:p w14:paraId="2DA5BDFB" w14:textId="77777777" w:rsidR="003C7CA3" w:rsidRPr="00A33D80" w:rsidRDefault="003454F7" w:rsidP="005B5439">
            <w:pPr>
              <w:rPr>
                <w:rFonts w:asciiTheme="majorHAnsi" w:hAnsiTheme="majorHAnsi" w:cstheme="majorHAnsi"/>
                <w:sz w:val="16"/>
                <w:szCs w:val="16"/>
              </w:rPr>
            </w:pPr>
            <w:r w:rsidRPr="00A33D80">
              <w:rPr>
                <w:rFonts w:asciiTheme="majorHAnsi" w:hAnsiTheme="majorHAnsi" w:cstheme="majorHAnsi"/>
                <w:b/>
                <w:color w:val="0D5F78"/>
                <w:sz w:val="16"/>
                <w:szCs w:val="16"/>
              </w:rPr>
              <w:t>NIS</w:t>
            </w:r>
          </w:p>
          <w:p w14:paraId="2FEB4109" w14:textId="6F082E7C" w:rsidR="003C7CA3" w:rsidRPr="00494210" w:rsidRDefault="003454F7" w:rsidP="00494210">
            <w:pPr>
              <w:rPr>
                <w:rFonts w:asciiTheme="majorHAnsi" w:hAnsiTheme="majorHAnsi" w:cstheme="majorHAnsi"/>
                <w:szCs w:val="15"/>
              </w:rPr>
            </w:pPr>
            <w:r w:rsidRPr="00494210">
              <w:rPr>
                <w:rFonts w:asciiTheme="majorHAnsi" w:hAnsiTheme="majorHAnsi" w:cstheme="majorHAnsi"/>
                <w:i/>
                <w:color w:val="7A7A7A"/>
                <w:szCs w:val="15"/>
              </w:rPr>
              <w:t>numărul din Registrul Național al Clădirilor, dacă e deja înregistrată</w:t>
            </w:r>
          </w:p>
        </w:tc>
        <w:tc>
          <w:tcPr>
            <w:tcW w:w="2409" w:type="dxa"/>
            <w:gridSpan w:val="3"/>
          </w:tcPr>
          <w:p w14:paraId="6F2AC158" w14:textId="77777777" w:rsidR="003C7CA3" w:rsidRPr="00A33D80" w:rsidRDefault="003454F7" w:rsidP="005B5439">
            <w:pPr>
              <w:rPr>
                <w:rFonts w:asciiTheme="majorHAnsi" w:hAnsiTheme="majorHAnsi" w:cstheme="majorHAnsi"/>
                <w:sz w:val="16"/>
                <w:szCs w:val="16"/>
              </w:rPr>
            </w:pPr>
            <w:r w:rsidRPr="00A33D80">
              <w:rPr>
                <w:rFonts w:asciiTheme="majorHAnsi" w:hAnsiTheme="majorHAnsi" w:cstheme="majorHAnsi"/>
                <w:b/>
                <w:color w:val="0D5F78"/>
                <w:sz w:val="16"/>
                <w:szCs w:val="16"/>
              </w:rPr>
              <w:t>Nr. cadastral al clădirii</w:t>
            </w:r>
          </w:p>
          <w:p w14:paraId="56484D52" w14:textId="77777777" w:rsidR="003C7CA3" w:rsidRPr="00494210" w:rsidRDefault="003454F7" w:rsidP="005B5439">
            <w:pPr>
              <w:rPr>
                <w:rFonts w:asciiTheme="majorHAnsi" w:hAnsiTheme="majorHAnsi" w:cstheme="majorHAnsi"/>
                <w:i/>
                <w:color w:val="7A7A7A"/>
                <w:szCs w:val="15"/>
              </w:rPr>
            </w:pPr>
            <w:r w:rsidRPr="00494210">
              <w:rPr>
                <w:rFonts w:asciiTheme="majorHAnsi" w:hAnsiTheme="majorHAnsi" w:cstheme="majorHAnsi"/>
                <w:i/>
                <w:color w:val="7A7A7A"/>
                <w:szCs w:val="15"/>
              </w:rPr>
              <w:t>forma 123456-C1</w:t>
            </w:r>
          </w:p>
          <w:p w14:paraId="2ECB2279" w14:textId="77777777" w:rsidR="003C7CA3" w:rsidRPr="00A33D80" w:rsidRDefault="003C7CA3" w:rsidP="005B5439">
            <w:pPr>
              <w:rPr>
                <w:rFonts w:asciiTheme="majorHAnsi" w:hAnsiTheme="majorHAnsi" w:cstheme="majorHAnsi"/>
                <w:sz w:val="16"/>
                <w:szCs w:val="16"/>
              </w:rPr>
            </w:pPr>
          </w:p>
        </w:tc>
        <w:tc>
          <w:tcPr>
            <w:tcW w:w="2409" w:type="dxa"/>
            <w:gridSpan w:val="3"/>
          </w:tcPr>
          <w:p w14:paraId="220427C2" w14:textId="1AE49C83" w:rsidR="003C7CA3" w:rsidRPr="00A33D80" w:rsidRDefault="003454F7" w:rsidP="00494210">
            <w:pPr>
              <w:rPr>
                <w:rFonts w:asciiTheme="majorHAnsi" w:hAnsiTheme="majorHAnsi" w:cstheme="majorHAnsi"/>
                <w:sz w:val="16"/>
                <w:szCs w:val="16"/>
              </w:rPr>
            </w:pPr>
            <w:r w:rsidRPr="00A33D80">
              <w:rPr>
                <w:rFonts w:asciiTheme="majorHAnsi" w:hAnsiTheme="majorHAnsi" w:cstheme="majorHAnsi"/>
                <w:b/>
                <w:color w:val="0D5F78"/>
                <w:sz w:val="16"/>
                <w:szCs w:val="16"/>
              </w:rPr>
              <w:t>Identificator e-Terra (IE)</w:t>
            </w:r>
          </w:p>
        </w:tc>
        <w:tc>
          <w:tcPr>
            <w:tcW w:w="2409" w:type="dxa"/>
            <w:gridSpan w:val="2"/>
          </w:tcPr>
          <w:p w14:paraId="14760290" w14:textId="77777777" w:rsidR="003C7CA3" w:rsidRPr="00A33D80" w:rsidRDefault="003454F7" w:rsidP="005B5439">
            <w:pPr>
              <w:rPr>
                <w:rFonts w:asciiTheme="majorHAnsi" w:hAnsiTheme="majorHAnsi" w:cstheme="majorHAnsi"/>
                <w:sz w:val="16"/>
                <w:szCs w:val="16"/>
              </w:rPr>
            </w:pPr>
            <w:r w:rsidRPr="00A33D80">
              <w:rPr>
                <w:rFonts w:asciiTheme="majorHAnsi" w:hAnsiTheme="majorHAnsi" w:cstheme="majorHAnsi"/>
                <w:b/>
                <w:color w:val="0D5F78"/>
                <w:sz w:val="16"/>
                <w:szCs w:val="16"/>
              </w:rPr>
              <w:t>Nr. carte funciară</w:t>
            </w:r>
          </w:p>
          <w:p w14:paraId="0E4D13ED" w14:textId="77777777" w:rsidR="003C7CA3" w:rsidRPr="00A33D80" w:rsidRDefault="003C7CA3" w:rsidP="005B5439">
            <w:pPr>
              <w:rPr>
                <w:rFonts w:asciiTheme="majorHAnsi" w:hAnsiTheme="majorHAnsi" w:cstheme="majorHAnsi"/>
                <w:sz w:val="16"/>
                <w:szCs w:val="16"/>
              </w:rPr>
            </w:pPr>
          </w:p>
        </w:tc>
      </w:tr>
      <w:tr w:rsidR="003C7CA3" w:rsidRPr="00131165" w14:paraId="3EE8CE22" w14:textId="77777777">
        <w:trPr>
          <w:cantSplit/>
          <w:trHeight w:val="510"/>
        </w:trPr>
        <w:tc>
          <w:tcPr>
            <w:tcW w:w="5621" w:type="dxa"/>
            <w:gridSpan w:val="5"/>
          </w:tcPr>
          <w:p w14:paraId="70E33003" w14:textId="77777777" w:rsidR="003C7CA3" w:rsidRPr="00A33D80" w:rsidRDefault="003454F7" w:rsidP="005B5439">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Tipul obiectului</w:t>
            </w:r>
          </w:p>
          <w:p w14:paraId="56B5E59D" w14:textId="116D6604" w:rsidR="003C7CA3" w:rsidRPr="00131165" w:rsidRDefault="0062159B" w:rsidP="005B5439">
            <w:pPr>
              <w:rPr>
                <w:rFonts w:asciiTheme="majorHAnsi" w:hAnsiTheme="majorHAnsi" w:cstheme="majorHAnsi"/>
              </w:rPr>
            </w:pPr>
            <w:sdt>
              <w:sdtPr>
                <w:rPr>
                  <w:rFonts w:ascii="Segoe UI Symbol" w:hAnsi="Segoe UI Symbol" w:cs="Segoe UI Symbol"/>
                  <w:sz w:val="16"/>
                </w:rPr>
                <w:id w:val="-874300254"/>
                <w14:checkbox>
                  <w14:checked w14:val="0"/>
                  <w14:checkedState w14:val="2612" w14:font="MS Gothic"/>
                  <w14:uncheckedState w14:val="2610" w14:font="MS Gothic"/>
                </w14:checkbox>
              </w:sdtPr>
              <w:sdtEndPr/>
              <w:sdtContent>
                <w:r w:rsidR="00182EE3">
                  <w:rPr>
                    <w:rFonts w:ascii="MS Gothic" w:eastAsia="MS Gothic" w:hAnsi="MS Gothic" w:cs="Segoe UI Symbol" w:hint="eastAsia"/>
                    <w:sz w:val="16"/>
                  </w:rPr>
                  <w:t>☐</w:t>
                </w:r>
              </w:sdtContent>
            </w:sdt>
            <w:r w:rsidR="003454F7" w:rsidRPr="00131165">
              <w:rPr>
                <w:rFonts w:asciiTheme="majorHAnsi" w:hAnsiTheme="majorHAnsi" w:cstheme="majorHAnsi"/>
                <w:sz w:val="16"/>
              </w:rPr>
              <w:t xml:space="preserve"> clădire    </w:t>
            </w:r>
            <w:sdt>
              <w:sdtPr>
                <w:rPr>
                  <w:rFonts w:asciiTheme="majorHAnsi" w:hAnsiTheme="majorHAnsi" w:cstheme="majorHAnsi"/>
                  <w:sz w:val="16"/>
                </w:rPr>
                <w:id w:val="1811049313"/>
                <w14:checkbox>
                  <w14:checked w14:val="0"/>
                  <w14:checkedState w14:val="2612" w14:font="MS Gothic"/>
                  <w14:uncheckedState w14:val="2610" w14:font="MS Gothic"/>
                </w14:checkbox>
              </w:sdtPr>
              <w:sdtEndPr/>
              <w:sdtContent>
                <w:r w:rsidR="00182EE3">
                  <w:rPr>
                    <w:rFonts w:ascii="MS Gothic" w:eastAsia="MS Gothic" w:hAnsi="MS Gothic" w:cstheme="majorHAnsi" w:hint="eastAsia"/>
                    <w:sz w:val="16"/>
                  </w:rPr>
                  <w:t>☐</w:t>
                </w:r>
              </w:sdtContent>
            </w:sdt>
            <w:r w:rsidR="003454F7" w:rsidRPr="00131165">
              <w:rPr>
                <w:rFonts w:asciiTheme="majorHAnsi" w:hAnsiTheme="majorHAnsi" w:cstheme="majorHAnsi"/>
                <w:sz w:val="16"/>
              </w:rPr>
              <w:t xml:space="preserve"> corp de cl</w:t>
            </w:r>
            <w:r w:rsidR="003454F7" w:rsidRPr="00131165">
              <w:rPr>
                <w:rFonts w:ascii="Calibri" w:hAnsi="Calibri" w:cs="Calibri"/>
                <w:sz w:val="16"/>
              </w:rPr>
              <w:t>ă</w:t>
            </w:r>
            <w:r w:rsidR="003454F7" w:rsidRPr="00131165">
              <w:rPr>
                <w:rFonts w:asciiTheme="majorHAnsi" w:hAnsiTheme="majorHAnsi" w:cstheme="majorHAnsi"/>
                <w:sz w:val="16"/>
              </w:rPr>
              <w:t xml:space="preserve">dire     </w:t>
            </w:r>
            <w:sdt>
              <w:sdtPr>
                <w:rPr>
                  <w:rFonts w:asciiTheme="majorHAnsi" w:hAnsiTheme="majorHAnsi" w:cstheme="majorHAnsi"/>
                  <w:sz w:val="16"/>
                </w:rPr>
                <w:id w:val="974730671"/>
                <w14:checkbox>
                  <w14:checked w14:val="0"/>
                  <w14:checkedState w14:val="2612" w14:font="MS Gothic"/>
                  <w14:uncheckedState w14:val="2610" w14:font="MS Gothic"/>
                </w14:checkbox>
              </w:sdtPr>
              <w:sdtEndPr/>
              <w:sdtContent>
                <w:r w:rsidR="00182EE3">
                  <w:rPr>
                    <w:rFonts w:ascii="MS Gothic" w:eastAsia="MS Gothic" w:hAnsi="MS Gothic" w:cstheme="majorHAnsi" w:hint="eastAsia"/>
                    <w:sz w:val="16"/>
                  </w:rPr>
                  <w:t>☐</w:t>
                </w:r>
              </w:sdtContent>
            </w:sdt>
            <w:r w:rsidR="003454F7" w:rsidRPr="00131165">
              <w:rPr>
                <w:rFonts w:asciiTheme="majorHAnsi" w:hAnsiTheme="majorHAnsi" w:cstheme="majorHAnsi"/>
                <w:sz w:val="16"/>
              </w:rPr>
              <w:t xml:space="preserve"> unit</w:t>
            </w:r>
            <w:r w:rsidR="003454F7" w:rsidRPr="00131165">
              <w:rPr>
                <w:rFonts w:ascii="Calibri" w:hAnsi="Calibri" w:cs="Calibri"/>
                <w:sz w:val="16"/>
              </w:rPr>
              <w:t>ăț</w:t>
            </w:r>
            <w:r w:rsidR="003454F7" w:rsidRPr="00131165">
              <w:rPr>
                <w:rFonts w:asciiTheme="majorHAnsi" w:hAnsiTheme="majorHAnsi" w:cstheme="majorHAnsi"/>
                <w:sz w:val="16"/>
              </w:rPr>
              <w:t>i locative</w:t>
            </w:r>
          </w:p>
        </w:tc>
        <w:tc>
          <w:tcPr>
            <w:tcW w:w="4015" w:type="dxa"/>
            <w:gridSpan w:val="4"/>
          </w:tcPr>
          <w:p w14:paraId="1B36A210" w14:textId="77777777" w:rsidR="003C7CA3" w:rsidRPr="00A33D80" w:rsidRDefault="003454F7" w:rsidP="005B5439">
            <w:pPr>
              <w:rPr>
                <w:rFonts w:asciiTheme="majorHAnsi" w:hAnsiTheme="majorHAnsi" w:cstheme="majorHAnsi"/>
                <w:sz w:val="16"/>
                <w:szCs w:val="16"/>
              </w:rPr>
            </w:pPr>
            <w:r w:rsidRPr="00A33D80">
              <w:rPr>
                <w:rFonts w:asciiTheme="majorHAnsi" w:hAnsiTheme="majorHAnsi" w:cstheme="majorHAnsi"/>
                <w:b/>
                <w:color w:val="0D5F78"/>
                <w:sz w:val="16"/>
                <w:szCs w:val="16"/>
              </w:rPr>
              <w:t>Clădirea este</w:t>
            </w:r>
          </w:p>
          <w:p w14:paraId="19F3F41D" w14:textId="6D6834F2" w:rsidR="003C7CA3" w:rsidRPr="00131165" w:rsidRDefault="0062159B" w:rsidP="005B5439">
            <w:pPr>
              <w:rPr>
                <w:rFonts w:asciiTheme="majorHAnsi" w:hAnsiTheme="majorHAnsi" w:cstheme="majorHAnsi"/>
              </w:rPr>
            </w:pPr>
            <w:sdt>
              <w:sdtPr>
                <w:rPr>
                  <w:rFonts w:ascii="Segoe UI Symbol" w:hAnsi="Segoe UI Symbol" w:cs="Segoe UI Symbol"/>
                  <w:sz w:val="16"/>
                </w:rPr>
                <w:id w:val="1060520405"/>
                <w14:checkbox>
                  <w14:checked w14:val="0"/>
                  <w14:checkedState w14:val="2612" w14:font="MS Gothic"/>
                  <w14:uncheckedState w14:val="2610" w14:font="MS Gothic"/>
                </w14:checkbox>
              </w:sdtPr>
              <w:sdtEndPr/>
              <w:sdtContent>
                <w:r w:rsidR="00182EE3">
                  <w:rPr>
                    <w:rFonts w:ascii="MS Gothic" w:eastAsia="MS Gothic" w:hAnsi="MS Gothic" w:cs="Segoe UI Symbol" w:hint="eastAsia"/>
                    <w:sz w:val="16"/>
                  </w:rPr>
                  <w:t>☐</w:t>
                </w:r>
              </w:sdtContent>
            </w:sdt>
            <w:r w:rsidR="00182EE3">
              <w:rPr>
                <w:rFonts w:ascii="Segoe UI Symbol" w:hAnsi="Segoe UI Symbol" w:cs="Segoe UI Symbol"/>
                <w:sz w:val="16"/>
              </w:rPr>
              <w:t xml:space="preserve"> </w:t>
            </w:r>
            <w:r w:rsidR="003454F7" w:rsidRPr="00131165">
              <w:rPr>
                <w:rFonts w:asciiTheme="majorHAnsi" w:hAnsiTheme="majorHAnsi" w:cstheme="majorHAnsi"/>
                <w:sz w:val="16"/>
              </w:rPr>
              <w:t xml:space="preserve">existentă    </w:t>
            </w:r>
            <w:sdt>
              <w:sdtPr>
                <w:rPr>
                  <w:rFonts w:asciiTheme="majorHAnsi" w:hAnsiTheme="majorHAnsi" w:cstheme="majorHAnsi"/>
                  <w:sz w:val="16"/>
                </w:rPr>
                <w:id w:val="-528330770"/>
                <w14:checkbox>
                  <w14:checked w14:val="0"/>
                  <w14:checkedState w14:val="2612" w14:font="MS Gothic"/>
                  <w14:uncheckedState w14:val="2610" w14:font="MS Gothic"/>
                </w14:checkbox>
              </w:sdtPr>
              <w:sdtEndPr/>
              <w:sdtContent>
                <w:r w:rsidR="00182EE3">
                  <w:rPr>
                    <w:rFonts w:ascii="MS Gothic" w:eastAsia="MS Gothic" w:hAnsi="MS Gothic" w:cstheme="majorHAnsi" w:hint="eastAsia"/>
                    <w:sz w:val="16"/>
                  </w:rPr>
                  <w:t>☐</w:t>
                </w:r>
              </w:sdtContent>
            </w:sdt>
            <w:r w:rsidR="003454F7" w:rsidRPr="00131165">
              <w:rPr>
                <w:rFonts w:asciiTheme="majorHAnsi" w:hAnsiTheme="majorHAnsi" w:cstheme="majorHAnsi"/>
                <w:sz w:val="16"/>
              </w:rPr>
              <w:t xml:space="preserve"> propus</w:t>
            </w:r>
            <w:r w:rsidR="003454F7" w:rsidRPr="00131165">
              <w:rPr>
                <w:rFonts w:ascii="Calibri" w:hAnsi="Calibri" w:cs="Calibri"/>
                <w:sz w:val="16"/>
              </w:rPr>
              <w:t>ă</w:t>
            </w:r>
            <w:r w:rsidR="003454F7" w:rsidRPr="00131165">
              <w:rPr>
                <w:rFonts w:asciiTheme="majorHAnsi" w:hAnsiTheme="majorHAnsi" w:cstheme="majorHAnsi"/>
                <w:sz w:val="16"/>
              </w:rPr>
              <w:t xml:space="preserve"> prin proiect</w:t>
            </w:r>
          </w:p>
        </w:tc>
      </w:tr>
      <w:tr w:rsidR="003C7CA3" w:rsidRPr="00131165" w14:paraId="11A82C2D" w14:textId="77777777" w:rsidTr="006F15A7">
        <w:trPr>
          <w:cantSplit/>
          <w:trHeight w:val="386"/>
        </w:trPr>
        <w:tc>
          <w:tcPr>
            <w:tcW w:w="3212" w:type="dxa"/>
            <w:gridSpan w:val="2"/>
          </w:tcPr>
          <w:p w14:paraId="10483E47" w14:textId="7472D365" w:rsidR="003C7CA3" w:rsidRPr="003B2206" w:rsidRDefault="003454F7" w:rsidP="00494210">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Denumirea clădirii</w:t>
            </w:r>
          </w:p>
        </w:tc>
        <w:tc>
          <w:tcPr>
            <w:tcW w:w="6424" w:type="dxa"/>
            <w:gridSpan w:val="7"/>
          </w:tcPr>
          <w:p w14:paraId="4D8F687C" w14:textId="6BE54980" w:rsidR="003C7CA3" w:rsidRPr="003B2206" w:rsidRDefault="003454F7" w:rsidP="00494210">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Descriere</w:t>
            </w:r>
          </w:p>
        </w:tc>
      </w:tr>
      <w:tr w:rsidR="003C7CA3" w:rsidRPr="00131165" w14:paraId="2C7515BE" w14:textId="77777777">
        <w:trPr>
          <w:cantSplit/>
        </w:trPr>
        <w:tc>
          <w:tcPr>
            <w:tcW w:w="9636" w:type="dxa"/>
            <w:gridSpan w:val="9"/>
            <w:shd w:val="clear" w:color="auto" w:fill="F4F4F4"/>
          </w:tcPr>
          <w:p w14:paraId="7953601D" w14:textId="24E379E4" w:rsidR="00F61A70" w:rsidRPr="003B2206" w:rsidRDefault="00F61A70" w:rsidP="005B5439">
            <w:pPr>
              <w:rPr>
                <w:rFonts w:asciiTheme="majorHAnsi" w:hAnsiTheme="majorHAnsi" w:cstheme="majorHAnsi"/>
                <w:sz w:val="16"/>
                <w:szCs w:val="16"/>
              </w:rPr>
            </w:pPr>
            <w:r w:rsidRPr="003B2206">
              <w:rPr>
                <w:rFonts w:asciiTheme="majorHAnsi" w:hAnsiTheme="majorHAnsi" w:cstheme="majorHAnsi"/>
                <w:sz w:val="16"/>
                <w:szCs w:val="16"/>
              </w:rPr>
              <w:t>CARACTERISTICI ALE CLĂDIRII</w:t>
            </w:r>
          </w:p>
          <w:p w14:paraId="7BB366A1" w14:textId="13E9544A" w:rsidR="0007047E" w:rsidRPr="003B2206" w:rsidRDefault="0007047E" w:rsidP="005B5439">
            <w:pPr>
              <w:rPr>
                <w:rFonts w:asciiTheme="majorHAnsi" w:hAnsiTheme="majorHAnsi" w:cstheme="majorHAnsi"/>
                <w:sz w:val="16"/>
                <w:szCs w:val="16"/>
              </w:rPr>
            </w:pPr>
            <w:r w:rsidRPr="003B2206">
              <w:rPr>
                <w:rFonts w:asciiTheme="majorHAnsi" w:hAnsiTheme="majorHAnsi" w:cstheme="majorHAnsi"/>
                <w:sz w:val="16"/>
                <w:szCs w:val="16"/>
              </w:rPr>
              <w:t>(În cazul intervențiilor asupra clădirilor existente, pentru fiecare câmp, se vor preciza caracteristicile clădirii existente/respectiv</w:t>
            </w:r>
            <w:r w:rsidR="00F61A70" w:rsidRPr="003B2206">
              <w:rPr>
                <w:rFonts w:asciiTheme="majorHAnsi" w:hAnsiTheme="majorHAnsi" w:cstheme="majorHAnsi"/>
                <w:sz w:val="16"/>
                <w:szCs w:val="16"/>
              </w:rPr>
              <w:t xml:space="preserve"> ale celei</w:t>
            </w:r>
            <w:r w:rsidRPr="003B2206">
              <w:rPr>
                <w:rFonts w:asciiTheme="majorHAnsi" w:hAnsiTheme="majorHAnsi" w:cstheme="majorHAnsi"/>
                <w:sz w:val="16"/>
                <w:szCs w:val="16"/>
              </w:rPr>
              <w:t xml:space="preserve"> propuse)</w:t>
            </w:r>
          </w:p>
        </w:tc>
      </w:tr>
      <w:tr w:rsidR="003C7CA3" w:rsidRPr="00131165" w14:paraId="723DEA41" w14:textId="77777777" w:rsidTr="006F15A7">
        <w:trPr>
          <w:cantSplit/>
          <w:trHeight w:val="457"/>
        </w:trPr>
        <w:tc>
          <w:tcPr>
            <w:tcW w:w="4015" w:type="dxa"/>
            <w:gridSpan w:val="3"/>
          </w:tcPr>
          <w:p w14:paraId="22CFD931" w14:textId="02C82DCC"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Destinația / funcțiunea principală</w:t>
            </w:r>
            <w:r w:rsidR="007E5D45" w:rsidRPr="003B2206">
              <w:rPr>
                <w:rFonts w:asciiTheme="majorHAnsi" w:hAnsiTheme="majorHAnsi" w:cstheme="majorHAnsi"/>
                <w:b/>
                <w:color w:val="0D5F78"/>
                <w:sz w:val="16"/>
                <w:szCs w:val="16"/>
              </w:rPr>
              <w:t xml:space="preserve"> </w:t>
            </w:r>
            <w:r w:rsidR="00F61A70" w:rsidRPr="003B2206">
              <w:rPr>
                <w:rFonts w:asciiTheme="majorHAnsi" w:hAnsiTheme="majorHAnsi" w:cstheme="majorHAnsi"/>
                <w:bCs/>
                <w:i/>
                <w:iCs/>
                <w:color w:val="808080" w:themeColor="background1" w:themeShade="80"/>
                <w:sz w:val="16"/>
                <w:szCs w:val="16"/>
              </w:rPr>
              <w:t>(existent/propus)</w:t>
            </w:r>
          </w:p>
          <w:p w14:paraId="1ACBE500" w14:textId="77777777" w:rsidR="003C7CA3" w:rsidRPr="003B2206" w:rsidRDefault="003C7CA3" w:rsidP="005B5439">
            <w:pPr>
              <w:rPr>
                <w:rFonts w:asciiTheme="majorHAnsi" w:hAnsiTheme="majorHAnsi" w:cstheme="majorHAnsi"/>
                <w:sz w:val="16"/>
                <w:szCs w:val="16"/>
              </w:rPr>
            </w:pPr>
          </w:p>
        </w:tc>
        <w:tc>
          <w:tcPr>
            <w:tcW w:w="2409" w:type="dxa"/>
            <w:gridSpan w:val="3"/>
          </w:tcPr>
          <w:p w14:paraId="3FC91EBB" w14:textId="472F75D4"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Funcțiuni secundare</w:t>
            </w:r>
            <w:r w:rsidR="007E5D45" w:rsidRPr="003B2206">
              <w:rPr>
                <w:rFonts w:asciiTheme="majorHAnsi" w:hAnsiTheme="majorHAnsi" w:cstheme="majorHAnsi"/>
                <w:b/>
                <w:color w:val="0D5F78"/>
                <w:sz w:val="16"/>
                <w:szCs w:val="16"/>
              </w:rPr>
              <w:t xml:space="preserve"> </w:t>
            </w:r>
            <w:r w:rsidR="007E5D45" w:rsidRPr="003B2206">
              <w:rPr>
                <w:rFonts w:asciiTheme="majorHAnsi" w:hAnsiTheme="majorHAnsi" w:cstheme="majorHAnsi"/>
                <w:bCs/>
                <w:i/>
                <w:iCs/>
                <w:color w:val="808080" w:themeColor="background1" w:themeShade="80"/>
                <w:sz w:val="16"/>
                <w:szCs w:val="16"/>
              </w:rPr>
              <w:t>(exist</w:t>
            </w:r>
            <w:r w:rsidR="00F61A70" w:rsidRPr="003B2206">
              <w:rPr>
                <w:rFonts w:asciiTheme="majorHAnsi" w:hAnsiTheme="majorHAnsi" w:cstheme="majorHAnsi"/>
                <w:bCs/>
                <w:i/>
                <w:iCs/>
                <w:color w:val="808080" w:themeColor="background1" w:themeShade="80"/>
                <w:sz w:val="16"/>
                <w:szCs w:val="16"/>
              </w:rPr>
              <w:t>e</w:t>
            </w:r>
            <w:r w:rsidR="007E5D45" w:rsidRPr="003B2206">
              <w:rPr>
                <w:rFonts w:asciiTheme="majorHAnsi" w:hAnsiTheme="majorHAnsi" w:cstheme="majorHAnsi"/>
                <w:bCs/>
                <w:i/>
                <w:iCs/>
                <w:color w:val="808080" w:themeColor="background1" w:themeShade="80"/>
                <w:sz w:val="16"/>
                <w:szCs w:val="16"/>
              </w:rPr>
              <w:t>nt/propus)</w:t>
            </w:r>
          </w:p>
        </w:tc>
        <w:tc>
          <w:tcPr>
            <w:tcW w:w="1606" w:type="dxa"/>
            <w:gridSpan w:val="2"/>
          </w:tcPr>
          <w:p w14:paraId="21ACD1C3" w14:textId="77777777" w:rsidR="003C7CA3" w:rsidRPr="003B2206" w:rsidRDefault="003454F7" w:rsidP="005B5439">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Regim juridic</w:t>
            </w:r>
          </w:p>
          <w:p w14:paraId="7DF7F9E8" w14:textId="77777777" w:rsidR="003C7CA3" w:rsidRPr="003B2206" w:rsidRDefault="003C7CA3" w:rsidP="005B5439">
            <w:pPr>
              <w:rPr>
                <w:rFonts w:asciiTheme="majorHAnsi" w:hAnsiTheme="majorHAnsi" w:cstheme="majorHAnsi"/>
                <w:b/>
                <w:color w:val="0D5F78"/>
                <w:sz w:val="16"/>
                <w:szCs w:val="16"/>
              </w:rPr>
            </w:pPr>
          </w:p>
        </w:tc>
        <w:tc>
          <w:tcPr>
            <w:tcW w:w="1606" w:type="dxa"/>
          </w:tcPr>
          <w:p w14:paraId="52F3E8FC" w14:textId="54918E2D" w:rsidR="003C7CA3" w:rsidRPr="00A33D80" w:rsidRDefault="003454F7" w:rsidP="00494210">
            <w:pPr>
              <w:rPr>
                <w:rFonts w:asciiTheme="majorHAnsi" w:hAnsiTheme="majorHAnsi" w:cstheme="majorHAnsi"/>
                <w:b/>
                <w:color w:val="0D5F78"/>
                <w:sz w:val="16"/>
                <w:szCs w:val="16"/>
              </w:rPr>
            </w:pPr>
            <w:r w:rsidRPr="00A33D80">
              <w:rPr>
                <w:rFonts w:asciiTheme="majorHAnsi" w:hAnsiTheme="majorHAnsi" w:cstheme="majorHAnsi"/>
                <w:b/>
                <w:color w:val="0D5F78"/>
                <w:sz w:val="16"/>
                <w:szCs w:val="16"/>
              </w:rPr>
              <w:t>Zonă fiscală</w:t>
            </w:r>
          </w:p>
        </w:tc>
      </w:tr>
      <w:tr w:rsidR="003C7CA3" w:rsidRPr="00131165" w14:paraId="6377A5DB" w14:textId="77777777" w:rsidTr="006F15A7">
        <w:trPr>
          <w:cantSplit/>
          <w:trHeight w:val="351"/>
        </w:trPr>
        <w:tc>
          <w:tcPr>
            <w:tcW w:w="3212" w:type="dxa"/>
            <w:gridSpan w:val="2"/>
          </w:tcPr>
          <w:p w14:paraId="77944B95"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Anul construirii</w:t>
            </w:r>
          </w:p>
          <w:p w14:paraId="06AB52DB" w14:textId="341C79D3"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i/>
                <w:color w:val="7A7A7A"/>
                <w:sz w:val="16"/>
                <w:szCs w:val="16"/>
              </w:rPr>
              <w:t>la clădirile existente</w:t>
            </w:r>
          </w:p>
        </w:tc>
        <w:tc>
          <w:tcPr>
            <w:tcW w:w="3212" w:type="dxa"/>
            <w:gridSpan w:val="4"/>
          </w:tcPr>
          <w:p w14:paraId="75966031"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Anul ultimei renovări</w:t>
            </w:r>
          </w:p>
          <w:p w14:paraId="6AE5F8FA" w14:textId="437A5584"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i/>
                <w:color w:val="7A7A7A"/>
                <w:sz w:val="16"/>
                <w:szCs w:val="16"/>
              </w:rPr>
              <w:t>dacă e cazul</w:t>
            </w:r>
          </w:p>
        </w:tc>
        <w:tc>
          <w:tcPr>
            <w:tcW w:w="3212" w:type="dxa"/>
            <w:gridSpan w:val="3"/>
          </w:tcPr>
          <w:p w14:paraId="138D6D15"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Durata de viață estimată (ani)</w:t>
            </w:r>
          </w:p>
          <w:p w14:paraId="339E8596" w14:textId="77777777" w:rsidR="003C7CA3" w:rsidRPr="003B2206" w:rsidRDefault="003C7CA3" w:rsidP="005B5439">
            <w:pPr>
              <w:rPr>
                <w:rFonts w:asciiTheme="majorHAnsi" w:hAnsiTheme="majorHAnsi" w:cstheme="majorHAnsi"/>
                <w:sz w:val="16"/>
                <w:szCs w:val="16"/>
              </w:rPr>
            </w:pPr>
          </w:p>
        </w:tc>
      </w:tr>
      <w:tr w:rsidR="003C7CA3" w:rsidRPr="00131165" w14:paraId="559AFCD9" w14:textId="77777777">
        <w:trPr>
          <w:cantSplit/>
          <w:trHeight w:val="510"/>
        </w:trPr>
        <w:tc>
          <w:tcPr>
            <w:tcW w:w="2409" w:type="dxa"/>
          </w:tcPr>
          <w:p w14:paraId="42442C36" w14:textId="35C0D3DC" w:rsidR="003C7CA3" w:rsidRPr="003B2206" w:rsidRDefault="003454F7" w:rsidP="006F15A7">
            <w:pPr>
              <w:rPr>
                <w:rFonts w:asciiTheme="majorHAnsi" w:hAnsiTheme="majorHAnsi" w:cstheme="majorHAnsi"/>
                <w:sz w:val="16"/>
                <w:szCs w:val="16"/>
              </w:rPr>
            </w:pPr>
            <w:r w:rsidRPr="003B2206">
              <w:rPr>
                <w:rFonts w:asciiTheme="majorHAnsi" w:hAnsiTheme="majorHAnsi" w:cstheme="majorHAnsi"/>
                <w:b/>
                <w:color w:val="0D5F78"/>
                <w:sz w:val="16"/>
                <w:szCs w:val="16"/>
              </w:rPr>
              <w:t>Regim de înălțime</w:t>
            </w:r>
            <w:r w:rsidR="006F15A7">
              <w:rPr>
                <w:rFonts w:asciiTheme="majorHAnsi" w:hAnsiTheme="majorHAnsi" w:cstheme="majorHAnsi"/>
                <w:b/>
                <w:color w:val="0D5F78"/>
                <w:sz w:val="16"/>
                <w:szCs w:val="16"/>
              </w:rPr>
              <w:t xml:space="preserve"> </w:t>
            </w:r>
            <w:r w:rsidR="00F61A70" w:rsidRPr="003B2206">
              <w:rPr>
                <w:rFonts w:asciiTheme="majorHAnsi" w:hAnsiTheme="majorHAnsi" w:cstheme="majorHAnsi"/>
                <w:bCs/>
                <w:i/>
                <w:iCs/>
                <w:color w:val="808080" w:themeColor="background1" w:themeShade="80"/>
                <w:sz w:val="16"/>
                <w:szCs w:val="16"/>
              </w:rPr>
              <w:t>(existent/propus)</w:t>
            </w:r>
            <w:r w:rsidRPr="003B2206">
              <w:rPr>
                <w:rFonts w:asciiTheme="majorHAnsi" w:hAnsiTheme="majorHAnsi" w:cstheme="majorHAnsi"/>
                <w:i/>
                <w:color w:val="7A7A7A"/>
                <w:sz w:val="16"/>
                <w:szCs w:val="16"/>
              </w:rPr>
              <w:t>ex. S+P+2E+M</w:t>
            </w:r>
          </w:p>
        </w:tc>
        <w:tc>
          <w:tcPr>
            <w:tcW w:w="2409" w:type="dxa"/>
            <w:gridSpan w:val="3"/>
          </w:tcPr>
          <w:p w14:paraId="3CF2B9A4" w14:textId="3DE882E8"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Înălțimea la cornișă (m)</w:t>
            </w:r>
            <w:r w:rsidR="00F61A70" w:rsidRPr="003B2206">
              <w:rPr>
                <w:rFonts w:asciiTheme="majorHAnsi" w:hAnsiTheme="majorHAnsi" w:cstheme="majorHAnsi"/>
                <w:bCs/>
                <w:i/>
                <w:iCs/>
                <w:color w:val="808080" w:themeColor="background1" w:themeShade="80"/>
                <w:sz w:val="16"/>
                <w:szCs w:val="16"/>
              </w:rPr>
              <w:t xml:space="preserve"> (existent/propus)</w:t>
            </w:r>
          </w:p>
        </w:tc>
        <w:tc>
          <w:tcPr>
            <w:tcW w:w="2409" w:type="dxa"/>
            <w:gridSpan w:val="3"/>
          </w:tcPr>
          <w:p w14:paraId="1C1C9CC0" w14:textId="1BF2D5A6"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Înălțimea maximă (m)</w:t>
            </w:r>
            <w:r w:rsidR="00F61A70" w:rsidRPr="003B2206">
              <w:rPr>
                <w:rFonts w:asciiTheme="majorHAnsi" w:hAnsiTheme="majorHAnsi" w:cstheme="majorHAnsi"/>
                <w:bCs/>
                <w:i/>
                <w:iCs/>
                <w:color w:val="808080" w:themeColor="background1" w:themeShade="80"/>
                <w:sz w:val="16"/>
                <w:szCs w:val="16"/>
              </w:rPr>
              <w:t xml:space="preserve"> (existent/propus)</w:t>
            </w:r>
          </w:p>
        </w:tc>
        <w:tc>
          <w:tcPr>
            <w:tcW w:w="2409" w:type="dxa"/>
            <w:gridSpan w:val="2"/>
          </w:tcPr>
          <w:p w14:paraId="10B62DC5" w14:textId="081E05DF" w:rsidR="003C7CA3" w:rsidRPr="00131165" w:rsidRDefault="0007047E" w:rsidP="005B5439">
            <w:pPr>
              <w:rPr>
                <w:rFonts w:asciiTheme="majorHAnsi" w:hAnsiTheme="majorHAnsi" w:cstheme="majorHAnsi"/>
              </w:rPr>
            </w:pPr>
            <w:r w:rsidRPr="00131165">
              <w:rPr>
                <w:rFonts w:asciiTheme="majorHAnsi" w:hAnsiTheme="majorHAnsi" w:cstheme="majorHAnsi"/>
                <w:b/>
                <w:color w:val="0D5F78"/>
              </w:rPr>
              <w:t>Cota terenului amenajat (m)</w:t>
            </w:r>
            <w:r w:rsidR="00F61A70" w:rsidRPr="00131165">
              <w:rPr>
                <w:rFonts w:asciiTheme="majorHAnsi" w:hAnsiTheme="majorHAnsi" w:cstheme="majorHAnsi"/>
                <w:bCs/>
                <w:i/>
                <w:iCs/>
                <w:color w:val="808080" w:themeColor="background1" w:themeShade="80"/>
              </w:rPr>
              <w:t xml:space="preserve"> (inițialăt/propus)</w:t>
            </w:r>
          </w:p>
          <w:p w14:paraId="71F4C0F2" w14:textId="4DFB1333" w:rsidR="0007047E" w:rsidRPr="00131165" w:rsidRDefault="0007047E" w:rsidP="00494210">
            <w:pPr>
              <w:rPr>
                <w:rFonts w:asciiTheme="majorHAnsi" w:hAnsiTheme="majorHAnsi" w:cstheme="majorHAnsi"/>
              </w:rPr>
            </w:pPr>
            <w:r w:rsidRPr="00131165">
              <w:rPr>
                <w:rFonts w:asciiTheme="majorHAnsi" w:hAnsiTheme="majorHAnsi" w:cstheme="majorHAnsi"/>
                <w:b/>
                <w:color w:val="0D5F78"/>
              </w:rPr>
              <w:t>Cota terenului natural (m)</w:t>
            </w:r>
            <w:r w:rsidR="00F61A70" w:rsidRPr="00131165">
              <w:rPr>
                <w:rFonts w:asciiTheme="majorHAnsi" w:hAnsiTheme="majorHAnsi" w:cstheme="majorHAnsi"/>
                <w:bCs/>
                <w:i/>
                <w:iCs/>
                <w:color w:val="808080" w:themeColor="background1" w:themeShade="80"/>
              </w:rPr>
              <w:t xml:space="preserve"> </w:t>
            </w:r>
          </w:p>
        </w:tc>
      </w:tr>
      <w:tr w:rsidR="003C7CA3" w:rsidRPr="00131165" w14:paraId="5E4E8EC6" w14:textId="77777777">
        <w:trPr>
          <w:cantSplit/>
        </w:trPr>
        <w:tc>
          <w:tcPr>
            <w:tcW w:w="9636" w:type="dxa"/>
            <w:gridSpan w:val="9"/>
            <w:shd w:val="clear" w:color="auto" w:fill="F4F4F4"/>
          </w:tcPr>
          <w:p w14:paraId="35E2F144" w14:textId="2A34E000"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sz w:val="16"/>
                <w:szCs w:val="16"/>
              </w:rPr>
              <w:t xml:space="preserve"> Suprafețe și volum</w:t>
            </w:r>
            <w:r w:rsidR="007E5D45" w:rsidRPr="003B2206">
              <w:rPr>
                <w:rFonts w:asciiTheme="majorHAnsi" w:hAnsiTheme="majorHAnsi" w:cstheme="majorHAnsi"/>
                <w:sz w:val="16"/>
                <w:szCs w:val="16"/>
              </w:rPr>
              <w:t xml:space="preserve"> </w:t>
            </w:r>
          </w:p>
        </w:tc>
      </w:tr>
      <w:tr w:rsidR="003C7CA3" w:rsidRPr="00131165" w14:paraId="2FD126AF" w14:textId="77777777">
        <w:trPr>
          <w:cantSplit/>
          <w:trHeight w:val="510"/>
        </w:trPr>
        <w:tc>
          <w:tcPr>
            <w:tcW w:w="2409" w:type="dxa"/>
          </w:tcPr>
          <w:p w14:paraId="48F1C2CE" w14:textId="01C4C2D3"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Suprafața construită (m²)</w:t>
            </w:r>
            <w:r w:rsidR="00F61A70" w:rsidRPr="003B2206">
              <w:rPr>
                <w:rFonts w:asciiTheme="majorHAnsi" w:hAnsiTheme="majorHAnsi" w:cstheme="majorHAnsi"/>
                <w:b/>
                <w:color w:val="0D5F78"/>
                <w:sz w:val="16"/>
                <w:szCs w:val="16"/>
              </w:rPr>
              <w:t xml:space="preserve"> </w:t>
            </w:r>
            <w:r w:rsidR="00F61A70" w:rsidRPr="003B2206">
              <w:rPr>
                <w:rFonts w:asciiTheme="majorHAnsi" w:hAnsiTheme="majorHAnsi" w:cstheme="majorHAnsi"/>
                <w:bCs/>
                <w:i/>
                <w:iCs/>
                <w:color w:val="808080" w:themeColor="background1" w:themeShade="80"/>
                <w:sz w:val="16"/>
                <w:szCs w:val="16"/>
              </w:rPr>
              <w:t>(existent/propus)</w:t>
            </w:r>
          </w:p>
        </w:tc>
        <w:tc>
          <w:tcPr>
            <w:tcW w:w="2409" w:type="dxa"/>
            <w:gridSpan w:val="3"/>
          </w:tcPr>
          <w:p w14:paraId="7DCB2196" w14:textId="77777777" w:rsidR="003C7CA3" w:rsidRPr="003B2206" w:rsidRDefault="003454F7" w:rsidP="005B5439">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Suprafața desfășurată (m²)</w:t>
            </w:r>
          </w:p>
          <w:p w14:paraId="74D48601" w14:textId="5ED4A77D" w:rsidR="003C7CA3" w:rsidRPr="003B2206" w:rsidRDefault="00F61A70" w:rsidP="00494210">
            <w:pPr>
              <w:rPr>
                <w:rFonts w:asciiTheme="majorHAnsi" w:hAnsiTheme="majorHAnsi" w:cstheme="majorHAnsi"/>
                <w:sz w:val="16"/>
                <w:szCs w:val="16"/>
              </w:rPr>
            </w:pPr>
            <w:r w:rsidRPr="003B2206">
              <w:rPr>
                <w:rFonts w:asciiTheme="majorHAnsi" w:hAnsiTheme="majorHAnsi" w:cstheme="majorHAnsi"/>
                <w:bCs/>
                <w:i/>
                <w:iCs/>
                <w:color w:val="808080" w:themeColor="background1" w:themeShade="80"/>
                <w:sz w:val="16"/>
                <w:szCs w:val="16"/>
              </w:rPr>
              <w:t>(existent/propus)</w:t>
            </w:r>
          </w:p>
        </w:tc>
        <w:tc>
          <w:tcPr>
            <w:tcW w:w="2409" w:type="dxa"/>
            <w:gridSpan w:val="3"/>
          </w:tcPr>
          <w:p w14:paraId="5748DFD2" w14:textId="77777777" w:rsidR="009E435D" w:rsidRPr="003B2206" w:rsidRDefault="003454F7" w:rsidP="005B5439">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Suprafața utilă (m²)</w:t>
            </w:r>
          </w:p>
          <w:p w14:paraId="7B61B290" w14:textId="50D7D7C5" w:rsidR="003C7CA3" w:rsidRPr="003B2206" w:rsidRDefault="009E435D" w:rsidP="00494210">
            <w:pPr>
              <w:rPr>
                <w:rFonts w:asciiTheme="majorHAnsi" w:hAnsiTheme="majorHAnsi" w:cstheme="majorHAnsi"/>
                <w:sz w:val="16"/>
                <w:szCs w:val="16"/>
              </w:rPr>
            </w:pPr>
            <w:r w:rsidRPr="003B2206">
              <w:rPr>
                <w:rFonts w:asciiTheme="majorHAnsi" w:hAnsiTheme="majorHAnsi" w:cstheme="majorHAnsi"/>
                <w:bCs/>
                <w:i/>
                <w:iCs/>
                <w:color w:val="808080" w:themeColor="background1" w:themeShade="80"/>
                <w:sz w:val="16"/>
                <w:szCs w:val="16"/>
              </w:rPr>
              <w:t>(existent/propus)</w:t>
            </w:r>
          </w:p>
        </w:tc>
        <w:tc>
          <w:tcPr>
            <w:tcW w:w="2409" w:type="dxa"/>
            <w:gridSpan w:val="2"/>
          </w:tcPr>
          <w:p w14:paraId="6E0C2C74" w14:textId="77777777" w:rsidR="003C7CA3" w:rsidRPr="00131165" w:rsidRDefault="003454F7" w:rsidP="005B5439">
            <w:pPr>
              <w:rPr>
                <w:rFonts w:asciiTheme="majorHAnsi" w:hAnsiTheme="majorHAnsi" w:cstheme="majorHAnsi"/>
                <w:b/>
                <w:color w:val="0D5F78"/>
              </w:rPr>
            </w:pPr>
            <w:r w:rsidRPr="00131165">
              <w:rPr>
                <w:rFonts w:asciiTheme="majorHAnsi" w:hAnsiTheme="majorHAnsi" w:cstheme="majorHAnsi"/>
                <w:b/>
                <w:color w:val="0D5F78"/>
              </w:rPr>
              <w:t>Volum construit (m³)</w:t>
            </w:r>
          </w:p>
          <w:p w14:paraId="64125EF1" w14:textId="037D8786" w:rsidR="003C7CA3" w:rsidRPr="00131165" w:rsidRDefault="009E435D" w:rsidP="00494210">
            <w:pPr>
              <w:rPr>
                <w:rFonts w:asciiTheme="majorHAnsi" w:hAnsiTheme="majorHAnsi" w:cstheme="majorHAnsi"/>
              </w:rPr>
            </w:pPr>
            <w:r w:rsidRPr="00131165">
              <w:rPr>
                <w:rFonts w:asciiTheme="majorHAnsi" w:hAnsiTheme="majorHAnsi" w:cstheme="majorHAnsi"/>
                <w:bCs/>
                <w:i/>
                <w:iCs/>
                <w:color w:val="808080" w:themeColor="background1" w:themeShade="80"/>
              </w:rPr>
              <w:t>(existent/propus)</w:t>
            </w:r>
          </w:p>
        </w:tc>
      </w:tr>
      <w:tr w:rsidR="003C7CA3" w:rsidRPr="00131165" w14:paraId="0F6EBED6" w14:textId="77777777">
        <w:trPr>
          <w:cantSplit/>
        </w:trPr>
        <w:tc>
          <w:tcPr>
            <w:tcW w:w="9636" w:type="dxa"/>
            <w:gridSpan w:val="9"/>
            <w:shd w:val="clear" w:color="auto" w:fill="F4F4F4"/>
          </w:tcPr>
          <w:p w14:paraId="05C5C6F8"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sz w:val="16"/>
                <w:szCs w:val="16"/>
              </w:rPr>
              <w:t xml:space="preserve"> Rezistență mecanică și stabilitate</w:t>
            </w:r>
          </w:p>
        </w:tc>
      </w:tr>
      <w:tr w:rsidR="003C7CA3" w:rsidRPr="00131165" w14:paraId="648D619D" w14:textId="77777777">
        <w:trPr>
          <w:cantSplit/>
          <w:trHeight w:val="510"/>
        </w:trPr>
        <w:tc>
          <w:tcPr>
            <w:tcW w:w="3212" w:type="dxa"/>
            <w:gridSpan w:val="2"/>
          </w:tcPr>
          <w:p w14:paraId="269BC7B3" w14:textId="3530AFF0"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Sistem structural</w:t>
            </w:r>
            <w:r w:rsidR="009E435D" w:rsidRPr="003B2206">
              <w:rPr>
                <w:rFonts w:asciiTheme="majorHAnsi" w:hAnsiTheme="majorHAnsi" w:cstheme="majorHAnsi"/>
                <w:b/>
                <w:color w:val="0D5F78"/>
                <w:sz w:val="16"/>
                <w:szCs w:val="16"/>
              </w:rPr>
              <w:t xml:space="preserve"> </w:t>
            </w:r>
            <w:r w:rsidR="009E435D" w:rsidRPr="003B2206">
              <w:rPr>
                <w:rFonts w:asciiTheme="majorHAnsi" w:hAnsiTheme="majorHAnsi" w:cstheme="majorHAnsi"/>
                <w:bCs/>
                <w:i/>
                <w:iCs/>
                <w:color w:val="808080" w:themeColor="background1" w:themeShade="80"/>
                <w:sz w:val="16"/>
                <w:szCs w:val="16"/>
              </w:rPr>
              <w:t>(existent/propus)</w:t>
            </w:r>
          </w:p>
          <w:p w14:paraId="4148DB18" w14:textId="77777777" w:rsidR="003C7CA3" w:rsidRPr="003B2206" w:rsidRDefault="003C7CA3" w:rsidP="005B5439">
            <w:pPr>
              <w:rPr>
                <w:rFonts w:asciiTheme="majorHAnsi" w:hAnsiTheme="majorHAnsi" w:cstheme="majorHAnsi"/>
                <w:sz w:val="16"/>
                <w:szCs w:val="16"/>
              </w:rPr>
            </w:pPr>
          </w:p>
        </w:tc>
        <w:tc>
          <w:tcPr>
            <w:tcW w:w="3212" w:type="dxa"/>
            <w:gridSpan w:val="4"/>
          </w:tcPr>
          <w:p w14:paraId="52213A2A" w14:textId="3C2FDCA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Material structural</w:t>
            </w:r>
            <w:r w:rsidR="009E435D" w:rsidRPr="003B2206">
              <w:rPr>
                <w:rFonts w:asciiTheme="majorHAnsi" w:hAnsiTheme="majorHAnsi" w:cstheme="majorHAnsi"/>
                <w:b/>
                <w:color w:val="0D5F78"/>
                <w:sz w:val="16"/>
                <w:szCs w:val="16"/>
              </w:rPr>
              <w:t xml:space="preserve"> </w:t>
            </w:r>
            <w:r w:rsidR="009E435D" w:rsidRPr="003B2206">
              <w:rPr>
                <w:rFonts w:asciiTheme="majorHAnsi" w:hAnsiTheme="majorHAnsi" w:cstheme="majorHAnsi"/>
                <w:bCs/>
                <w:i/>
                <w:iCs/>
                <w:color w:val="808080" w:themeColor="background1" w:themeShade="80"/>
                <w:sz w:val="16"/>
                <w:szCs w:val="16"/>
              </w:rPr>
              <w:t>(existent/propus)</w:t>
            </w:r>
          </w:p>
        </w:tc>
        <w:tc>
          <w:tcPr>
            <w:tcW w:w="3212" w:type="dxa"/>
            <w:gridSpan w:val="3"/>
          </w:tcPr>
          <w:p w14:paraId="5FC13512" w14:textId="6C261E0A"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Clasa de risc seismic</w:t>
            </w:r>
            <w:r w:rsidR="009E435D" w:rsidRPr="003B2206">
              <w:rPr>
                <w:rFonts w:asciiTheme="majorHAnsi" w:hAnsiTheme="majorHAnsi" w:cstheme="majorHAnsi"/>
                <w:b/>
                <w:color w:val="0D5F78"/>
                <w:sz w:val="16"/>
                <w:szCs w:val="16"/>
              </w:rPr>
              <w:t xml:space="preserve"> </w:t>
            </w:r>
            <w:r w:rsidR="009E435D" w:rsidRPr="003B2206">
              <w:rPr>
                <w:rFonts w:asciiTheme="majorHAnsi" w:hAnsiTheme="majorHAnsi" w:cstheme="majorHAnsi"/>
                <w:bCs/>
                <w:i/>
                <w:iCs/>
                <w:color w:val="808080" w:themeColor="background1" w:themeShade="80"/>
                <w:sz w:val="16"/>
                <w:szCs w:val="16"/>
              </w:rPr>
              <w:t>(existent/propus)</w:t>
            </w:r>
          </w:p>
          <w:p w14:paraId="21701975" w14:textId="1330C3E5"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i/>
                <w:color w:val="7A7A7A"/>
                <w:sz w:val="16"/>
                <w:szCs w:val="16"/>
              </w:rPr>
              <w:t>Rs I … Rs IV</w:t>
            </w:r>
          </w:p>
        </w:tc>
      </w:tr>
      <w:tr w:rsidR="003C7CA3" w:rsidRPr="00131165" w14:paraId="10E744AE" w14:textId="77777777">
        <w:trPr>
          <w:cantSplit/>
        </w:trPr>
        <w:tc>
          <w:tcPr>
            <w:tcW w:w="9636" w:type="dxa"/>
            <w:gridSpan w:val="9"/>
            <w:shd w:val="clear" w:color="auto" w:fill="F4F4F4"/>
          </w:tcPr>
          <w:p w14:paraId="1EE6A226"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sz w:val="16"/>
                <w:szCs w:val="16"/>
              </w:rPr>
              <w:t xml:space="preserve"> Anvelopă</w:t>
            </w:r>
          </w:p>
        </w:tc>
      </w:tr>
      <w:tr w:rsidR="003C7CA3" w:rsidRPr="00131165" w14:paraId="7BA6871E" w14:textId="77777777">
        <w:trPr>
          <w:cantSplit/>
          <w:trHeight w:val="510"/>
        </w:trPr>
        <w:tc>
          <w:tcPr>
            <w:tcW w:w="2409" w:type="dxa"/>
          </w:tcPr>
          <w:p w14:paraId="13427585" w14:textId="056B9861"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Acoperiș / învelitoare</w:t>
            </w:r>
            <w:r w:rsidR="009E435D" w:rsidRPr="003B2206">
              <w:rPr>
                <w:rFonts w:asciiTheme="majorHAnsi" w:hAnsiTheme="majorHAnsi" w:cstheme="majorHAnsi"/>
                <w:b/>
                <w:color w:val="0D5F78"/>
                <w:sz w:val="16"/>
                <w:szCs w:val="16"/>
              </w:rPr>
              <w:t xml:space="preserve"> </w:t>
            </w:r>
            <w:r w:rsidR="009E435D" w:rsidRPr="003B2206">
              <w:rPr>
                <w:rFonts w:asciiTheme="majorHAnsi" w:hAnsiTheme="majorHAnsi" w:cstheme="majorHAnsi"/>
                <w:bCs/>
                <w:i/>
                <w:iCs/>
                <w:color w:val="808080" w:themeColor="background1" w:themeShade="80"/>
                <w:sz w:val="16"/>
                <w:szCs w:val="16"/>
              </w:rPr>
              <w:t>(existent/propus)</w:t>
            </w:r>
          </w:p>
          <w:p w14:paraId="49F0469B" w14:textId="4BCEBF3F"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i/>
                <w:color w:val="7A7A7A"/>
                <w:sz w:val="16"/>
                <w:szCs w:val="16"/>
              </w:rPr>
              <w:t>șarpantă sau terasă</w:t>
            </w:r>
          </w:p>
        </w:tc>
        <w:tc>
          <w:tcPr>
            <w:tcW w:w="2409" w:type="dxa"/>
            <w:gridSpan w:val="3"/>
          </w:tcPr>
          <w:p w14:paraId="21D1830D" w14:textId="77777777" w:rsidR="003C7CA3" w:rsidRPr="003B2206" w:rsidRDefault="003454F7" w:rsidP="005B5439">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Învelitoare (material / culoare)</w:t>
            </w:r>
          </w:p>
          <w:p w14:paraId="19E92829" w14:textId="20B66F95" w:rsidR="009E435D" w:rsidRPr="003B2206" w:rsidRDefault="009E435D" w:rsidP="005B5439">
            <w:pPr>
              <w:rPr>
                <w:rFonts w:asciiTheme="majorHAnsi" w:hAnsiTheme="majorHAnsi" w:cstheme="majorHAnsi"/>
                <w:sz w:val="16"/>
                <w:szCs w:val="16"/>
              </w:rPr>
            </w:pPr>
            <w:r w:rsidRPr="003B2206">
              <w:rPr>
                <w:rFonts w:asciiTheme="majorHAnsi" w:hAnsiTheme="majorHAnsi" w:cstheme="majorHAnsi"/>
                <w:bCs/>
                <w:i/>
                <w:iCs/>
                <w:color w:val="808080" w:themeColor="background1" w:themeShade="80"/>
                <w:sz w:val="16"/>
                <w:szCs w:val="16"/>
              </w:rPr>
              <w:t>(existent/propus)</w:t>
            </w:r>
          </w:p>
          <w:p w14:paraId="7D9D3BEC" w14:textId="77777777" w:rsidR="003C7CA3" w:rsidRPr="003B2206" w:rsidRDefault="003C7CA3" w:rsidP="005B5439">
            <w:pPr>
              <w:rPr>
                <w:rFonts w:asciiTheme="majorHAnsi" w:hAnsiTheme="majorHAnsi" w:cstheme="majorHAnsi"/>
                <w:sz w:val="16"/>
                <w:szCs w:val="16"/>
              </w:rPr>
            </w:pPr>
          </w:p>
        </w:tc>
        <w:tc>
          <w:tcPr>
            <w:tcW w:w="2409" w:type="dxa"/>
            <w:gridSpan w:val="3"/>
          </w:tcPr>
          <w:p w14:paraId="74D7EE9D" w14:textId="77777777" w:rsidR="009E435D" w:rsidRPr="003B2206" w:rsidRDefault="003454F7" w:rsidP="005B5439">
            <w:pPr>
              <w:rPr>
                <w:rFonts w:asciiTheme="majorHAnsi" w:hAnsiTheme="majorHAnsi" w:cstheme="majorHAnsi"/>
                <w:b/>
                <w:color w:val="0D5F78"/>
                <w:sz w:val="16"/>
                <w:szCs w:val="16"/>
              </w:rPr>
            </w:pPr>
            <w:r w:rsidRPr="003B2206">
              <w:rPr>
                <w:rFonts w:asciiTheme="majorHAnsi" w:hAnsiTheme="majorHAnsi" w:cstheme="majorHAnsi"/>
                <w:b/>
                <w:color w:val="0D5F78"/>
                <w:sz w:val="16"/>
                <w:szCs w:val="16"/>
              </w:rPr>
              <w:t>Finisaj / tâmplărie exterioară</w:t>
            </w:r>
          </w:p>
          <w:p w14:paraId="1410C167" w14:textId="5DE35244" w:rsidR="003C7CA3" w:rsidRPr="003B2206" w:rsidRDefault="009E435D" w:rsidP="005B5439">
            <w:pPr>
              <w:rPr>
                <w:rFonts w:asciiTheme="majorHAnsi" w:hAnsiTheme="majorHAnsi" w:cstheme="majorHAnsi"/>
                <w:sz w:val="16"/>
                <w:szCs w:val="16"/>
              </w:rPr>
            </w:pPr>
            <w:r w:rsidRPr="003B2206">
              <w:rPr>
                <w:rFonts w:asciiTheme="majorHAnsi" w:hAnsiTheme="majorHAnsi" w:cstheme="majorHAnsi"/>
                <w:bCs/>
                <w:i/>
                <w:iCs/>
                <w:color w:val="808080" w:themeColor="background1" w:themeShade="80"/>
                <w:sz w:val="16"/>
                <w:szCs w:val="16"/>
              </w:rPr>
              <w:t>(existent/propus)</w:t>
            </w:r>
          </w:p>
          <w:p w14:paraId="3F09D205" w14:textId="5AE2D9EA"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i/>
                <w:color w:val="7A7A7A"/>
                <w:sz w:val="16"/>
                <w:szCs w:val="16"/>
              </w:rPr>
              <w:t>material, culoare</w:t>
            </w:r>
          </w:p>
        </w:tc>
        <w:tc>
          <w:tcPr>
            <w:tcW w:w="2409" w:type="dxa"/>
            <w:gridSpan w:val="2"/>
          </w:tcPr>
          <w:p w14:paraId="6AC4C09E" w14:textId="77777777" w:rsidR="009E435D" w:rsidRPr="00131165" w:rsidRDefault="003454F7" w:rsidP="005B5439">
            <w:pPr>
              <w:rPr>
                <w:rFonts w:asciiTheme="majorHAnsi" w:hAnsiTheme="majorHAnsi" w:cstheme="majorHAnsi"/>
                <w:b/>
                <w:color w:val="0D5F78"/>
              </w:rPr>
            </w:pPr>
            <w:r w:rsidRPr="00131165">
              <w:rPr>
                <w:rFonts w:asciiTheme="majorHAnsi" w:hAnsiTheme="majorHAnsi" w:cstheme="majorHAnsi"/>
                <w:b/>
                <w:color w:val="0D5F78"/>
              </w:rPr>
              <w:t>Sistem de încălzire</w:t>
            </w:r>
          </w:p>
          <w:p w14:paraId="76CAE6F3" w14:textId="1DA1FF1D" w:rsidR="003C7CA3" w:rsidRPr="00131165" w:rsidRDefault="009E435D" w:rsidP="005B5439">
            <w:pPr>
              <w:rPr>
                <w:rFonts w:asciiTheme="majorHAnsi" w:hAnsiTheme="majorHAnsi" w:cstheme="majorHAnsi"/>
              </w:rPr>
            </w:pPr>
            <w:r w:rsidRPr="00131165">
              <w:rPr>
                <w:rFonts w:asciiTheme="majorHAnsi" w:hAnsiTheme="majorHAnsi" w:cstheme="majorHAnsi"/>
                <w:bCs/>
                <w:i/>
                <w:iCs/>
                <w:color w:val="808080" w:themeColor="background1" w:themeShade="80"/>
              </w:rPr>
              <w:t>(existent/propus)</w:t>
            </w:r>
          </w:p>
          <w:p w14:paraId="610AF003" w14:textId="77777777" w:rsidR="003C7CA3" w:rsidRPr="00131165" w:rsidRDefault="003C7CA3" w:rsidP="005B5439">
            <w:pPr>
              <w:rPr>
                <w:rFonts w:asciiTheme="majorHAnsi" w:hAnsiTheme="majorHAnsi" w:cstheme="majorHAnsi"/>
              </w:rPr>
            </w:pPr>
          </w:p>
        </w:tc>
      </w:tr>
      <w:tr w:rsidR="003C7CA3" w:rsidRPr="00131165" w14:paraId="46C29B05" w14:textId="77777777">
        <w:trPr>
          <w:cantSplit/>
        </w:trPr>
        <w:tc>
          <w:tcPr>
            <w:tcW w:w="9636" w:type="dxa"/>
            <w:gridSpan w:val="9"/>
            <w:shd w:val="clear" w:color="auto" w:fill="F4F4F4"/>
          </w:tcPr>
          <w:p w14:paraId="3E9A768B"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sz w:val="16"/>
                <w:szCs w:val="16"/>
              </w:rPr>
              <w:t xml:space="preserve"> Siguranță la incendiu</w:t>
            </w:r>
          </w:p>
        </w:tc>
      </w:tr>
      <w:tr w:rsidR="003C7CA3" w:rsidRPr="00131165" w14:paraId="6546425B" w14:textId="77777777">
        <w:trPr>
          <w:cantSplit/>
          <w:trHeight w:val="510"/>
        </w:trPr>
        <w:tc>
          <w:tcPr>
            <w:tcW w:w="5621" w:type="dxa"/>
            <w:gridSpan w:val="5"/>
          </w:tcPr>
          <w:p w14:paraId="56434CF7" w14:textId="558BBA8A"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Nivel de stabilitate la incendiu</w:t>
            </w:r>
            <w:r w:rsidR="009E435D" w:rsidRPr="003B2206">
              <w:rPr>
                <w:rFonts w:asciiTheme="majorHAnsi" w:hAnsiTheme="majorHAnsi" w:cstheme="majorHAnsi"/>
                <w:b/>
                <w:color w:val="0D5F78"/>
                <w:sz w:val="16"/>
                <w:szCs w:val="16"/>
              </w:rPr>
              <w:t xml:space="preserve"> </w:t>
            </w:r>
            <w:r w:rsidR="009E435D" w:rsidRPr="003B2206">
              <w:rPr>
                <w:rFonts w:asciiTheme="majorHAnsi" w:hAnsiTheme="majorHAnsi" w:cstheme="majorHAnsi"/>
                <w:bCs/>
                <w:i/>
                <w:iCs/>
                <w:color w:val="808080" w:themeColor="background1" w:themeShade="80"/>
                <w:sz w:val="16"/>
                <w:szCs w:val="16"/>
              </w:rPr>
              <w:t>(existent/propus)</w:t>
            </w:r>
          </w:p>
        </w:tc>
        <w:tc>
          <w:tcPr>
            <w:tcW w:w="4015" w:type="dxa"/>
            <w:gridSpan w:val="4"/>
          </w:tcPr>
          <w:p w14:paraId="04845F3C" w14:textId="6C801420"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Număr maxim utilizatori</w:t>
            </w:r>
            <w:r w:rsidR="009E435D" w:rsidRPr="003B2206">
              <w:rPr>
                <w:rFonts w:asciiTheme="majorHAnsi" w:hAnsiTheme="majorHAnsi" w:cstheme="majorHAnsi"/>
                <w:b/>
                <w:color w:val="0D5F78"/>
                <w:sz w:val="16"/>
                <w:szCs w:val="16"/>
              </w:rPr>
              <w:t xml:space="preserve"> </w:t>
            </w:r>
            <w:r w:rsidR="009E435D" w:rsidRPr="003B2206">
              <w:rPr>
                <w:rFonts w:asciiTheme="majorHAnsi" w:hAnsiTheme="majorHAnsi" w:cstheme="majorHAnsi"/>
                <w:bCs/>
                <w:i/>
                <w:iCs/>
                <w:color w:val="808080" w:themeColor="background1" w:themeShade="80"/>
                <w:sz w:val="16"/>
                <w:szCs w:val="16"/>
              </w:rPr>
              <w:t>(existent/propus)</w:t>
            </w:r>
          </w:p>
        </w:tc>
      </w:tr>
    </w:tbl>
    <w:p w14:paraId="5444A95F"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131165" w14:paraId="6C362E1B" w14:textId="77777777" w:rsidTr="00494210">
        <w:tc>
          <w:tcPr>
            <w:tcW w:w="9636" w:type="dxa"/>
            <w:gridSpan w:val="9"/>
            <w:shd w:val="clear" w:color="auto" w:fill="F4F4F4"/>
          </w:tcPr>
          <w:p w14:paraId="69228431" w14:textId="79EC420A" w:rsidR="003C7CA3" w:rsidRPr="00131165" w:rsidRDefault="003454F7" w:rsidP="00494210">
            <w:pPr>
              <w:rPr>
                <w:rFonts w:asciiTheme="majorHAnsi" w:hAnsiTheme="majorHAnsi" w:cstheme="majorHAnsi"/>
              </w:rPr>
            </w:pPr>
            <w:r w:rsidRPr="00131165">
              <w:rPr>
                <w:rFonts w:asciiTheme="majorHAnsi" w:hAnsiTheme="majorHAnsi" w:cstheme="majorHAnsi"/>
                <w:b/>
                <w:sz w:val="16"/>
              </w:rPr>
              <w:t xml:space="preserve"> 5. </w:t>
            </w:r>
            <w:r w:rsidRPr="00131165">
              <w:rPr>
                <w:rFonts w:asciiTheme="majorHAnsi" w:hAnsiTheme="majorHAnsi" w:cstheme="majorHAnsi"/>
                <w:b/>
                <w:color w:val="000000"/>
                <w:sz w:val="18"/>
              </w:rPr>
              <w:t>CAPACITĂȚILE FUNCȚIONALE ALE CONSTRUCȚIILOR PROIECTATE</w:t>
            </w:r>
          </w:p>
        </w:tc>
      </w:tr>
      <w:tr w:rsidR="003C7CA3" w:rsidRPr="00131165" w14:paraId="3C92EC5C" w14:textId="77777777" w:rsidTr="00494210">
        <w:tc>
          <w:tcPr>
            <w:tcW w:w="9636" w:type="dxa"/>
            <w:gridSpan w:val="9"/>
            <w:shd w:val="clear" w:color="auto" w:fill="F4F4F4"/>
          </w:tcPr>
          <w:p w14:paraId="7593A7A2" w14:textId="77777777" w:rsidR="003C7CA3" w:rsidRPr="00131165" w:rsidRDefault="003454F7" w:rsidP="00494210">
            <w:pPr>
              <w:rPr>
                <w:rFonts w:asciiTheme="majorHAnsi" w:hAnsiTheme="majorHAnsi" w:cstheme="majorHAnsi"/>
              </w:rPr>
            </w:pPr>
            <w:r w:rsidRPr="00131165">
              <w:rPr>
                <w:rFonts w:asciiTheme="majorHAnsi" w:hAnsiTheme="majorHAnsi" w:cstheme="majorHAnsi"/>
                <w:sz w:val="16"/>
              </w:rPr>
              <w:t xml:space="preserve"> Construcții de locuințe</w:t>
            </w:r>
          </w:p>
        </w:tc>
      </w:tr>
      <w:tr w:rsidR="003C7CA3" w:rsidRPr="00131165" w14:paraId="0376600D" w14:textId="77777777" w:rsidTr="00494210">
        <w:tc>
          <w:tcPr>
            <w:tcW w:w="9636" w:type="dxa"/>
            <w:gridSpan w:val="9"/>
          </w:tcPr>
          <w:p w14:paraId="6B825EA9" w14:textId="574E1317" w:rsidR="003C7CA3" w:rsidRPr="003B2206" w:rsidRDefault="0062159B" w:rsidP="00494210">
            <w:pPr>
              <w:rPr>
                <w:rFonts w:asciiTheme="majorHAnsi" w:hAnsiTheme="majorHAnsi" w:cstheme="majorHAnsi"/>
                <w:sz w:val="16"/>
                <w:szCs w:val="16"/>
              </w:rPr>
            </w:pPr>
            <w:sdt>
              <w:sdtPr>
                <w:rPr>
                  <w:rFonts w:asciiTheme="majorHAnsi" w:hAnsiTheme="majorHAnsi" w:cstheme="majorHAnsi"/>
                  <w:sz w:val="16"/>
                  <w:szCs w:val="16"/>
                </w:rPr>
                <w:id w:val="1508633343"/>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principale (permanente)    </w:t>
            </w:r>
            <w:sdt>
              <w:sdtPr>
                <w:rPr>
                  <w:rFonts w:asciiTheme="majorHAnsi" w:hAnsiTheme="majorHAnsi" w:cstheme="majorHAnsi"/>
                  <w:sz w:val="16"/>
                  <w:szCs w:val="16"/>
                </w:rPr>
                <w:id w:val="-525795467"/>
                <w14:checkbox>
                  <w14:checked w14:val="0"/>
                  <w14:checkedState w14:val="2612" w14:font="MS Gothic"/>
                  <w14:uncheckedState w14:val="2610" w14:font="MS Gothic"/>
                </w14:checkbox>
              </w:sdtPr>
              <w:sdtEndPr/>
              <w:sdtContent>
                <w:r w:rsidR="00182EE3">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sezoniere (de vacan</w:t>
            </w:r>
            <w:r w:rsidR="003454F7" w:rsidRPr="003B2206">
              <w:rPr>
                <w:rFonts w:ascii="Calibri" w:hAnsi="Calibri" w:cs="Calibri"/>
                <w:sz w:val="16"/>
                <w:szCs w:val="16"/>
              </w:rPr>
              <w:t>ță</w:t>
            </w:r>
            <w:r w:rsidR="003454F7" w:rsidRPr="003B2206">
              <w:rPr>
                <w:rFonts w:asciiTheme="majorHAnsi" w:hAnsiTheme="majorHAnsi" w:cstheme="majorHAnsi"/>
                <w:sz w:val="16"/>
                <w:szCs w:val="16"/>
              </w:rPr>
              <w:t xml:space="preserve">)    </w:t>
            </w:r>
            <w:sdt>
              <w:sdtPr>
                <w:rPr>
                  <w:rFonts w:asciiTheme="majorHAnsi" w:hAnsiTheme="majorHAnsi" w:cstheme="majorHAnsi"/>
                  <w:sz w:val="16"/>
                  <w:szCs w:val="16"/>
                </w:rPr>
                <w:id w:val="1048651517"/>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pentru </w:t>
            </w:r>
            <w:r w:rsidR="003454F7" w:rsidRPr="003B2206">
              <w:rPr>
                <w:rFonts w:ascii="Calibri" w:hAnsi="Calibri" w:cs="Calibri"/>
                <w:sz w:val="16"/>
                <w:szCs w:val="16"/>
              </w:rPr>
              <w:t>î</w:t>
            </w:r>
            <w:r w:rsidR="003454F7" w:rsidRPr="003B2206">
              <w:rPr>
                <w:rFonts w:asciiTheme="majorHAnsi" w:hAnsiTheme="majorHAnsi" w:cstheme="majorHAnsi"/>
                <w:sz w:val="16"/>
                <w:szCs w:val="16"/>
              </w:rPr>
              <w:t xml:space="preserve">nchiriere   </w:t>
            </w:r>
            <w:sdt>
              <w:sdtPr>
                <w:rPr>
                  <w:rFonts w:asciiTheme="majorHAnsi" w:hAnsiTheme="majorHAnsi" w:cstheme="majorHAnsi"/>
                  <w:sz w:val="16"/>
                  <w:szCs w:val="16"/>
                </w:rPr>
                <w:id w:val="-1776546426"/>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sociale    </w:t>
            </w:r>
            <w:sdt>
              <w:sdtPr>
                <w:rPr>
                  <w:rFonts w:asciiTheme="majorHAnsi" w:hAnsiTheme="majorHAnsi" w:cstheme="majorHAnsi"/>
                  <w:sz w:val="16"/>
                  <w:szCs w:val="16"/>
                </w:rPr>
                <w:id w:val="-1895962476"/>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de serviciu    </w:t>
            </w:r>
            <w:sdt>
              <w:sdtPr>
                <w:rPr>
                  <w:rFonts w:asciiTheme="majorHAnsi" w:hAnsiTheme="majorHAnsi" w:cstheme="majorHAnsi"/>
                  <w:sz w:val="16"/>
                  <w:szCs w:val="16"/>
                </w:rPr>
                <w:id w:val="397416129"/>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de necesitate  </w:t>
            </w:r>
            <w:sdt>
              <w:sdtPr>
                <w:rPr>
                  <w:rFonts w:asciiTheme="majorHAnsi" w:hAnsiTheme="majorHAnsi" w:cstheme="majorHAnsi"/>
                  <w:sz w:val="16"/>
                  <w:szCs w:val="16"/>
                </w:rPr>
                <w:id w:val="1568914323"/>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de interven</w:t>
            </w:r>
            <w:r w:rsidR="003454F7" w:rsidRPr="003B2206">
              <w:rPr>
                <w:rFonts w:ascii="Calibri" w:hAnsi="Calibri" w:cs="Calibri"/>
                <w:sz w:val="16"/>
                <w:szCs w:val="16"/>
              </w:rPr>
              <w:t>ț</w:t>
            </w:r>
            <w:r w:rsidR="003454F7" w:rsidRPr="003B2206">
              <w:rPr>
                <w:rFonts w:asciiTheme="majorHAnsi" w:hAnsiTheme="majorHAnsi" w:cstheme="majorHAnsi"/>
                <w:sz w:val="16"/>
                <w:szCs w:val="16"/>
              </w:rPr>
              <w:t xml:space="preserve">ie     </w:t>
            </w:r>
            <w:sdt>
              <w:sdtPr>
                <w:rPr>
                  <w:rFonts w:asciiTheme="majorHAnsi" w:hAnsiTheme="majorHAnsi" w:cstheme="majorHAnsi"/>
                  <w:sz w:val="16"/>
                  <w:szCs w:val="16"/>
                </w:rPr>
                <w:id w:val="179791626"/>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de protocol</w:t>
            </w:r>
          </w:p>
        </w:tc>
      </w:tr>
      <w:tr w:rsidR="003C7CA3" w:rsidRPr="00131165" w14:paraId="5B05CAB7" w14:textId="77777777" w:rsidTr="00494210">
        <w:trPr>
          <w:trHeight w:val="424"/>
        </w:trPr>
        <w:tc>
          <w:tcPr>
            <w:tcW w:w="1606" w:type="dxa"/>
          </w:tcPr>
          <w:p w14:paraId="5801AE07" w14:textId="43E93689"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Număr de apartamente</w:t>
            </w:r>
          </w:p>
        </w:tc>
        <w:tc>
          <w:tcPr>
            <w:tcW w:w="1606" w:type="dxa"/>
            <w:gridSpan w:val="2"/>
          </w:tcPr>
          <w:p w14:paraId="537E2260"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cu 1 cameră</w:t>
            </w:r>
          </w:p>
          <w:p w14:paraId="28F9A2EE" w14:textId="77777777" w:rsidR="003C7CA3" w:rsidRPr="003B2206" w:rsidRDefault="003C7CA3" w:rsidP="00494210">
            <w:pPr>
              <w:rPr>
                <w:rFonts w:asciiTheme="majorHAnsi" w:hAnsiTheme="majorHAnsi" w:cstheme="majorHAnsi"/>
                <w:sz w:val="16"/>
                <w:szCs w:val="16"/>
              </w:rPr>
            </w:pPr>
          </w:p>
        </w:tc>
        <w:tc>
          <w:tcPr>
            <w:tcW w:w="1606" w:type="dxa"/>
            <w:gridSpan w:val="2"/>
          </w:tcPr>
          <w:p w14:paraId="0BEC4713"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2 camere</w:t>
            </w:r>
          </w:p>
          <w:p w14:paraId="026F69BD" w14:textId="77777777" w:rsidR="003C7CA3" w:rsidRPr="003B2206" w:rsidRDefault="003C7CA3" w:rsidP="00494210">
            <w:pPr>
              <w:rPr>
                <w:rFonts w:asciiTheme="majorHAnsi" w:hAnsiTheme="majorHAnsi" w:cstheme="majorHAnsi"/>
                <w:sz w:val="16"/>
                <w:szCs w:val="16"/>
              </w:rPr>
            </w:pPr>
          </w:p>
        </w:tc>
        <w:tc>
          <w:tcPr>
            <w:tcW w:w="1606" w:type="dxa"/>
          </w:tcPr>
          <w:p w14:paraId="12851C40" w14:textId="63BF424F"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3 camere</w:t>
            </w:r>
          </w:p>
        </w:tc>
        <w:tc>
          <w:tcPr>
            <w:tcW w:w="1606" w:type="dxa"/>
            <w:gridSpan w:val="2"/>
          </w:tcPr>
          <w:p w14:paraId="1799912B"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4 camere</w:t>
            </w:r>
          </w:p>
          <w:p w14:paraId="7962E59D" w14:textId="77777777" w:rsidR="003C7CA3" w:rsidRPr="003B2206" w:rsidRDefault="003C7CA3" w:rsidP="00494210">
            <w:pPr>
              <w:rPr>
                <w:rFonts w:asciiTheme="majorHAnsi" w:hAnsiTheme="majorHAnsi" w:cstheme="majorHAnsi"/>
                <w:sz w:val="16"/>
                <w:szCs w:val="16"/>
              </w:rPr>
            </w:pPr>
          </w:p>
        </w:tc>
        <w:tc>
          <w:tcPr>
            <w:tcW w:w="1606" w:type="dxa"/>
          </w:tcPr>
          <w:p w14:paraId="620FA910"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5+ camere</w:t>
            </w:r>
          </w:p>
          <w:p w14:paraId="0DD5B823" w14:textId="77777777" w:rsidR="003C7CA3" w:rsidRPr="003B2206" w:rsidRDefault="003C7CA3" w:rsidP="00494210">
            <w:pPr>
              <w:rPr>
                <w:rFonts w:asciiTheme="majorHAnsi" w:hAnsiTheme="majorHAnsi" w:cstheme="majorHAnsi"/>
                <w:sz w:val="16"/>
                <w:szCs w:val="16"/>
              </w:rPr>
            </w:pPr>
          </w:p>
        </w:tc>
      </w:tr>
      <w:tr w:rsidR="003C7CA3" w:rsidRPr="00131165" w14:paraId="67225F94" w14:textId="77777777" w:rsidTr="00494210">
        <w:tc>
          <w:tcPr>
            <w:tcW w:w="9636" w:type="dxa"/>
            <w:gridSpan w:val="9"/>
            <w:shd w:val="clear" w:color="auto" w:fill="F4F4F4"/>
          </w:tcPr>
          <w:p w14:paraId="083EAA92"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sz w:val="16"/>
                <w:szCs w:val="16"/>
              </w:rPr>
              <w:t xml:space="preserve"> Construcții pentru instituții publice și servicii</w:t>
            </w:r>
          </w:p>
        </w:tc>
      </w:tr>
      <w:tr w:rsidR="003C7CA3" w:rsidRPr="00131165" w14:paraId="48DCBDEE" w14:textId="77777777" w:rsidTr="00494210">
        <w:trPr>
          <w:trHeight w:val="336"/>
        </w:trPr>
        <w:tc>
          <w:tcPr>
            <w:tcW w:w="3212" w:type="dxa"/>
            <w:gridSpan w:val="3"/>
          </w:tcPr>
          <w:p w14:paraId="2CB9A7FA"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sănătate — nr. de paturi</w:t>
            </w:r>
          </w:p>
          <w:p w14:paraId="696DFB48" w14:textId="77777777" w:rsidR="003C7CA3" w:rsidRPr="003B2206" w:rsidRDefault="003C7CA3" w:rsidP="00494210">
            <w:pPr>
              <w:rPr>
                <w:rFonts w:asciiTheme="majorHAnsi" w:hAnsiTheme="majorHAnsi" w:cstheme="majorHAnsi"/>
                <w:sz w:val="16"/>
                <w:szCs w:val="16"/>
              </w:rPr>
            </w:pPr>
          </w:p>
        </w:tc>
        <w:tc>
          <w:tcPr>
            <w:tcW w:w="3212" w:type="dxa"/>
            <w:gridSpan w:val="3"/>
          </w:tcPr>
          <w:p w14:paraId="3B4DF4B7" w14:textId="040DD092"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învățământ — </w:t>
            </w:r>
            <w:r w:rsidR="00B0669A" w:rsidRPr="003B2206">
              <w:rPr>
                <w:rFonts w:asciiTheme="majorHAnsi" w:hAnsiTheme="majorHAnsi" w:cstheme="majorHAnsi"/>
                <w:b/>
                <w:color w:val="0D5F78"/>
                <w:sz w:val="16"/>
                <w:szCs w:val="16"/>
              </w:rPr>
              <w:t>nr. s</w:t>
            </w:r>
            <w:r w:rsidRPr="003B2206">
              <w:rPr>
                <w:rFonts w:asciiTheme="majorHAnsi" w:hAnsiTheme="majorHAnsi" w:cstheme="majorHAnsi"/>
                <w:b/>
                <w:color w:val="0D5F78"/>
                <w:sz w:val="16"/>
                <w:szCs w:val="16"/>
              </w:rPr>
              <w:t xml:space="preserve">ăli / </w:t>
            </w:r>
            <w:r w:rsidR="00B0669A" w:rsidRPr="003B2206">
              <w:rPr>
                <w:rFonts w:asciiTheme="majorHAnsi" w:hAnsiTheme="majorHAnsi" w:cstheme="majorHAnsi"/>
                <w:b/>
                <w:color w:val="0D5F78"/>
                <w:sz w:val="16"/>
                <w:szCs w:val="16"/>
              </w:rPr>
              <w:t xml:space="preserve">nr. </w:t>
            </w:r>
            <w:r w:rsidRPr="003B2206">
              <w:rPr>
                <w:rFonts w:asciiTheme="majorHAnsi" w:hAnsiTheme="majorHAnsi" w:cstheme="majorHAnsi"/>
                <w:b/>
                <w:color w:val="0D5F78"/>
                <w:sz w:val="16"/>
                <w:szCs w:val="16"/>
              </w:rPr>
              <w:t xml:space="preserve">locuri / </w:t>
            </w:r>
            <w:r w:rsidR="00B0669A" w:rsidRPr="003B2206">
              <w:rPr>
                <w:rFonts w:asciiTheme="majorHAnsi" w:hAnsiTheme="majorHAnsi" w:cstheme="majorHAnsi"/>
                <w:b/>
                <w:color w:val="0D5F78"/>
                <w:sz w:val="16"/>
                <w:szCs w:val="16"/>
              </w:rPr>
              <w:t xml:space="preserve">nr. </w:t>
            </w:r>
            <w:r w:rsidRPr="003B2206">
              <w:rPr>
                <w:rFonts w:asciiTheme="majorHAnsi" w:hAnsiTheme="majorHAnsi" w:cstheme="majorHAnsi"/>
                <w:b/>
                <w:color w:val="0D5F78"/>
                <w:sz w:val="16"/>
                <w:szCs w:val="16"/>
              </w:rPr>
              <w:t>grupe</w:t>
            </w:r>
          </w:p>
          <w:p w14:paraId="38B1D81D" w14:textId="77777777" w:rsidR="003C7CA3" w:rsidRPr="003B2206" w:rsidRDefault="003C7CA3" w:rsidP="00494210">
            <w:pPr>
              <w:rPr>
                <w:rFonts w:asciiTheme="majorHAnsi" w:hAnsiTheme="majorHAnsi" w:cstheme="majorHAnsi"/>
                <w:sz w:val="16"/>
                <w:szCs w:val="16"/>
              </w:rPr>
            </w:pPr>
          </w:p>
        </w:tc>
        <w:tc>
          <w:tcPr>
            <w:tcW w:w="3212" w:type="dxa"/>
            <w:gridSpan w:val="3"/>
          </w:tcPr>
          <w:p w14:paraId="19BC9CE4" w14:textId="77777777"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cultură — nr. de locuri</w:t>
            </w:r>
          </w:p>
          <w:p w14:paraId="73DB8DD3" w14:textId="77777777" w:rsidR="003C7CA3" w:rsidRPr="003B2206" w:rsidRDefault="003C7CA3" w:rsidP="00494210">
            <w:pPr>
              <w:rPr>
                <w:rFonts w:asciiTheme="majorHAnsi" w:hAnsiTheme="majorHAnsi" w:cstheme="majorHAnsi"/>
                <w:sz w:val="16"/>
                <w:szCs w:val="16"/>
              </w:rPr>
            </w:pPr>
          </w:p>
        </w:tc>
      </w:tr>
      <w:tr w:rsidR="003C7CA3" w:rsidRPr="00131165" w14:paraId="5F9F33DB" w14:textId="77777777" w:rsidTr="00494210">
        <w:trPr>
          <w:trHeight w:val="386"/>
        </w:trPr>
        <w:tc>
          <w:tcPr>
            <w:tcW w:w="3212" w:type="dxa"/>
            <w:gridSpan w:val="3"/>
          </w:tcPr>
          <w:p w14:paraId="5ED37886" w14:textId="5156B180"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hoteliere — </w:t>
            </w:r>
            <w:r w:rsidR="00B0669A" w:rsidRPr="003B2206">
              <w:rPr>
                <w:rFonts w:asciiTheme="majorHAnsi" w:hAnsiTheme="majorHAnsi" w:cstheme="majorHAnsi"/>
                <w:b/>
                <w:color w:val="0D5F78"/>
                <w:sz w:val="16"/>
                <w:szCs w:val="16"/>
              </w:rPr>
              <w:t xml:space="preserve">nr. </w:t>
            </w:r>
            <w:r w:rsidRPr="003B2206">
              <w:rPr>
                <w:rFonts w:asciiTheme="majorHAnsi" w:hAnsiTheme="majorHAnsi" w:cstheme="majorHAnsi"/>
                <w:b/>
                <w:color w:val="0D5F78"/>
                <w:sz w:val="16"/>
                <w:szCs w:val="16"/>
              </w:rPr>
              <w:t>camere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 xml:space="preserve"> locuri</w:t>
            </w:r>
          </w:p>
        </w:tc>
        <w:tc>
          <w:tcPr>
            <w:tcW w:w="3212" w:type="dxa"/>
            <w:gridSpan w:val="3"/>
          </w:tcPr>
          <w:p w14:paraId="7642E005" w14:textId="319C3980"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culte — nr. de locuri</w:t>
            </w:r>
          </w:p>
        </w:tc>
        <w:tc>
          <w:tcPr>
            <w:tcW w:w="3212" w:type="dxa"/>
            <w:gridSpan w:val="3"/>
          </w:tcPr>
          <w:p w14:paraId="4FED59EA" w14:textId="05E4671A"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administrative și financiare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personal</w:t>
            </w:r>
          </w:p>
        </w:tc>
      </w:tr>
      <w:tr w:rsidR="003C7CA3" w:rsidRPr="00131165" w14:paraId="38F7A7A2" w14:textId="77777777" w:rsidTr="00494210">
        <w:trPr>
          <w:trHeight w:val="510"/>
        </w:trPr>
        <w:tc>
          <w:tcPr>
            <w:tcW w:w="2409" w:type="dxa"/>
            <w:gridSpan w:val="2"/>
          </w:tcPr>
          <w:p w14:paraId="79954E31" w14:textId="0F435CFF"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comerț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personal</w:t>
            </w:r>
          </w:p>
          <w:p w14:paraId="6FE5B4BE" w14:textId="77777777" w:rsidR="003C7CA3" w:rsidRPr="003B2206" w:rsidRDefault="003C7CA3" w:rsidP="00494210">
            <w:pPr>
              <w:rPr>
                <w:rFonts w:asciiTheme="majorHAnsi" w:hAnsiTheme="majorHAnsi" w:cstheme="majorHAnsi"/>
                <w:sz w:val="16"/>
                <w:szCs w:val="16"/>
              </w:rPr>
            </w:pPr>
          </w:p>
        </w:tc>
        <w:tc>
          <w:tcPr>
            <w:tcW w:w="2409" w:type="dxa"/>
            <w:gridSpan w:val="3"/>
          </w:tcPr>
          <w:p w14:paraId="5F2402C3" w14:textId="13996F3E"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alimentație publică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 xml:space="preserve">locuri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personal</w:t>
            </w:r>
          </w:p>
        </w:tc>
        <w:tc>
          <w:tcPr>
            <w:tcW w:w="2409" w:type="dxa"/>
            <w:gridSpan w:val="2"/>
          </w:tcPr>
          <w:p w14:paraId="038AE5A2" w14:textId="771FB35C"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servicii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personal</w:t>
            </w:r>
          </w:p>
          <w:p w14:paraId="029835D2" w14:textId="77777777" w:rsidR="003C7CA3" w:rsidRPr="003B2206" w:rsidRDefault="003C7CA3" w:rsidP="00494210">
            <w:pPr>
              <w:rPr>
                <w:rFonts w:asciiTheme="majorHAnsi" w:hAnsiTheme="majorHAnsi" w:cstheme="majorHAnsi"/>
                <w:sz w:val="16"/>
                <w:szCs w:val="16"/>
              </w:rPr>
            </w:pPr>
          </w:p>
        </w:tc>
        <w:tc>
          <w:tcPr>
            <w:tcW w:w="2409" w:type="dxa"/>
            <w:gridSpan w:val="2"/>
          </w:tcPr>
          <w:p w14:paraId="7D797E85" w14:textId="004D5400"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sport / recreere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locuri</w:t>
            </w:r>
          </w:p>
        </w:tc>
      </w:tr>
      <w:tr w:rsidR="003C7CA3" w:rsidRPr="00131165" w14:paraId="130398B3" w14:textId="77777777" w:rsidTr="00494210">
        <w:trPr>
          <w:trHeight w:val="416"/>
        </w:trPr>
        <w:tc>
          <w:tcPr>
            <w:tcW w:w="4015" w:type="dxa"/>
            <w:gridSpan w:val="4"/>
          </w:tcPr>
          <w:p w14:paraId="0FE6BA4F" w14:textId="3AC1EE71"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agricole — nr. de capete / capacitate</w:t>
            </w:r>
          </w:p>
          <w:p w14:paraId="218634FA" w14:textId="77777777" w:rsidR="003C7CA3" w:rsidRPr="003B2206" w:rsidRDefault="003C7CA3" w:rsidP="00494210">
            <w:pPr>
              <w:rPr>
                <w:rFonts w:asciiTheme="majorHAnsi" w:hAnsiTheme="majorHAnsi" w:cstheme="majorHAnsi"/>
                <w:sz w:val="16"/>
                <w:szCs w:val="16"/>
              </w:rPr>
            </w:pPr>
          </w:p>
        </w:tc>
        <w:tc>
          <w:tcPr>
            <w:tcW w:w="2409" w:type="dxa"/>
            <w:gridSpan w:val="2"/>
          </w:tcPr>
          <w:p w14:paraId="268BCF04" w14:textId="5C49A931"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producție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personal</w:t>
            </w:r>
          </w:p>
        </w:tc>
        <w:tc>
          <w:tcPr>
            <w:tcW w:w="3212" w:type="dxa"/>
            <w:gridSpan w:val="3"/>
          </w:tcPr>
          <w:p w14:paraId="5A3DE193" w14:textId="10EC92AC"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 xml:space="preserve">depozitare — </w:t>
            </w:r>
            <w:r w:rsidR="00B0669A" w:rsidRPr="003B2206">
              <w:rPr>
                <w:rFonts w:asciiTheme="majorHAnsi" w:hAnsiTheme="majorHAnsi" w:cstheme="majorHAnsi"/>
                <w:b/>
                <w:color w:val="0D5F78"/>
                <w:sz w:val="16"/>
                <w:szCs w:val="16"/>
              </w:rPr>
              <w:t>nr.</w:t>
            </w:r>
            <w:r w:rsidRPr="003B2206">
              <w:rPr>
                <w:rFonts w:asciiTheme="majorHAnsi" w:hAnsiTheme="majorHAnsi" w:cstheme="majorHAnsi"/>
                <w:b/>
                <w:color w:val="0D5F78"/>
                <w:sz w:val="16"/>
                <w:szCs w:val="16"/>
              </w:rPr>
              <w:t>personal / capacitate</w:t>
            </w:r>
          </w:p>
        </w:tc>
      </w:tr>
      <w:tr w:rsidR="003C7CA3" w:rsidRPr="00131165" w14:paraId="69EA93CE" w14:textId="77777777" w:rsidTr="00494210">
        <w:trPr>
          <w:trHeight w:val="310"/>
        </w:trPr>
        <w:tc>
          <w:tcPr>
            <w:tcW w:w="9636" w:type="dxa"/>
            <w:gridSpan w:val="9"/>
          </w:tcPr>
          <w:p w14:paraId="5566F5A5" w14:textId="27EC4F99"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Alte caracteristici ale capacităților funcționale, necuprinse mai sus</w:t>
            </w:r>
          </w:p>
        </w:tc>
      </w:tr>
    </w:tbl>
    <w:p w14:paraId="67353002"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131165" w14:paraId="01F650E0" w14:textId="77777777" w:rsidTr="00494210">
        <w:tc>
          <w:tcPr>
            <w:tcW w:w="9636" w:type="dxa"/>
            <w:gridSpan w:val="6"/>
            <w:shd w:val="clear" w:color="auto" w:fill="F4F4F4"/>
          </w:tcPr>
          <w:p w14:paraId="7E7FA553" w14:textId="77AE8320" w:rsidR="003C7CA3" w:rsidRPr="00131165" w:rsidRDefault="003454F7" w:rsidP="00494210">
            <w:pPr>
              <w:rPr>
                <w:rFonts w:asciiTheme="majorHAnsi" w:hAnsiTheme="majorHAnsi" w:cstheme="majorHAnsi"/>
              </w:rPr>
            </w:pPr>
            <w:r w:rsidRPr="00131165">
              <w:rPr>
                <w:rFonts w:asciiTheme="majorHAnsi" w:hAnsiTheme="majorHAnsi" w:cstheme="majorHAnsi"/>
                <w:b/>
                <w:sz w:val="16"/>
              </w:rPr>
              <w:t xml:space="preserve"> 6. </w:t>
            </w:r>
            <w:r w:rsidRPr="00131165">
              <w:rPr>
                <w:rFonts w:asciiTheme="majorHAnsi" w:hAnsiTheme="majorHAnsi" w:cstheme="majorHAnsi"/>
                <w:b/>
                <w:color w:val="000000"/>
                <w:sz w:val="18"/>
              </w:rPr>
              <w:t>UTILITĂȚI · GARAJE ȘI PARCAJE · AMENAJĂRI EXTERIOARE</w:t>
            </w:r>
          </w:p>
        </w:tc>
      </w:tr>
      <w:tr w:rsidR="003C7CA3" w:rsidRPr="00131165" w14:paraId="6B8C0C3F" w14:textId="77777777" w:rsidTr="00494210">
        <w:tc>
          <w:tcPr>
            <w:tcW w:w="9636" w:type="dxa"/>
            <w:gridSpan w:val="6"/>
          </w:tcPr>
          <w:p w14:paraId="61894E41" w14:textId="4337A74C" w:rsidR="003C7CA3" w:rsidRPr="003B2206" w:rsidRDefault="003454F7" w:rsidP="00494210">
            <w:pPr>
              <w:rPr>
                <w:rFonts w:asciiTheme="majorHAnsi" w:hAnsiTheme="majorHAnsi" w:cstheme="majorHAnsi"/>
                <w:sz w:val="18"/>
                <w:szCs w:val="18"/>
              </w:rPr>
            </w:pPr>
            <w:r w:rsidRPr="003B2206">
              <w:rPr>
                <w:rFonts w:asciiTheme="majorHAnsi" w:hAnsiTheme="majorHAnsi" w:cstheme="majorHAnsi"/>
                <w:sz w:val="18"/>
                <w:szCs w:val="18"/>
              </w:rPr>
              <w:t xml:space="preserve"> </w:t>
            </w:r>
            <w:sdt>
              <w:sdtPr>
                <w:rPr>
                  <w:rFonts w:asciiTheme="majorHAnsi" w:hAnsiTheme="majorHAnsi" w:cstheme="majorHAnsi"/>
                  <w:sz w:val="18"/>
                  <w:szCs w:val="18"/>
                </w:rPr>
                <w:id w:val="-396134204"/>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ap</w:t>
            </w:r>
            <w:r w:rsidRPr="003B2206">
              <w:rPr>
                <w:rFonts w:ascii="Calibri" w:hAnsi="Calibri" w:cs="Calibri"/>
                <w:sz w:val="18"/>
                <w:szCs w:val="18"/>
              </w:rPr>
              <w:t>ă</w:t>
            </w:r>
            <w:r w:rsidRPr="003B2206">
              <w:rPr>
                <w:rFonts w:asciiTheme="majorHAnsi" w:hAnsiTheme="majorHAnsi" w:cstheme="majorHAnsi"/>
                <w:sz w:val="18"/>
                <w:szCs w:val="18"/>
              </w:rPr>
              <w:t xml:space="preserve">   </w:t>
            </w:r>
            <w:sdt>
              <w:sdtPr>
                <w:rPr>
                  <w:rFonts w:asciiTheme="majorHAnsi" w:hAnsiTheme="majorHAnsi" w:cstheme="majorHAnsi"/>
                  <w:sz w:val="18"/>
                  <w:szCs w:val="18"/>
                </w:rPr>
                <w:id w:val="-1680646955"/>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canalizare  </w:t>
            </w:r>
            <w:sdt>
              <w:sdtPr>
                <w:rPr>
                  <w:rFonts w:asciiTheme="majorHAnsi" w:hAnsiTheme="majorHAnsi" w:cstheme="majorHAnsi"/>
                  <w:sz w:val="18"/>
                  <w:szCs w:val="18"/>
                </w:rPr>
                <w:id w:val="-1151747240"/>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energie electric</w:t>
            </w:r>
            <w:r w:rsidRPr="003B2206">
              <w:rPr>
                <w:rFonts w:ascii="Calibri" w:hAnsi="Calibri" w:cs="Calibri"/>
                <w:sz w:val="18"/>
                <w:szCs w:val="18"/>
              </w:rPr>
              <w:t>ă</w:t>
            </w:r>
            <w:r w:rsidRPr="003B2206">
              <w:rPr>
                <w:rFonts w:asciiTheme="majorHAnsi" w:hAnsiTheme="majorHAnsi" w:cstheme="majorHAnsi"/>
                <w:sz w:val="18"/>
                <w:szCs w:val="18"/>
              </w:rPr>
              <w:t xml:space="preserve">  </w:t>
            </w:r>
            <w:sdt>
              <w:sdtPr>
                <w:rPr>
                  <w:rFonts w:asciiTheme="majorHAnsi" w:hAnsiTheme="majorHAnsi" w:cstheme="majorHAnsi"/>
                  <w:sz w:val="18"/>
                  <w:szCs w:val="18"/>
                </w:rPr>
                <w:id w:val="-177742979"/>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energie termic</w:t>
            </w:r>
            <w:r w:rsidRPr="003B2206">
              <w:rPr>
                <w:rFonts w:ascii="Calibri" w:hAnsi="Calibri" w:cs="Calibri"/>
                <w:sz w:val="18"/>
                <w:szCs w:val="18"/>
              </w:rPr>
              <w:t>ă</w:t>
            </w:r>
            <w:r w:rsidRPr="003B2206">
              <w:rPr>
                <w:rFonts w:asciiTheme="majorHAnsi" w:hAnsiTheme="majorHAnsi" w:cstheme="majorHAnsi"/>
                <w:sz w:val="18"/>
                <w:szCs w:val="18"/>
              </w:rPr>
              <w:t xml:space="preserve">  </w:t>
            </w:r>
            <w:sdt>
              <w:sdtPr>
                <w:rPr>
                  <w:rFonts w:asciiTheme="majorHAnsi" w:hAnsiTheme="majorHAnsi" w:cstheme="majorHAnsi"/>
                  <w:sz w:val="18"/>
                  <w:szCs w:val="18"/>
                </w:rPr>
                <w:id w:val="-784345183"/>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gaze naturale  </w:t>
            </w:r>
            <w:sdt>
              <w:sdtPr>
                <w:rPr>
                  <w:rFonts w:asciiTheme="majorHAnsi" w:hAnsiTheme="majorHAnsi" w:cstheme="majorHAnsi"/>
                  <w:sz w:val="18"/>
                  <w:szCs w:val="18"/>
                </w:rPr>
                <w:id w:val="-1622298511"/>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telefonizare  </w:t>
            </w:r>
            <w:sdt>
              <w:sdtPr>
                <w:rPr>
                  <w:rFonts w:asciiTheme="majorHAnsi" w:hAnsiTheme="majorHAnsi" w:cstheme="majorHAnsi"/>
                  <w:sz w:val="18"/>
                  <w:szCs w:val="18"/>
                </w:rPr>
                <w:id w:val="-89311270"/>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salubritate  </w:t>
            </w:r>
            <w:sdt>
              <w:sdtPr>
                <w:rPr>
                  <w:rFonts w:asciiTheme="majorHAnsi" w:hAnsiTheme="majorHAnsi" w:cstheme="majorHAnsi"/>
                  <w:sz w:val="18"/>
                  <w:szCs w:val="18"/>
                </w:rPr>
                <w:id w:val="1158193175"/>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w:t>
            </w:r>
            <w:r w:rsidR="003B2206">
              <w:rPr>
                <w:rFonts w:asciiTheme="majorHAnsi" w:hAnsiTheme="majorHAnsi" w:cstheme="majorHAnsi"/>
                <w:sz w:val="18"/>
                <w:szCs w:val="18"/>
              </w:rPr>
              <w:t>t</w:t>
            </w:r>
            <w:r w:rsidRPr="003B2206">
              <w:rPr>
                <w:rFonts w:asciiTheme="majorHAnsi" w:hAnsiTheme="majorHAnsi" w:cstheme="majorHAnsi"/>
                <w:sz w:val="18"/>
                <w:szCs w:val="18"/>
              </w:rPr>
              <w:t xml:space="preserve">ransport urban   </w:t>
            </w:r>
            <w:sdt>
              <w:sdtPr>
                <w:rPr>
                  <w:rFonts w:asciiTheme="majorHAnsi" w:hAnsiTheme="majorHAnsi" w:cstheme="majorHAnsi"/>
                  <w:sz w:val="18"/>
                  <w:szCs w:val="18"/>
                </w:rPr>
                <w:id w:val="-378092317"/>
                <w14:checkbox>
                  <w14:checked w14:val="0"/>
                  <w14:checkedState w14:val="2612" w14:font="MS Gothic"/>
                  <w14:uncheckedState w14:val="2610" w14:font="MS Gothic"/>
                </w14:checkbox>
              </w:sdtPr>
              <w:sdtEndPr/>
              <w:sdtContent>
                <w:r w:rsidR="003B2206">
                  <w:rPr>
                    <w:rFonts w:ascii="MS Gothic" w:eastAsia="MS Gothic" w:hAnsi="MS Gothic" w:cstheme="majorHAnsi" w:hint="eastAsia"/>
                    <w:sz w:val="18"/>
                    <w:szCs w:val="18"/>
                  </w:rPr>
                  <w:t>☐</w:t>
                </w:r>
              </w:sdtContent>
            </w:sdt>
            <w:r w:rsidRPr="003B2206">
              <w:rPr>
                <w:rFonts w:asciiTheme="majorHAnsi" w:hAnsiTheme="majorHAnsi" w:cstheme="majorHAnsi"/>
                <w:sz w:val="18"/>
                <w:szCs w:val="18"/>
              </w:rPr>
              <w:t xml:space="preserve">  alte utilit</w:t>
            </w:r>
            <w:r w:rsidRPr="003B2206">
              <w:rPr>
                <w:rFonts w:ascii="Calibri" w:hAnsi="Calibri" w:cs="Calibri"/>
                <w:sz w:val="18"/>
                <w:szCs w:val="18"/>
              </w:rPr>
              <w:t>ăț</w:t>
            </w:r>
            <w:r w:rsidRPr="003B2206">
              <w:rPr>
                <w:rFonts w:asciiTheme="majorHAnsi" w:hAnsiTheme="majorHAnsi" w:cstheme="majorHAnsi"/>
                <w:sz w:val="18"/>
                <w:szCs w:val="18"/>
              </w:rPr>
              <w:t>i:</w:t>
            </w:r>
          </w:p>
        </w:tc>
      </w:tr>
      <w:tr w:rsidR="00C46767" w:rsidRPr="00131165" w14:paraId="27EC2DE3" w14:textId="77777777" w:rsidTr="00494210">
        <w:trPr>
          <w:trHeight w:val="510"/>
        </w:trPr>
        <w:tc>
          <w:tcPr>
            <w:tcW w:w="2235" w:type="dxa"/>
            <w:gridSpan w:val="2"/>
          </w:tcPr>
          <w:p w14:paraId="76BECEA9" w14:textId="320759E1" w:rsidR="00C46767" w:rsidRPr="00182EE3" w:rsidRDefault="00C4676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 xml:space="preserve">garaje — nr. locuri </w:t>
            </w:r>
          </w:p>
          <w:p w14:paraId="110B1A51" w14:textId="77777777" w:rsidR="00C46767" w:rsidRPr="00182EE3" w:rsidRDefault="00C46767" w:rsidP="00494210">
            <w:pPr>
              <w:rPr>
                <w:rFonts w:asciiTheme="majorHAnsi" w:hAnsiTheme="majorHAnsi" w:cstheme="majorHAnsi"/>
                <w:sz w:val="16"/>
                <w:szCs w:val="16"/>
              </w:rPr>
            </w:pPr>
          </w:p>
        </w:tc>
        <w:tc>
          <w:tcPr>
            <w:tcW w:w="1842" w:type="dxa"/>
          </w:tcPr>
          <w:p w14:paraId="0ABBB532" w14:textId="77777777" w:rsidR="00C46767" w:rsidRPr="00182EE3" w:rsidRDefault="00C4676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 xml:space="preserve">parcaje — nr. locuri </w:t>
            </w:r>
          </w:p>
        </w:tc>
        <w:tc>
          <w:tcPr>
            <w:tcW w:w="2347" w:type="dxa"/>
          </w:tcPr>
          <w:p w14:paraId="1B5BA92E" w14:textId="49987B72" w:rsidR="00C46767" w:rsidRPr="00182EE3" w:rsidRDefault="00C4676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parcaje pentru biciclete – nr. locuri</w:t>
            </w:r>
          </w:p>
        </w:tc>
        <w:tc>
          <w:tcPr>
            <w:tcW w:w="3212" w:type="dxa"/>
            <w:gridSpan w:val="2"/>
          </w:tcPr>
          <w:p w14:paraId="26761444" w14:textId="77777777" w:rsidR="00C46767" w:rsidRPr="00182EE3" w:rsidRDefault="00C4676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alei carosabile, inclusiv parcaje la sol (m²)</w:t>
            </w:r>
          </w:p>
          <w:p w14:paraId="1AF44448" w14:textId="77777777" w:rsidR="00C46767" w:rsidRPr="00182EE3" w:rsidRDefault="00C46767" w:rsidP="00494210">
            <w:pPr>
              <w:rPr>
                <w:rFonts w:asciiTheme="majorHAnsi" w:hAnsiTheme="majorHAnsi" w:cstheme="majorHAnsi"/>
                <w:sz w:val="16"/>
                <w:szCs w:val="16"/>
              </w:rPr>
            </w:pPr>
          </w:p>
        </w:tc>
      </w:tr>
      <w:tr w:rsidR="003C7CA3" w:rsidRPr="00131165" w14:paraId="6E7FDA17" w14:textId="77777777" w:rsidTr="00494210">
        <w:trPr>
          <w:trHeight w:val="510"/>
        </w:trPr>
        <w:tc>
          <w:tcPr>
            <w:tcW w:w="1606" w:type="dxa"/>
          </w:tcPr>
          <w:p w14:paraId="2AA92BFE" w14:textId="77777777" w:rsidR="003C7CA3" w:rsidRPr="00182EE3" w:rsidRDefault="003454F7" w:rsidP="00494210">
            <w:pPr>
              <w:rPr>
                <w:rFonts w:asciiTheme="majorHAnsi" w:hAnsiTheme="majorHAnsi" w:cstheme="majorHAnsi"/>
                <w:sz w:val="16"/>
                <w:szCs w:val="16"/>
              </w:rPr>
            </w:pPr>
            <w:r w:rsidRPr="00182EE3">
              <w:rPr>
                <w:rFonts w:asciiTheme="majorHAnsi" w:hAnsiTheme="majorHAnsi" w:cstheme="majorHAnsi"/>
                <w:b/>
                <w:color w:val="0D5F78"/>
                <w:sz w:val="16"/>
                <w:szCs w:val="16"/>
              </w:rPr>
              <w:lastRenderedPageBreak/>
              <w:t>alei pietonale (m²)</w:t>
            </w:r>
          </w:p>
          <w:p w14:paraId="37097089" w14:textId="77777777" w:rsidR="003C7CA3" w:rsidRPr="00182EE3" w:rsidRDefault="003C7CA3" w:rsidP="00494210">
            <w:pPr>
              <w:rPr>
                <w:rFonts w:asciiTheme="majorHAnsi" w:hAnsiTheme="majorHAnsi" w:cstheme="majorHAnsi"/>
                <w:sz w:val="16"/>
                <w:szCs w:val="16"/>
              </w:rPr>
            </w:pPr>
          </w:p>
        </w:tc>
        <w:tc>
          <w:tcPr>
            <w:tcW w:w="2471" w:type="dxa"/>
            <w:gridSpan w:val="2"/>
          </w:tcPr>
          <w:p w14:paraId="019BCEAA" w14:textId="4272CFBE" w:rsidR="003C7CA3" w:rsidRPr="00182EE3" w:rsidRDefault="003454F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alte platforme la nivelul solului (m²)</w:t>
            </w:r>
            <w:r w:rsidR="00494210">
              <w:rPr>
                <w:rFonts w:asciiTheme="majorHAnsi" w:hAnsiTheme="majorHAnsi" w:cstheme="majorHAnsi"/>
                <w:b/>
                <w:color w:val="0D5F78"/>
                <w:sz w:val="16"/>
                <w:szCs w:val="16"/>
              </w:rPr>
              <w:t xml:space="preserve"> </w:t>
            </w:r>
            <w:r w:rsidRPr="00182EE3">
              <w:rPr>
                <w:rFonts w:asciiTheme="majorHAnsi" w:hAnsiTheme="majorHAnsi" w:cstheme="majorHAnsi"/>
                <w:i/>
                <w:color w:val="7A7A7A"/>
                <w:sz w:val="16"/>
                <w:szCs w:val="16"/>
              </w:rPr>
              <w:t>deșeuri etc.</w:t>
            </w:r>
          </w:p>
        </w:tc>
        <w:tc>
          <w:tcPr>
            <w:tcW w:w="3953" w:type="dxa"/>
            <w:gridSpan w:val="2"/>
          </w:tcPr>
          <w:p w14:paraId="515407BB" w14:textId="77777777" w:rsidR="003C7CA3" w:rsidRPr="00182EE3" w:rsidRDefault="003454F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arbori tăiați / menținuți / plantați (nr.)</w:t>
            </w:r>
          </w:p>
          <w:p w14:paraId="1FB95EB6" w14:textId="77777777" w:rsidR="003C7CA3" w:rsidRPr="00182EE3" w:rsidRDefault="003C7CA3" w:rsidP="00494210">
            <w:pPr>
              <w:rPr>
                <w:rFonts w:asciiTheme="majorHAnsi" w:hAnsiTheme="majorHAnsi" w:cstheme="majorHAnsi"/>
                <w:sz w:val="16"/>
                <w:szCs w:val="16"/>
              </w:rPr>
            </w:pPr>
          </w:p>
        </w:tc>
        <w:tc>
          <w:tcPr>
            <w:tcW w:w="1606" w:type="dxa"/>
          </w:tcPr>
          <w:p w14:paraId="25733FE4" w14:textId="77777777" w:rsidR="003C7CA3" w:rsidRPr="00182EE3" w:rsidRDefault="003454F7" w:rsidP="00494210">
            <w:pPr>
              <w:rPr>
                <w:rFonts w:asciiTheme="majorHAnsi" w:hAnsiTheme="majorHAnsi" w:cstheme="majorHAnsi"/>
                <w:sz w:val="16"/>
                <w:szCs w:val="16"/>
              </w:rPr>
            </w:pPr>
            <w:r w:rsidRPr="00182EE3">
              <w:rPr>
                <w:rFonts w:asciiTheme="majorHAnsi" w:hAnsiTheme="majorHAnsi" w:cstheme="majorHAnsi"/>
                <w:b/>
                <w:color w:val="0D5F78"/>
                <w:sz w:val="16"/>
                <w:szCs w:val="16"/>
              </w:rPr>
              <w:t>spații verzi (m²)</w:t>
            </w:r>
          </w:p>
          <w:p w14:paraId="5166C427" w14:textId="77777777" w:rsidR="003C7CA3" w:rsidRPr="00182EE3" w:rsidRDefault="003C7CA3" w:rsidP="00494210">
            <w:pPr>
              <w:rPr>
                <w:rFonts w:asciiTheme="majorHAnsi" w:hAnsiTheme="majorHAnsi" w:cstheme="majorHAnsi"/>
                <w:sz w:val="16"/>
                <w:szCs w:val="16"/>
              </w:rPr>
            </w:pPr>
          </w:p>
        </w:tc>
      </w:tr>
    </w:tbl>
    <w:p w14:paraId="39DEA0F6"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131165" w14:paraId="09A15946" w14:textId="77777777">
        <w:trPr>
          <w:cantSplit/>
        </w:trPr>
        <w:tc>
          <w:tcPr>
            <w:tcW w:w="9636" w:type="dxa"/>
            <w:gridSpan w:val="2"/>
            <w:shd w:val="clear" w:color="auto" w:fill="F4F4F4"/>
          </w:tcPr>
          <w:p w14:paraId="2CD1D9E8" w14:textId="5C533AE5" w:rsidR="003C7CA3" w:rsidRPr="00131165" w:rsidRDefault="003454F7" w:rsidP="005B5439">
            <w:pPr>
              <w:rPr>
                <w:rFonts w:asciiTheme="majorHAnsi" w:hAnsiTheme="majorHAnsi" w:cstheme="majorHAnsi"/>
              </w:rPr>
            </w:pPr>
            <w:r w:rsidRPr="00131165">
              <w:rPr>
                <w:rFonts w:asciiTheme="majorHAnsi" w:hAnsiTheme="majorHAnsi" w:cstheme="majorHAnsi"/>
                <w:b/>
                <w:sz w:val="16"/>
              </w:rPr>
              <w:t xml:space="preserve"> 7. </w:t>
            </w:r>
            <w:r w:rsidRPr="00131165">
              <w:rPr>
                <w:rFonts w:asciiTheme="majorHAnsi" w:hAnsiTheme="majorHAnsi" w:cstheme="majorHAnsi"/>
                <w:b/>
                <w:color w:val="000000"/>
                <w:sz w:val="18"/>
              </w:rPr>
              <w:t xml:space="preserve">MĂSURI </w:t>
            </w:r>
            <w:r w:rsidR="00481869" w:rsidRPr="00131165">
              <w:rPr>
                <w:rFonts w:asciiTheme="majorHAnsi" w:hAnsiTheme="majorHAnsi" w:cstheme="majorHAnsi"/>
                <w:b/>
                <w:color w:val="000000"/>
                <w:sz w:val="18"/>
              </w:rPr>
              <w:t>DE PROTECȚIE A MEDIULUI/SECURITATE LA INCENDIU/PROTECTIE CIVILA</w:t>
            </w:r>
          </w:p>
        </w:tc>
      </w:tr>
      <w:tr w:rsidR="003C7CA3" w:rsidRPr="00131165" w14:paraId="64A301DA" w14:textId="77777777">
        <w:trPr>
          <w:cantSplit/>
          <w:trHeight w:val="510"/>
        </w:trPr>
        <w:tc>
          <w:tcPr>
            <w:tcW w:w="4818" w:type="dxa"/>
          </w:tcPr>
          <w:p w14:paraId="0DEA8A8E" w14:textId="77777777" w:rsidR="003C7CA3" w:rsidRPr="0035742D" w:rsidRDefault="003454F7" w:rsidP="005B5439">
            <w:pPr>
              <w:rPr>
                <w:rFonts w:asciiTheme="majorHAnsi" w:hAnsiTheme="majorHAnsi" w:cstheme="majorHAnsi"/>
                <w:sz w:val="16"/>
                <w:szCs w:val="16"/>
              </w:rPr>
            </w:pPr>
            <w:r w:rsidRPr="0035742D">
              <w:rPr>
                <w:rFonts w:asciiTheme="majorHAnsi" w:hAnsiTheme="majorHAnsi" w:cstheme="majorHAnsi"/>
                <w:b/>
                <w:color w:val="0D5F78"/>
                <w:sz w:val="16"/>
                <w:szCs w:val="16"/>
              </w:rPr>
              <w:t>Modul de evacuare a deșeurilor</w:t>
            </w:r>
          </w:p>
          <w:p w14:paraId="79D21EEF" w14:textId="77777777" w:rsidR="003C7CA3" w:rsidRPr="0035742D" w:rsidRDefault="003C7CA3" w:rsidP="005B5439">
            <w:pPr>
              <w:rPr>
                <w:rFonts w:asciiTheme="majorHAnsi" w:hAnsiTheme="majorHAnsi" w:cstheme="majorHAnsi"/>
                <w:sz w:val="16"/>
                <w:szCs w:val="16"/>
              </w:rPr>
            </w:pPr>
          </w:p>
        </w:tc>
        <w:tc>
          <w:tcPr>
            <w:tcW w:w="4818" w:type="dxa"/>
          </w:tcPr>
          <w:p w14:paraId="0CF99D41" w14:textId="6EA15F11" w:rsidR="003C7CA3" w:rsidRPr="0035742D" w:rsidRDefault="00B0669A" w:rsidP="005B5439">
            <w:pPr>
              <w:rPr>
                <w:rFonts w:asciiTheme="majorHAnsi" w:hAnsiTheme="majorHAnsi" w:cstheme="majorHAnsi"/>
                <w:sz w:val="16"/>
                <w:szCs w:val="16"/>
              </w:rPr>
            </w:pPr>
            <w:r w:rsidRPr="0035742D">
              <w:rPr>
                <w:rFonts w:asciiTheme="majorHAnsi" w:hAnsiTheme="majorHAnsi" w:cstheme="majorHAnsi"/>
                <w:b/>
                <w:color w:val="0D5F78"/>
                <w:sz w:val="16"/>
                <w:szCs w:val="16"/>
              </w:rPr>
              <w:t>Alte măsuri de securitate la incendiu și protecție civilă</w:t>
            </w:r>
          </w:p>
          <w:p w14:paraId="5F1285C7" w14:textId="77777777" w:rsidR="003C7CA3" w:rsidRPr="0035742D" w:rsidRDefault="003C7CA3" w:rsidP="005B5439">
            <w:pPr>
              <w:rPr>
                <w:rFonts w:asciiTheme="majorHAnsi" w:hAnsiTheme="majorHAnsi" w:cstheme="majorHAnsi"/>
                <w:sz w:val="16"/>
                <w:szCs w:val="16"/>
              </w:rPr>
            </w:pPr>
          </w:p>
        </w:tc>
      </w:tr>
      <w:tr w:rsidR="003C7CA3" w:rsidRPr="00131165" w14:paraId="3A6BBC96" w14:textId="77777777" w:rsidTr="00494210">
        <w:trPr>
          <w:cantSplit/>
          <w:trHeight w:val="343"/>
        </w:trPr>
        <w:tc>
          <w:tcPr>
            <w:tcW w:w="4818" w:type="dxa"/>
          </w:tcPr>
          <w:p w14:paraId="586175AE" w14:textId="1D161F31" w:rsidR="003C7CA3" w:rsidRPr="0035742D" w:rsidRDefault="003454F7" w:rsidP="00494210">
            <w:pPr>
              <w:rPr>
                <w:rFonts w:asciiTheme="majorHAnsi" w:hAnsiTheme="majorHAnsi" w:cstheme="majorHAnsi"/>
                <w:sz w:val="16"/>
                <w:szCs w:val="16"/>
              </w:rPr>
            </w:pPr>
            <w:r w:rsidRPr="0035742D">
              <w:rPr>
                <w:rFonts w:asciiTheme="majorHAnsi" w:hAnsiTheme="majorHAnsi" w:cstheme="majorHAnsi"/>
                <w:b/>
                <w:color w:val="0D5F78"/>
                <w:sz w:val="16"/>
                <w:szCs w:val="16"/>
              </w:rPr>
              <w:t>Măsuri de protecție a mediului</w:t>
            </w:r>
          </w:p>
        </w:tc>
        <w:tc>
          <w:tcPr>
            <w:tcW w:w="4818" w:type="dxa"/>
          </w:tcPr>
          <w:p w14:paraId="6412A5B3" w14:textId="74B74F8C" w:rsidR="003C7CA3" w:rsidRPr="0035742D" w:rsidRDefault="003454F7" w:rsidP="00494210">
            <w:pPr>
              <w:rPr>
                <w:rFonts w:asciiTheme="majorHAnsi" w:hAnsiTheme="majorHAnsi" w:cstheme="majorHAnsi"/>
                <w:sz w:val="16"/>
                <w:szCs w:val="16"/>
              </w:rPr>
            </w:pPr>
            <w:r w:rsidRPr="0035742D">
              <w:rPr>
                <w:rFonts w:asciiTheme="majorHAnsi" w:hAnsiTheme="majorHAnsi" w:cstheme="majorHAnsi"/>
                <w:b/>
                <w:color w:val="0D5F78"/>
                <w:sz w:val="16"/>
                <w:szCs w:val="16"/>
              </w:rPr>
              <w:t xml:space="preserve">Alte </w:t>
            </w:r>
            <w:r w:rsidR="00481869" w:rsidRPr="0035742D">
              <w:rPr>
                <w:rFonts w:asciiTheme="majorHAnsi" w:hAnsiTheme="majorHAnsi" w:cstheme="majorHAnsi"/>
                <w:b/>
                <w:color w:val="0D5F78"/>
                <w:sz w:val="16"/>
                <w:szCs w:val="16"/>
              </w:rPr>
              <w:t xml:space="preserve">măsuri </w:t>
            </w:r>
            <w:r w:rsidR="009E435D" w:rsidRPr="0035742D">
              <w:rPr>
                <w:rFonts w:asciiTheme="majorHAnsi" w:hAnsiTheme="majorHAnsi" w:cstheme="majorHAnsi"/>
                <w:b/>
                <w:color w:val="0D5F78"/>
                <w:sz w:val="16"/>
                <w:szCs w:val="16"/>
              </w:rPr>
              <w:t>specifice:</w:t>
            </w:r>
          </w:p>
        </w:tc>
      </w:tr>
    </w:tbl>
    <w:p w14:paraId="522EAA4C"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rsidRPr="00131165" w14:paraId="5BCF3412" w14:textId="77777777">
        <w:trPr>
          <w:cantSplit/>
        </w:trPr>
        <w:tc>
          <w:tcPr>
            <w:tcW w:w="9636" w:type="dxa"/>
            <w:gridSpan w:val="3"/>
            <w:shd w:val="clear" w:color="auto" w:fill="F4F4F4"/>
          </w:tcPr>
          <w:p w14:paraId="6347FD59" w14:textId="1C8D5E4A" w:rsidR="003C7CA3" w:rsidRPr="00131165" w:rsidRDefault="003454F7" w:rsidP="005B5439">
            <w:pPr>
              <w:rPr>
                <w:rFonts w:asciiTheme="majorHAnsi" w:hAnsiTheme="majorHAnsi" w:cstheme="majorHAnsi"/>
              </w:rPr>
            </w:pPr>
            <w:r w:rsidRPr="00131165">
              <w:rPr>
                <w:rFonts w:asciiTheme="majorHAnsi" w:hAnsiTheme="majorHAnsi" w:cstheme="majorHAnsi"/>
                <w:b/>
                <w:sz w:val="16"/>
              </w:rPr>
              <w:t xml:space="preserve"> 8. </w:t>
            </w:r>
            <w:r w:rsidRPr="00131165">
              <w:rPr>
                <w:rFonts w:asciiTheme="majorHAnsi" w:hAnsiTheme="majorHAnsi" w:cstheme="majorHAnsi"/>
                <w:b/>
                <w:color w:val="000000"/>
                <w:sz w:val="18"/>
              </w:rPr>
              <w:t>ÎNTOCMIT</w:t>
            </w:r>
          </w:p>
        </w:tc>
      </w:tr>
      <w:tr w:rsidR="003C7CA3" w:rsidRPr="00131165" w14:paraId="2FAD5169" w14:textId="77777777">
        <w:trPr>
          <w:cantSplit/>
          <w:trHeight w:val="510"/>
        </w:trPr>
        <w:tc>
          <w:tcPr>
            <w:tcW w:w="4818" w:type="dxa"/>
          </w:tcPr>
          <w:p w14:paraId="19974B2C" w14:textId="17B297E5" w:rsidR="003C7CA3" w:rsidRPr="00131165" w:rsidRDefault="003454F7" w:rsidP="00494210">
            <w:pPr>
              <w:rPr>
                <w:rFonts w:asciiTheme="majorHAnsi" w:hAnsiTheme="majorHAnsi" w:cstheme="majorHAnsi"/>
              </w:rPr>
            </w:pPr>
            <w:r w:rsidRPr="0035742D">
              <w:rPr>
                <w:rFonts w:asciiTheme="majorHAnsi" w:hAnsiTheme="majorHAnsi" w:cstheme="majorHAnsi"/>
                <w:b/>
                <w:color w:val="0D5F78"/>
                <w:sz w:val="16"/>
                <w:szCs w:val="16"/>
              </w:rPr>
              <w:t>Numele și prenumele / firma și reprezentantul</w:t>
            </w:r>
          </w:p>
        </w:tc>
        <w:tc>
          <w:tcPr>
            <w:tcW w:w="1606" w:type="dxa"/>
          </w:tcPr>
          <w:p w14:paraId="5C2B9240" w14:textId="77777777" w:rsidR="003C7CA3" w:rsidRPr="0035742D" w:rsidRDefault="003454F7" w:rsidP="005B5439">
            <w:pPr>
              <w:rPr>
                <w:rFonts w:asciiTheme="majorHAnsi" w:hAnsiTheme="majorHAnsi" w:cstheme="majorHAnsi"/>
                <w:b/>
                <w:color w:val="0D5F78"/>
                <w:sz w:val="16"/>
                <w:szCs w:val="16"/>
              </w:rPr>
            </w:pPr>
            <w:r w:rsidRPr="0035742D">
              <w:rPr>
                <w:rFonts w:asciiTheme="majorHAnsi" w:hAnsiTheme="majorHAnsi" w:cstheme="majorHAnsi"/>
                <w:b/>
                <w:color w:val="0D5F78"/>
                <w:sz w:val="16"/>
                <w:szCs w:val="16"/>
              </w:rPr>
              <w:t>Data</w:t>
            </w:r>
          </w:p>
          <w:p w14:paraId="0E969518" w14:textId="77777777" w:rsidR="003C7CA3" w:rsidRPr="00131165" w:rsidRDefault="003C7CA3" w:rsidP="005B5439">
            <w:pPr>
              <w:rPr>
                <w:rFonts w:asciiTheme="majorHAnsi" w:hAnsiTheme="majorHAnsi" w:cstheme="majorHAnsi"/>
              </w:rPr>
            </w:pPr>
          </w:p>
        </w:tc>
        <w:tc>
          <w:tcPr>
            <w:tcW w:w="3212" w:type="dxa"/>
          </w:tcPr>
          <w:p w14:paraId="41E26627" w14:textId="77777777" w:rsidR="003C7CA3" w:rsidRPr="0035742D" w:rsidRDefault="003454F7" w:rsidP="005B5439">
            <w:pPr>
              <w:rPr>
                <w:rFonts w:asciiTheme="majorHAnsi" w:hAnsiTheme="majorHAnsi" w:cstheme="majorHAnsi"/>
                <w:b/>
                <w:color w:val="0D5F78"/>
                <w:sz w:val="16"/>
                <w:szCs w:val="16"/>
              </w:rPr>
            </w:pPr>
            <w:r w:rsidRPr="0035742D">
              <w:rPr>
                <w:rFonts w:asciiTheme="majorHAnsi" w:hAnsiTheme="majorHAnsi" w:cstheme="majorHAnsi"/>
                <w:b/>
                <w:color w:val="0D5F78"/>
                <w:sz w:val="16"/>
                <w:szCs w:val="16"/>
              </w:rPr>
              <w:t>Semnătura și parafa</w:t>
            </w:r>
          </w:p>
          <w:p w14:paraId="2575B4FF" w14:textId="77777777" w:rsidR="003C7CA3" w:rsidRPr="00131165" w:rsidRDefault="003C7CA3" w:rsidP="005B5439">
            <w:pPr>
              <w:rPr>
                <w:rFonts w:asciiTheme="majorHAnsi" w:hAnsiTheme="majorHAnsi" w:cstheme="majorHAnsi"/>
              </w:rPr>
            </w:pPr>
          </w:p>
        </w:tc>
      </w:tr>
    </w:tbl>
    <w:p w14:paraId="2718FA85" w14:textId="77777777" w:rsidR="003C7CA3" w:rsidRPr="00131165" w:rsidRDefault="003C7CA3">
      <w:pPr>
        <w:spacing w:line="168" w:lineRule="auto"/>
        <w:rPr>
          <w:rFonts w:asciiTheme="majorHAnsi" w:hAnsiTheme="majorHAnsi" w:cstheme="majorHAnsi"/>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131165" w14:paraId="789B3316" w14:textId="77777777">
        <w:trPr>
          <w:cantSplit/>
        </w:trPr>
        <w:tc>
          <w:tcPr>
            <w:tcW w:w="9636" w:type="dxa"/>
            <w:gridSpan w:val="5"/>
            <w:shd w:val="clear" w:color="auto" w:fill="F4F4F4"/>
          </w:tcPr>
          <w:p w14:paraId="044F7DD6" w14:textId="6A35DD59" w:rsidR="003C7CA3" w:rsidRPr="00131165" w:rsidRDefault="003454F7" w:rsidP="005B5439">
            <w:pPr>
              <w:rPr>
                <w:rFonts w:asciiTheme="majorHAnsi" w:hAnsiTheme="majorHAnsi" w:cstheme="majorHAnsi"/>
              </w:rPr>
            </w:pPr>
            <w:r w:rsidRPr="00131165">
              <w:rPr>
                <w:rFonts w:asciiTheme="majorHAnsi" w:hAnsiTheme="majorHAnsi" w:cstheme="majorHAnsi"/>
                <w:b/>
                <w:sz w:val="16"/>
              </w:rPr>
              <w:t xml:space="preserve"> 9. </w:t>
            </w:r>
            <w:r w:rsidRPr="00131165">
              <w:rPr>
                <w:rFonts w:asciiTheme="majorHAnsi" w:hAnsiTheme="majorHAnsi" w:cstheme="majorHAnsi"/>
                <w:b/>
                <w:color w:val="000000"/>
                <w:sz w:val="18"/>
              </w:rPr>
              <w:t>COMUNICAREA ÎN REGISTRUL NAȚIONAL AL CLĂDIRILOR</w:t>
            </w:r>
          </w:p>
        </w:tc>
      </w:tr>
      <w:tr w:rsidR="003C7CA3" w:rsidRPr="00131165" w14:paraId="09C9D1CA" w14:textId="77777777">
        <w:trPr>
          <w:cantSplit/>
          <w:trHeight w:val="510"/>
        </w:trPr>
        <w:tc>
          <w:tcPr>
            <w:tcW w:w="4015" w:type="dxa"/>
            <w:gridSpan w:val="2"/>
          </w:tcPr>
          <w:p w14:paraId="7503C39B"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Clădirea a fost</w:t>
            </w:r>
          </w:p>
          <w:p w14:paraId="2C7411D0" w14:textId="00BAADF9" w:rsidR="003C7CA3" w:rsidRPr="003B2206" w:rsidRDefault="0062159B" w:rsidP="005B5439">
            <w:pPr>
              <w:rPr>
                <w:rFonts w:asciiTheme="majorHAnsi" w:hAnsiTheme="majorHAnsi" w:cstheme="majorHAnsi"/>
                <w:sz w:val="16"/>
                <w:szCs w:val="16"/>
              </w:rPr>
            </w:pPr>
            <w:sdt>
              <w:sdtPr>
                <w:rPr>
                  <w:rFonts w:ascii="Segoe UI Symbol" w:hAnsi="Segoe UI Symbol" w:cs="Segoe UI Symbol"/>
                  <w:sz w:val="16"/>
                  <w:szCs w:val="16"/>
                </w:rPr>
                <w:id w:val="311990374"/>
                <w14:checkbox>
                  <w14:checked w14:val="0"/>
                  <w14:checkedState w14:val="2612" w14:font="MS Gothic"/>
                  <w14:uncheckedState w14:val="2610" w14:font="MS Gothic"/>
                </w14:checkbox>
              </w:sdtPr>
              <w:sdtEndPr/>
              <w:sdtContent>
                <w:r w:rsidR="003B2206">
                  <w:rPr>
                    <w:rFonts w:ascii="MS Gothic" w:eastAsia="MS Gothic" w:hAnsi="MS Gothic" w:cs="Segoe UI Symbol" w:hint="eastAsia"/>
                    <w:sz w:val="16"/>
                    <w:szCs w:val="16"/>
                  </w:rPr>
                  <w:t>☐</w:t>
                </w:r>
              </w:sdtContent>
            </w:sdt>
            <w:r w:rsidR="003454F7" w:rsidRPr="003B2206">
              <w:rPr>
                <w:rFonts w:asciiTheme="majorHAnsi" w:hAnsiTheme="majorHAnsi" w:cstheme="majorHAnsi"/>
                <w:sz w:val="16"/>
                <w:szCs w:val="16"/>
              </w:rPr>
              <w:t xml:space="preserve"> identificată în registru    </w:t>
            </w:r>
            <w:sdt>
              <w:sdtPr>
                <w:rPr>
                  <w:rFonts w:asciiTheme="majorHAnsi" w:hAnsiTheme="majorHAnsi" w:cstheme="majorHAnsi"/>
                  <w:sz w:val="16"/>
                  <w:szCs w:val="16"/>
                </w:rPr>
                <w:id w:val="-508293254"/>
                <w14:checkbox>
                  <w14:checked w14:val="0"/>
                  <w14:checkedState w14:val="2612" w14:font="MS Gothic"/>
                  <w14:uncheckedState w14:val="2610" w14:font="MS Gothic"/>
                </w14:checkbox>
              </w:sdtPr>
              <w:sdtEndPr/>
              <w:sdtContent>
                <w:r w:rsidR="00182EE3">
                  <w:rPr>
                    <w:rFonts w:ascii="MS Gothic" w:eastAsia="MS Gothic" w:hAnsi="MS Gothic" w:cstheme="majorHAnsi" w:hint="eastAsia"/>
                    <w:sz w:val="16"/>
                    <w:szCs w:val="16"/>
                  </w:rPr>
                  <w:t>☐</w:t>
                </w:r>
              </w:sdtContent>
            </w:sdt>
            <w:r w:rsidR="003454F7" w:rsidRPr="003B2206">
              <w:rPr>
                <w:rFonts w:asciiTheme="majorHAnsi" w:hAnsiTheme="majorHAnsi" w:cstheme="majorHAnsi"/>
                <w:sz w:val="16"/>
                <w:szCs w:val="16"/>
              </w:rPr>
              <w:t xml:space="preserve">  declarat</w:t>
            </w:r>
            <w:r w:rsidR="003454F7" w:rsidRPr="003B2206">
              <w:rPr>
                <w:rFonts w:ascii="Calibri" w:hAnsi="Calibri" w:cs="Calibri"/>
                <w:sz w:val="16"/>
                <w:szCs w:val="16"/>
              </w:rPr>
              <w:t>ă</w:t>
            </w:r>
            <w:r w:rsidR="003454F7" w:rsidRPr="003B2206">
              <w:rPr>
                <w:rFonts w:asciiTheme="majorHAnsi" w:hAnsiTheme="majorHAnsi" w:cstheme="majorHAnsi"/>
                <w:sz w:val="16"/>
                <w:szCs w:val="16"/>
              </w:rPr>
              <w:t xml:space="preserve"> acum</w:t>
            </w:r>
          </w:p>
        </w:tc>
        <w:tc>
          <w:tcPr>
            <w:tcW w:w="2409" w:type="dxa"/>
            <w:gridSpan w:val="2"/>
          </w:tcPr>
          <w:p w14:paraId="7BDC1FD1"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NIS atribuit / confirmat</w:t>
            </w:r>
          </w:p>
          <w:p w14:paraId="46BD8B2A" w14:textId="77777777" w:rsidR="003C7CA3" w:rsidRPr="003B2206" w:rsidRDefault="003C7CA3" w:rsidP="005B5439">
            <w:pPr>
              <w:rPr>
                <w:rFonts w:asciiTheme="majorHAnsi" w:hAnsiTheme="majorHAnsi" w:cstheme="majorHAnsi"/>
                <w:sz w:val="16"/>
                <w:szCs w:val="16"/>
              </w:rPr>
            </w:pPr>
          </w:p>
        </w:tc>
        <w:tc>
          <w:tcPr>
            <w:tcW w:w="3212" w:type="dxa"/>
          </w:tcPr>
          <w:p w14:paraId="70909602" w14:textId="77777777" w:rsidR="003C7CA3" w:rsidRPr="003B2206" w:rsidRDefault="003454F7" w:rsidP="005B5439">
            <w:pPr>
              <w:rPr>
                <w:rFonts w:asciiTheme="majorHAnsi" w:hAnsiTheme="majorHAnsi" w:cstheme="majorHAnsi"/>
                <w:sz w:val="16"/>
                <w:szCs w:val="16"/>
              </w:rPr>
            </w:pPr>
            <w:r w:rsidRPr="003B2206">
              <w:rPr>
                <w:rFonts w:asciiTheme="majorHAnsi" w:hAnsiTheme="majorHAnsi" w:cstheme="majorHAnsi"/>
                <w:b/>
                <w:color w:val="0D5F78"/>
                <w:sz w:val="16"/>
                <w:szCs w:val="16"/>
              </w:rPr>
              <w:t>Cod investiție</w:t>
            </w:r>
          </w:p>
          <w:p w14:paraId="707D1635" w14:textId="02A0BFA8"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i/>
                <w:color w:val="7A7A7A"/>
                <w:sz w:val="16"/>
                <w:szCs w:val="16"/>
              </w:rPr>
              <w:t>dacă lucrarea e legată de o investiție</w:t>
            </w:r>
          </w:p>
        </w:tc>
      </w:tr>
      <w:tr w:rsidR="003C7CA3" w:rsidRPr="00131165" w14:paraId="404DE9B4" w14:textId="77777777" w:rsidTr="00494210">
        <w:trPr>
          <w:cantSplit/>
          <w:trHeight w:val="305"/>
        </w:trPr>
        <w:tc>
          <w:tcPr>
            <w:tcW w:w="2409" w:type="dxa"/>
          </w:tcPr>
          <w:p w14:paraId="778D03E7" w14:textId="4E1F093F"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Data comunicării</w:t>
            </w:r>
          </w:p>
        </w:tc>
        <w:tc>
          <w:tcPr>
            <w:tcW w:w="3212" w:type="dxa"/>
            <w:gridSpan w:val="2"/>
          </w:tcPr>
          <w:p w14:paraId="41280A5F" w14:textId="67735209"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Numărul tranzacției</w:t>
            </w:r>
          </w:p>
        </w:tc>
        <w:tc>
          <w:tcPr>
            <w:tcW w:w="4015" w:type="dxa"/>
            <w:gridSpan w:val="2"/>
          </w:tcPr>
          <w:p w14:paraId="2979CA2D" w14:textId="07B878BB" w:rsidR="003C7CA3" w:rsidRPr="003B2206" w:rsidRDefault="003454F7" w:rsidP="00494210">
            <w:pPr>
              <w:rPr>
                <w:rFonts w:asciiTheme="majorHAnsi" w:hAnsiTheme="majorHAnsi" w:cstheme="majorHAnsi"/>
                <w:sz w:val="16"/>
                <w:szCs w:val="16"/>
              </w:rPr>
            </w:pPr>
            <w:r w:rsidRPr="003B2206">
              <w:rPr>
                <w:rFonts w:asciiTheme="majorHAnsi" w:hAnsiTheme="majorHAnsi" w:cstheme="majorHAnsi"/>
                <w:b/>
                <w:color w:val="0D5F78"/>
                <w:sz w:val="16"/>
                <w:szCs w:val="16"/>
              </w:rPr>
              <w:t>Comunicat de</w:t>
            </w:r>
          </w:p>
        </w:tc>
      </w:tr>
    </w:tbl>
    <w:p w14:paraId="080B7191" w14:textId="77777777" w:rsidR="003C7CA3" w:rsidRPr="00131165" w:rsidRDefault="003C7CA3">
      <w:pPr>
        <w:spacing w:line="168" w:lineRule="auto"/>
        <w:rPr>
          <w:rFonts w:asciiTheme="majorHAnsi" w:hAnsiTheme="majorHAnsi" w:cstheme="majorHAnsi"/>
        </w:rPr>
      </w:pPr>
    </w:p>
    <w:p w14:paraId="763CAB70" w14:textId="42E13072" w:rsidR="00913191" w:rsidRPr="008F357B" w:rsidRDefault="008F357B" w:rsidP="008F357B">
      <w:pPr>
        <w:contextualSpacing/>
        <w:jc w:val="center"/>
        <w:rPr>
          <w:rFonts w:asciiTheme="majorHAnsi" w:hAnsiTheme="majorHAnsi" w:cstheme="majorHAnsi"/>
          <w:b/>
          <w:bCs/>
          <w:color w:val="548DD4" w:themeColor="text2" w:themeTint="99"/>
          <w:sz w:val="20"/>
          <w:szCs w:val="20"/>
          <w:u w:val="single"/>
        </w:rPr>
      </w:pPr>
      <w:r w:rsidRPr="008F357B">
        <w:rPr>
          <w:rFonts w:asciiTheme="majorHAnsi" w:hAnsiTheme="majorHAnsi" w:cstheme="majorHAnsi"/>
          <w:b/>
          <w:bCs/>
          <w:color w:val="548DD4" w:themeColor="text2" w:themeTint="99"/>
          <w:sz w:val="20"/>
          <w:szCs w:val="20"/>
          <w:u w:val="single"/>
        </w:rPr>
        <w:t>PUNCTELE 10-13 SE COMPLETEAZĂ ÎN CAZUL AMENAJĂRILOR /LUCRĂRILOR INGINEREȘTI</w:t>
      </w:r>
    </w:p>
    <w:p w14:paraId="67473F2C" w14:textId="77777777" w:rsidR="00913191" w:rsidRPr="00131165" w:rsidRDefault="00913191">
      <w:pPr>
        <w:spacing w:line="168" w:lineRule="auto"/>
        <w:rPr>
          <w:rFonts w:asciiTheme="majorHAnsi" w:hAnsiTheme="majorHAnsi" w:cstheme="majorHAnsi"/>
        </w:rPr>
      </w:pPr>
    </w:p>
    <w:tbl>
      <w:tblPr>
        <w:tblStyle w:val="TableGrid"/>
        <w:tblW w:w="9636" w:type="dxa"/>
        <w:tblLayout w:type="fixed"/>
        <w:tblLook w:val="04A0" w:firstRow="1" w:lastRow="0" w:firstColumn="1" w:lastColumn="0" w:noHBand="0" w:noVBand="1"/>
      </w:tblPr>
      <w:tblGrid>
        <w:gridCol w:w="9636"/>
      </w:tblGrid>
      <w:tr w:rsidR="00913191" w:rsidRPr="00131165" w14:paraId="15E654A6" w14:textId="77777777" w:rsidTr="00494210">
        <w:tc>
          <w:tcPr>
            <w:tcW w:w="9636" w:type="dxa"/>
            <w:shd w:val="clear" w:color="auto" w:fill="F4F4F4"/>
          </w:tcPr>
          <w:p w14:paraId="15526B2D" w14:textId="6391DFF7" w:rsidR="00481869" w:rsidRPr="00131165" w:rsidRDefault="00913191" w:rsidP="008F357B">
            <w:pPr>
              <w:rPr>
                <w:rFonts w:asciiTheme="majorHAnsi" w:hAnsiTheme="majorHAnsi" w:cstheme="majorHAnsi"/>
                <w:b/>
                <w:color w:val="000000"/>
                <w:sz w:val="18"/>
                <w:szCs w:val="18"/>
              </w:rPr>
            </w:pPr>
            <w:r w:rsidRPr="004327B9">
              <w:rPr>
                <w:rFonts w:asciiTheme="majorHAnsi" w:hAnsiTheme="majorHAnsi" w:cstheme="majorHAnsi"/>
                <w:b/>
                <w:sz w:val="20"/>
                <w:szCs w:val="20"/>
              </w:rPr>
              <w:t>10.  DATELE CARACTERISTICE ALE AMPLASAMENTULUI</w:t>
            </w:r>
          </w:p>
        </w:tc>
      </w:tr>
      <w:tr w:rsidR="00913191" w:rsidRPr="00131165" w14:paraId="35BBF072" w14:textId="77777777" w:rsidTr="00494210">
        <w:trPr>
          <w:trHeight w:val="311"/>
        </w:trPr>
        <w:tc>
          <w:tcPr>
            <w:tcW w:w="9636" w:type="dxa"/>
          </w:tcPr>
          <w:p w14:paraId="2E5B3FBA" w14:textId="77777777" w:rsidR="000165E3" w:rsidRDefault="000165E3" w:rsidP="008F357B">
            <w:pPr>
              <w:spacing w:after="60"/>
              <w:ind w:firstLine="171"/>
              <w:jc w:val="both"/>
              <w:rPr>
                <w:rFonts w:asciiTheme="majorHAnsi" w:hAnsiTheme="majorHAnsi" w:cstheme="majorHAnsi"/>
                <w:sz w:val="20"/>
                <w:szCs w:val="20"/>
              </w:rPr>
            </w:pPr>
          </w:p>
          <w:p w14:paraId="49CC17DA" w14:textId="7DA8804F" w:rsidR="000165E3" w:rsidRPr="008F357B" w:rsidRDefault="000165E3" w:rsidP="000165E3">
            <w:pPr>
              <w:spacing w:after="60"/>
              <w:ind w:firstLine="171"/>
              <w:jc w:val="both"/>
              <w:rPr>
                <w:rFonts w:asciiTheme="majorHAnsi" w:hAnsiTheme="majorHAnsi" w:cstheme="majorHAnsi"/>
                <w:sz w:val="20"/>
                <w:szCs w:val="20"/>
              </w:rPr>
            </w:pPr>
            <w:r>
              <w:rPr>
                <w:rFonts w:asciiTheme="majorHAnsi" w:hAnsiTheme="majorHAnsi" w:cstheme="majorHAnsi"/>
                <w:sz w:val="20"/>
                <w:szCs w:val="20"/>
              </w:rPr>
              <w:t>........................................................................</w:t>
            </w:r>
          </w:p>
        </w:tc>
      </w:tr>
      <w:tr w:rsidR="00913191" w:rsidRPr="00131165" w14:paraId="64B1AEFE" w14:textId="77777777" w:rsidTr="00494210">
        <w:trPr>
          <w:trHeight w:val="311"/>
        </w:trPr>
        <w:tc>
          <w:tcPr>
            <w:tcW w:w="9636" w:type="dxa"/>
            <w:shd w:val="clear" w:color="auto" w:fill="F2F2F2" w:themeFill="background1" w:themeFillShade="F2"/>
          </w:tcPr>
          <w:p w14:paraId="06040E9F" w14:textId="73498F5D" w:rsidR="00913191" w:rsidRPr="00131165" w:rsidRDefault="00913191" w:rsidP="008F357B">
            <w:pPr>
              <w:rPr>
                <w:rFonts w:asciiTheme="majorHAnsi" w:hAnsiTheme="majorHAnsi" w:cstheme="majorHAnsi"/>
                <w:sz w:val="18"/>
                <w:szCs w:val="18"/>
              </w:rPr>
            </w:pPr>
            <w:r w:rsidRPr="004327B9">
              <w:rPr>
                <w:rFonts w:asciiTheme="majorHAnsi" w:hAnsiTheme="majorHAnsi" w:cstheme="majorHAnsi"/>
                <w:b/>
                <w:sz w:val="20"/>
                <w:szCs w:val="20"/>
              </w:rPr>
              <w:t>11.  CARACTERISTICI TEHNICE SI CAPACITĂȚI FUNCȚIONALE  SPECIFICE</w:t>
            </w:r>
            <w:r w:rsidRPr="00131165">
              <w:rPr>
                <w:rFonts w:asciiTheme="majorHAnsi" w:hAnsiTheme="majorHAnsi" w:cstheme="majorHAnsi"/>
                <w:b/>
                <w:color w:val="000000"/>
                <w:sz w:val="18"/>
                <w:szCs w:val="18"/>
              </w:rPr>
              <w:t xml:space="preserve"> </w:t>
            </w:r>
          </w:p>
        </w:tc>
      </w:tr>
      <w:tr w:rsidR="00913191" w:rsidRPr="00131165" w14:paraId="6CA09AF3" w14:textId="77777777" w:rsidTr="00494210">
        <w:trPr>
          <w:trHeight w:val="311"/>
        </w:trPr>
        <w:tc>
          <w:tcPr>
            <w:tcW w:w="9636" w:type="dxa"/>
          </w:tcPr>
          <w:p w14:paraId="132209C9" w14:textId="1B45FF90" w:rsidR="00EE741A" w:rsidRPr="00494210" w:rsidRDefault="00EE741A" w:rsidP="008F357B">
            <w:pPr>
              <w:rPr>
                <w:rFonts w:asciiTheme="majorHAnsi" w:hAnsiTheme="majorHAnsi" w:cstheme="majorHAnsi"/>
                <w:b/>
                <w:color w:val="000000" w:themeColor="text1"/>
                <w:sz w:val="20"/>
                <w:szCs w:val="20"/>
              </w:rPr>
            </w:pPr>
            <w:r w:rsidRPr="00494210">
              <w:rPr>
                <w:rFonts w:asciiTheme="majorHAnsi" w:hAnsiTheme="majorHAnsi" w:cstheme="majorHAnsi"/>
                <w:b/>
                <w:color w:val="000000" w:themeColor="text1"/>
                <w:sz w:val="20"/>
                <w:szCs w:val="20"/>
              </w:rPr>
              <w:t>DATE SI INDICI CARE CARACTERIZEAZA INVESTITIA PROIECTATA, CUPRINSI IN ANEXA LA CEREREA PENTRU AUTORIZARE</w:t>
            </w:r>
          </w:p>
          <w:p w14:paraId="3CA2C094" w14:textId="77777777" w:rsidR="009345E6" w:rsidRDefault="009345E6" w:rsidP="006F15A7">
            <w:pPr>
              <w:widowControl w:val="0"/>
              <w:autoSpaceDE w:val="0"/>
              <w:autoSpaceDN w:val="0"/>
              <w:adjustRightInd w:val="0"/>
              <w:ind w:left="284"/>
              <w:jc w:val="both"/>
              <w:rPr>
                <w:rFonts w:asciiTheme="majorHAnsi" w:hAnsiTheme="majorHAnsi" w:cstheme="majorHAnsi"/>
                <w:b/>
                <w:bCs/>
                <w:sz w:val="18"/>
                <w:szCs w:val="18"/>
              </w:rPr>
            </w:pPr>
          </w:p>
          <w:p w14:paraId="2D05FBC4" w14:textId="60352DF0" w:rsidR="001157B7" w:rsidRDefault="000165E3" w:rsidP="006F15A7">
            <w:pPr>
              <w:widowControl w:val="0"/>
              <w:autoSpaceDE w:val="0"/>
              <w:autoSpaceDN w:val="0"/>
              <w:adjustRightInd w:val="0"/>
              <w:ind w:left="284"/>
              <w:jc w:val="both"/>
              <w:rPr>
                <w:rFonts w:asciiTheme="majorHAnsi" w:hAnsiTheme="majorHAnsi" w:cstheme="majorHAnsi"/>
                <w:b/>
                <w:bCs/>
                <w:sz w:val="18"/>
                <w:szCs w:val="18"/>
              </w:rPr>
            </w:pPr>
            <w:r>
              <w:rPr>
                <w:rFonts w:asciiTheme="majorHAnsi" w:hAnsiTheme="majorHAnsi" w:cstheme="majorHAnsi"/>
                <w:sz w:val="20"/>
                <w:szCs w:val="20"/>
              </w:rPr>
              <w:t>........................................................................</w:t>
            </w:r>
          </w:p>
          <w:p w14:paraId="136A35DA" w14:textId="194B9494" w:rsidR="001157B7" w:rsidRPr="00131165" w:rsidRDefault="001157B7" w:rsidP="006F15A7">
            <w:pPr>
              <w:widowControl w:val="0"/>
              <w:autoSpaceDE w:val="0"/>
              <w:autoSpaceDN w:val="0"/>
              <w:adjustRightInd w:val="0"/>
              <w:ind w:left="284"/>
              <w:jc w:val="both"/>
              <w:rPr>
                <w:rFonts w:asciiTheme="majorHAnsi" w:hAnsiTheme="majorHAnsi" w:cstheme="majorHAnsi"/>
                <w:b/>
                <w:bCs/>
                <w:sz w:val="18"/>
                <w:szCs w:val="18"/>
              </w:rPr>
            </w:pPr>
          </w:p>
        </w:tc>
      </w:tr>
    </w:tbl>
    <w:p w14:paraId="57F60CB5" w14:textId="77777777" w:rsidR="00913191" w:rsidRDefault="00913191">
      <w:pPr>
        <w:spacing w:line="168" w:lineRule="auto"/>
        <w:rPr>
          <w:rFonts w:asciiTheme="majorHAnsi" w:hAnsiTheme="majorHAnsi" w:cstheme="majorHAnsi"/>
        </w:rPr>
      </w:pP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131165" w14:paraId="48814357" w14:textId="77777777" w:rsidTr="00494210">
        <w:tc>
          <w:tcPr>
            <w:tcW w:w="9636" w:type="dxa"/>
            <w:gridSpan w:val="2"/>
            <w:shd w:val="clear" w:color="auto" w:fill="F4F4F4"/>
          </w:tcPr>
          <w:p w14:paraId="78149411" w14:textId="5CE759DD" w:rsidR="00481869" w:rsidRPr="00131165" w:rsidRDefault="00481869" w:rsidP="00494210">
            <w:pPr>
              <w:rPr>
                <w:rFonts w:asciiTheme="majorHAnsi" w:hAnsiTheme="majorHAnsi" w:cstheme="majorHAnsi"/>
              </w:rPr>
            </w:pPr>
            <w:r w:rsidRPr="004327B9">
              <w:rPr>
                <w:rFonts w:asciiTheme="majorHAnsi" w:hAnsiTheme="majorHAnsi" w:cstheme="majorHAnsi"/>
                <w:b/>
                <w:sz w:val="20"/>
                <w:szCs w:val="20"/>
              </w:rPr>
              <w:t>12. MĂSURI DE PROTECTIE A MEDIULUI / SECURITATE LA INCENDIU</w:t>
            </w:r>
          </w:p>
        </w:tc>
      </w:tr>
      <w:tr w:rsidR="00481869" w:rsidRPr="00131165" w14:paraId="0827F875" w14:textId="77777777" w:rsidTr="00494210">
        <w:trPr>
          <w:trHeight w:val="510"/>
        </w:trPr>
        <w:tc>
          <w:tcPr>
            <w:tcW w:w="4818" w:type="dxa"/>
          </w:tcPr>
          <w:p w14:paraId="6F1D8777" w14:textId="77777777" w:rsidR="00494210" w:rsidRDefault="00481869" w:rsidP="00494210">
            <w:pPr>
              <w:rPr>
                <w:rFonts w:asciiTheme="majorHAnsi" w:hAnsiTheme="majorHAnsi" w:cstheme="majorHAnsi"/>
                <w:b/>
                <w:color w:val="0D5F78"/>
                <w:sz w:val="16"/>
                <w:szCs w:val="16"/>
              </w:rPr>
            </w:pPr>
            <w:r w:rsidRPr="00167BA9">
              <w:rPr>
                <w:rFonts w:asciiTheme="majorHAnsi" w:hAnsiTheme="majorHAnsi" w:cstheme="majorHAnsi"/>
                <w:b/>
                <w:color w:val="0D5F78"/>
                <w:sz w:val="16"/>
                <w:szCs w:val="16"/>
              </w:rPr>
              <w:t>Modul de evacuare a deșeurilor</w:t>
            </w:r>
          </w:p>
          <w:p w14:paraId="109B6D43" w14:textId="77777777" w:rsidR="00481869" w:rsidRDefault="00481869" w:rsidP="00494210">
            <w:pPr>
              <w:rPr>
                <w:rFonts w:asciiTheme="majorHAnsi" w:hAnsiTheme="majorHAnsi" w:cstheme="majorHAnsi"/>
                <w:sz w:val="20"/>
                <w:szCs w:val="20"/>
              </w:rPr>
            </w:pPr>
          </w:p>
          <w:p w14:paraId="253A2CEE" w14:textId="5998669E" w:rsidR="001157B7" w:rsidRPr="00167BA9" w:rsidRDefault="001157B7" w:rsidP="00494210">
            <w:pPr>
              <w:rPr>
                <w:rFonts w:asciiTheme="majorHAnsi" w:hAnsiTheme="majorHAnsi" w:cstheme="majorHAnsi"/>
                <w:sz w:val="20"/>
                <w:szCs w:val="20"/>
              </w:rPr>
            </w:pPr>
          </w:p>
        </w:tc>
        <w:tc>
          <w:tcPr>
            <w:tcW w:w="4818" w:type="dxa"/>
          </w:tcPr>
          <w:p w14:paraId="43DA7C1B" w14:textId="3909995D" w:rsidR="00481869" w:rsidRPr="00167BA9" w:rsidRDefault="00481869" w:rsidP="00494210">
            <w:pPr>
              <w:rPr>
                <w:rFonts w:asciiTheme="majorHAnsi" w:hAnsiTheme="majorHAnsi" w:cstheme="majorHAnsi"/>
                <w:b/>
                <w:color w:val="0D5F78"/>
                <w:sz w:val="16"/>
                <w:szCs w:val="16"/>
              </w:rPr>
            </w:pPr>
            <w:r w:rsidRPr="00167BA9">
              <w:rPr>
                <w:rFonts w:asciiTheme="majorHAnsi" w:hAnsiTheme="majorHAnsi" w:cstheme="majorHAnsi"/>
                <w:b/>
                <w:color w:val="0D5F78"/>
                <w:sz w:val="16"/>
                <w:szCs w:val="16"/>
              </w:rPr>
              <w:t>Măsuri de securitate la incendiu</w:t>
            </w:r>
          </w:p>
          <w:p w14:paraId="2FD7E2E3" w14:textId="46A5A220" w:rsidR="00F9769E" w:rsidRPr="00167BA9" w:rsidRDefault="006541FB" w:rsidP="00494210">
            <w:pPr>
              <w:jc w:val="both"/>
              <w:rPr>
                <w:rFonts w:asciiTheme="majorHAnsi" w:hAnsiTheme="majorHAnsi" w:cstheme="majorHAnsi"/>
                <w:b/>
                <w:color w:val="0D5F78"/>
                <w:sz w:val="16"/>
                <w:szCs w:val="16"/>
              </w:rPr>
            </w:pPr>
            <w:r w:rsidRPr="00167BA9">
              <w:rPr>
                <w:rFonts w:asciiTheme="majorHAnsi" w:hAnsiTheme="majorHAnsi" w:cstheme="majorHAnsi"/>
                <w:b/>
                <w:color w:val="0D5F78"/>
                <w:sz w:val="16"/>
                <w:szCs w:val="16"/>
              </w:rPr>
              <w:t xml:space="preserve"> </w:t>
            </w:r>
          </w:p>
        </w:tc>
      </w:tr>
      <w:tr w:rsidR="00481869" w:rsidRPr="00131165" w14:paraId="6A3E6F3D" w14:textId="77777777" w:rsidTr="00494210">
        <w:trPr>
          <w:trHeight w:val="510"/>
        </w:trPr>
        <w:tc>
          <w:tcPr>
            <w:tcW w:w="4818" w:type="dxa"/>
          </w:tcPr>
          <w:p w14:paraId="007359C1" w14:textId="77777777" w:rsidR="00481869" w:rsidRPr="00167BA9" w:rsidRDefault="00481869" w:rsidP="00494210">
            <w:pPr>
              <w:rPr>
                <w:rFonts w:asciiTheme="majorHAnsi" w:hAnsiTheme="majorHAnsi" w:cstheme="majorHAnsi"/>
                <w:b/>
                <w:color w:val="0D5F78"/>
                <w:sz w:val="16"/>
                <w:szCs w:val="16"/>
              </w:rPr>
            </w:pPr>
            <w:r w:rsidRPr="00167BA9">
              <w:rPr>
                <w:rFonts w:asciiTheme="majorHAnsi" w:hAnsiTheme="majorHAnsi" w:cstheme="majorHAnsi"/>
                <w:b/>
                <w:color w:val="0D5F78"/>
                <w:sz w:val="16"/>
                <w:szCs w:val="16"/>
              </w:rPr>
              <w:t>Măsuri de protecție a mediului</w:t>
            </w:r>
          </w:p>
          <w:p w14:paraId="6FEA16FE" w14:textId="77777777" w:rsidR="00884478" w:rsidRDefault="00884478" w:rsidP="00494210">
            <w:pPr>
              <w:jc w:val="both"/>
              <w:rPr>
                <w:rFonts w:asciiTheme="majorHAnsi" w:hAnsiTheme="majorHAnsi" w:cstheme="majorHAnsi"/>
              </w:rPr>
            </w:pPr>
          </w:p>
          <w:p w14:paraId="6446EBE5" w14:textId="5B498096" w:rsidR="001157B7" w:rsidRPr="00131165" w:rsidRDefault="001157B7" w:rsidP="00494210">
            <w:pPr>
              <w:jc w:val="both"/>
              <w:rPr>
                <w:rFonts w:asciiTheme="majorHAnsi" w:hAnsiTheme="majorHAnsi" w:cstheme="majorHAnsi"/>
              </w:rPr>
            </w:pPr>
          </w:p>
        </w:tc>
        <w:tc>
          <w:tcPr>
            <w:tcW w:w="4818" w:type="dxa"/>
          </w:tcPr>
          <w:p w14:paraId="0FD4A589" w14:textId="5C4E7386" w:rsidR="00481869" w:rsidRPr="00167BA9" w:rsidRDefault="00481869" w:rsidP="00494210">
            <w:pPr>
              <w:rPr>
                <w:rFonts w:asciiTheme="majorHAnsi" w:hAnsiTheme="majorHAnsi" w:cstheme="majorHAnsi"/>
                <w:b/>
                <w:color w:val="0D5F78"/>
                <w:sz w:val="16"/>
                <w:szCs w:val="16"/>
              </w:rPr>
            </w:pPr>
            <w:r w:rsidRPr="00167BA9">
              <w:rPr>
                <w:rFonts w:asciiTheme="majorHAnsi" w:hAnsiTheme="majorHAnsi" w:cstheme="majorHAnsi"/>
                <w:b/>
                <w:color w:val="0D5F78"/>
                <w:sz w:val="16"/>
                <w:szCs w:val="16"/>
              </w:rPr>
              <w:t xml:space="preserve">Alte măsuri </w:t>
            </w:r>
            <w:r w:rsidR="00EE741A" w:rsidRPr="00167BA9">
              <w:rPr>
                <w:rFonts w:asciiTheme="majorHAnsi" w:hAnsiTheme="majorHAnsi" w:cstheme="majorHAnsi"/>
                <w:b/>
                <w:color w:val="0D5F78"/>
                <w:sz w:val="16"/>
                <w:szCs w:val="16"/>
              </w:rPr>
              <w:t>specifice</w:t>
            </w:r>
          </w:p>
          <w:p w14:paraId="6BDF2294" w14:textId="2DD6E7F7" w:rsidR="00481869" w:rsidRPr="00131165" w:rsidRDefault="00481869" w:rsidP="00494210">
            <w:pPr>
              <w:jc w:val="both"/>
              <w:rPr>
                <w:rFonts w:asciiTheme="majorHAnsi" w:hAnsiTheme="majorHAnsi" w:cstheme="majorHAnsi"/>
              </w:rPr>
            </w:pPr>
          </w:p>
        </w:tc>
      </w:tr>
    </w:tbl>
    <w:p w14:paraId="56875253" w14:textId="77777777" w:rsidR="00481869" w:rsidRPr="00131165" w:rsidRDefault="00481869">
      <w:pPr>
        <w:spacing w:line="168" w:lineRule="auto"/>
        <w:rPr>
          <w:rFonts w:asciiTheme="majorHAnsi" w:hAnsiTheme="majorHAnsi" w:cstheme="majorHAnsi"/>
        </w:rPr>
      </w:pPr>
    </w:p>
    <w:tbl>
      <w:tblPr>
        <w:tblStyle w:val="TableGrid"/>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RPr="00131165" w14:paraId="05487BBA" w14:textId="77777777" w:rsidTr="006F15A7">
        <w:tc>
          <w:tcPr>
            <w:tcW w:w="9636" w:type="dxa"/>
            <w:gridSpan w:val="3"/>
            <w:shd w:val="clear" w:color="auto" w:fill="F4F4F4"/>
          </w:tcPr>
          <w:p w14:paraId="4CC38EC2" w14:textId="2887E864" w:rsidR="00481869" w:rsidRPr="00131165" w:rsidRDefault="00481869" w:rsidP="006F15A7">
            <w:pPr>
              <w:rPr>
                <w:rFonts w:asciiTheme="majorHAnsi" w:hAnsiTheme="majorHAnsi" w:cstheme="majorHAnsi"/>
              </w:rPr>
            </w:pPr>
            <w:r w:rsidRPr="004327B9">
              <w:rPr>
                <w:rFonts w:asciiTheme="majorHAnsi" w:hAnsiTheme="majorHAnsi" w:cstheme="majorHAnsi"/>
                <w:b/>
                <w:sz w:val="20"/>
                <w:szCs w:val="20"/>
              </w:rPr>
              <w:t>13. ÎNTOCMIT</w:t>
            </w:r>
          </w:p>
        </w:tc>
      </w:tr>
      <w:tr w:rsidR="00481869" w:rsidRPr="00131165" w14:paraId="7D366BD0" w14:textId="77777777" w:rsidTr="006F15A7">
        <w:trPr>
          <w:trHeight w:val="510"/>
        </w:trPr>
        <w:tc>
          <w:tcPr>
            <w:tcW w:w="4818" w:type="dxa"/>
          </w:tcPr>
          <w:p w14:paraId="48BF3A7A" w14:textId="77777777" w:rsidR="00481869" w:rsidRPr="004327B9" w:rsidRDefault="00481869" w:rsidP="006F15A7">
            <w:pPr>
              <w:rPr>
                <w:rFonts w:asciiTheme="majorHAnsi" w:hAnsiTheme="majorHAnsi" w:cstheme="majorHAnsi"/>
                <w:b/>
                <w:color w:val="0D5F78"/>
                <w:sz w:val="16"/>
                <w:szCs w:val="16"/>
              </w:rPr>
            </w:pPr>
            <w:r w:rsidRPr="004327B9">
              <w:rPr>
                <w:rFonts w:asciiTheme="majorHAnsi" w:hAnsiTheme="majorHAnsi" w:cstheme="majorHAnsi"/>
                <w:b/>
                <w:color w:val="0D5F78"/>
                <w:sz w:val="16"/>
                <w:szCs w:val="16"/>
              </w:rPr>
              <w:t>Numele și prenumele / firma și reprezentantul</w:t>
            </w:r>
          </w:p>
          <w:p w14:paraId="6F6ADE62" w14:textId="77777777" w:rsidR="00481869" w:rsidRDefault="00481869" w:rsidP="006F15A7">
            <w:pPr>
              <w:rPr>
                <w:rFonts w:asciiTheme="majorHAnsi" w:hAnsiTheme="majorHAnsi" w:cstheme="majorHAnsi"/>
              </w:rPr>
            </w:pPr>
          </w:p>
          <w:p w14:paraId="275DE663" w14:textId="77777777" w:rsidR="001157B7" w:rsidRDefault="001157B7" w:rsidP="006F15A7">
            <w:pPr>
              <w:rPr>
                <w:rFonts w:asciiTheme="majorHAnsi" w:hAnsiTheme="majorHAnsi" w:cstheme="majorHAnsi"/>
              </w:rPr>
            </w:pPr>
          </w:p>
          <w:p w14:paraId="61A2BFB7" w14:textId="77777777" w:rsidR="001157B7" w:rsidRDefault="001157B7" w:rsidP="006F15A7">
            <w:pPr>
              <w:rPr>
                <w:rFonts w:asciiTheme="majorHAnsi" w:hAnsiTheme="majorHAnsi" w:cstheme="majorHAnsi"/>
              </w:rPr>
            </w:pPr>
          </w:p>
          <w:p w14:paraId="6B334517" w14:textId="288DB0AB" w:rsidR="001157B7" w:rsidRPr="00131165" w:rsidRDefault="001157B7" w:rsidP="006F15A7">
            <w:pPr>
              <w:rPr>
                <w:rFonts w:asciiTheme="majorHAnsi" w:hAnsiTheme="majorHAnsi" w:cstheme="majorHAnsi"/>
              </w:rPr>
            </w:pPr>
          </w:p>
        </w:tc>
        <w:tc>
          <w:tcPr>
            <w:tcW w:w="1606" w:type="dxa"/>
          </w:tcPr>
          <w:p w14:paraId="28EE7D57" w14:textId="77777777" w:rsidR="00481869" w:rsidRPr="00182EE3" w:rsidRDefault="00481869" w:rsidP="006F15A7">
            <w:pPr>
              <w:rPr>
                <w:rFonts w:asciiTheme="majorHAnsi" w:hAnsiTheme="majorHAnsi" w:cstheme="majorHAnsi"/>
                <w:sz w:val="16"/>
                <w:szCs w:val="16"/>
              </w:rPr>
            </w:pPr>
            <w:r w:rsidRPr="00182EE3">
              <w:rPr>
                <w:rFonts w:asciiTheme="majorHAnsi" w:hAnsiTheme="majorHAnsi" w:cstheme="majorHAnsi"/>
                <w:b/>
                <w:color w:val="0D5F78"/>
                <w:sz w:val="16"/>
                <w:szCs w:val="16"/>
              </w:rPr>
              <w:t>Data</w:t>
            </w:r>
          </w:p>
          <w:p w14:paraId="604B415A" w14:textId="77777777" w:rsidR="00481869" w:rsidRPr="00182EE3" w:rsidRDefault="00481869" w:rsidP="006F15A7">
            <w:pPr>
              <w:rPr>
                <w:rFonts w:asciiTheme="majorHAnsi" w:hAnsiTheme="majorHAnsi" w:cstheme="majorHAnsi"/>
                <w:sz w:val="16"/>
                <w:szCs w:val="16"/>
              </w:rPr>
            </w:pPr>
          </w:p>
        </w:tc>
        <w:tc>
          <w:tcPr>
            <w:tcW w:w="3212" w:type="dxa"/>
          </w:tcPr>
          <w:p w14:paraId="4217163A" w14:textId="77777777" w:rsidR="00481869" w:rsidRPr="00182EE3" w:rsidRDefault="00481869" w:rsidP="006F15A7">
            <w:pPr>
              <w:rPr>
                <w:rFonts w:asciiTheme="majorHAnsi" w:hAnsiTheme="majorHAnsi" w:cstheme="majorHAnsi"/>
                <w:sz w:val="16"/>
                <w:szCs w:val="16"/>
              </w:rPr>
            </w:pPr>
            <w:r w:rsidRPr="00182EE3">
              <w:rPr>
                <w:rFonts w:asciiTheme="majorHAnsi" w:hAnsiTheme="majorHAnsi" w:cstheme="majorHAnsi"/>
                <w:b/>
                <w:color w:val="0D5F78"/>
                <w:sz w:val="16"/>
                <w:szCs w:val="16"/>
              </w:rPr>
              <w:t>Semnătura și parafa</w:t>
            </w:r>
          </w:p>
          <w:p w14:paraId="0ABC8491" w14:textId="77777777" w:rsidR="00481869" w:rsidRPr="00182EE3" w:rsidRDefault="00481869" w:rsidP="006F15A7">
            <w:pPr>
              <w:rPr>
                <w:rFonts w:asciiTheme="majorHAnsi" w:hAnsiTheme="majorHAnsi" w:cstheme="majorHAnsi"/>
                <w:sz w:val="16"/>
                <w:szCs w:val="16"/>
              </w:rPr>
            </w:pPr>
          </w:p>
        </w:tc>
      </w:tr>
    </w:tbl>
    <w:p w14:paraId="6405C781" w14:textId="77777777" w:rsidR="00481869" w:rsidRPr="00131165" w:rsidRDefault="00481869" w:rsidP="004E3E88">
      <w:pPr>
        <w:spacing w:line="168" w:lineRule="auto"/>
        <w:rPr>
          <w:rFonts w:asciiTheme="majorHAnsi" w:hAnsiTheme="majorHAnsi" w:cstheme="majorHAnsi"/>
          <w:lang w:val="fr-FR"/>
        </w:rPr>
      </w:pPr>
    </w:p>
    <w:sectPr w:rsidR="00481869" w:rsidRPr="00131165" w:rsidSect="00442C77">
      <w:type w:val="continuous"/>
      <w:pgSz w:w="11906" w:h="16838"/>
      <w:pgMar w:top="426" w:right="1134" w:bottom="426"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2EF8E" w14:textId="77777777" w:rsidR="0062159B" w:rsidRPr="008F2B6A" w:rsidRDefault="0062159B">
      <w:r w:rsidRPr="008F2B6A">
        <w:separator/>
      </w:r>
    </w:p>
  </w:endnote>
  <w:endnote w:type="continuationSeparator" w:id="0">
    <w:p w14:paraId="394E36FB" w14:textId="77777777" w:rsidR="0062159B" w:rsidRPr="008F2B6A" w:rsidRDefault="0062159B">
      <w:r w:rsidRPr="008F2B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Pr="008F2B6A" w:rsidRDefault="003454F7">
    <w:pPr>
      <w:pStyle w:val="Footer"/>
      <w:tabs>
        <w:tab w:val="right" w:pos="9639"/>
      </w:tabs>
      <w:rPr>
        <w:sz w:val="14"/>
        <w:szCs w:val="14"/>
      </w:rPr>
    </w:pPr>
    <w:r w:rsidRPr="008F2B6A">
      <w:rPr>
        <w:color w:val="595959"/>
        <w:sz w:val="14"/>
        <w:szCs w:val="14"/>
      </w:rPr>
      <w:t xml:space="preserve">F_A_01 </w:t>
    </w:r>
    <w:r w:rsidRPr="008F2B6A">
      <w:rPr>
        <w:color w:val="595959"/>
        <w:sz w:val="14"/>
        <w:szCs w:val="14"/>
      </w:rPr>
      <w:t>· versiunea 1.0</w:t>
    </w:r>
    <w:r w:rsidRPr="008F2B6A">
      <w:rPr>
        <w:color w:val="595959"/>
        <w:sz w:val="14"/>
        <w:szCs w:val="14"/>
      </w:rPr>
      <w:tab/>
      <w:t xml:space="preserve">pagina </w:t>
    </w:r>
    <w:r w:rsidRPr="008F2B6A">
      <w:rPr>
        <w:color w:val="595959"/>
        <w:sz w:val="14"/>
        <w:szCs w:val="14"/>
      </w:rPr>
      <w:fldChar w:fldCharType="begin"/>
    </w:r>
    <w:r w:rsidRPr="008F2B6A">
      <w:rPr>
        <w:color w:val="595959"/>
        <w:sz w:val="14"/>
        <w:szCs w:val="14"/>
      </w:rPr>
      <w:instrText xml:space="preserve"> PAGE </w:instrText>
    </w:r>
    <w:r w:rsidRPr="008F2B6A">
      <w:rPr>
        <w:color w:val="595959"/>
        <w:sz w:val="14"/>
        <w:szCs w:val="14"/>
      </w:rPr>
      <w:fldChar w:fldCharType="separate"/>
    </w:r>
    <w:r w:rsidR="005B29C5" w:rsidRPr="008F2B6A">
      <w:rPr>
        <w:color w:val="595959"/>
        <w:sz w:val="14"/>
        <w:szCs w:val="14"/>
      </w:rPr>
      <w:t>1</w:t>
    </w:r>
    <w:r w:rsidRPr="008F2B6A">
      <w:rPr>
        <w:color w:val="595959"/>
        <w:sz w:val="14"/>
        <w:szCs w:val="14"/>
      </w:rPr>
      <w:fldChar w:fldCharType="end"/>
    </w:r>
    <w:r w:rsidRPr="008F2B6A">
      <w:rPr>
        <w:color w:val="595959"/>
        <w:sz w:val="14"/>
        <w:szCs w:val="14"/>
      </w:rPr>
      <w:t xml:space="preserve"> din </w:t>
    </w:r>
    <w:r w:rsidRPr="008F2B6A">
      <w:rPr>
        <w:color w:val="595959"/>
        <w:sz w:val="14"/>
        <w:szCs w:val="14"/>
      </w:rPr>
      <w:fldChar w:fldCharType="begin"/>
    </w:r>
    <w:r w:rsidRPr="008F2B6A">
      <w:rPr>
        <w:color w:val="595959"/>
        <w:sz w:val="14"/>
        <w:szCs w:val="14"/>
      </w:rPr>
      <w:instrText xml:space="preserve"> NUMPAGES </w:instrText>
    </w:r>
    <w:r w:rsidRPr="008F2B6A">
      <w:rPr>
        <w:color w:val="595959"/>
        <w:sz w:val="14"/>
        <w:szCs w:val="14"/>
      </w:rPr>
      <w:fldChar w:fldCharType="separate"/>
    </w:r>
    <w:r w:rsidR="005B29C5" w:rsidRPr="008F2B6A">
      <w:rPr>
        <w:color w:val="595959"/>
        <w:sz w:val="14"/>
        <w:szCs w:val="14"/>
      </w:rPr>
      <w:t>2</w:t>
    </w:r>
    <w:r w:rsidRPr="008F2B6A">
      <w:rPr>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44FD3" w14:textId="77777777" w:rsidR="0062159B" w:rsidRPr="008F2B6A" w:rsidRDefault="0062159B">
      <w:r w:rsidRPr="008F2B6A">
        <w:separator/>
      </w:r>
    </w:p>
  </w:footnote>
  <w:footnote w:type="continuationSeparator" w:id="0">
    <w:p w14:paraId="74C96E53" w14:textId="77777777" w:rsidR="0062159B" w:rsidRPr="008F2B6A" w:rsidRDefault="0062159B">
      <w:r w:rsidRPr="008F2B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DBA9" w14:textId="77777777" w:rsidR="00AF4F6D" w:rsidRPr="008F2B6A" w:rsidRDefault="00AF4F6D" w:rsidP="00AF4F6D">
    <w:pPr>
      <w:pStyle w:val="Header"/>
      <w:rPr>
        <w:i/>
        <w:iCs/>
        <w:sz w:val="14"/>
        <w:szCs w:val="14"/>
        <w:u w:val="single"/>
      </w:rPr>
    </w:pPr>
    <w:r w:rsidRPr="008F2B6A">
      <w:rPr>
        <w:i/>
        <w:iCs/>
        <w:sz w:val="14"/>
        <w:szCs w:val="14"/>
        <w:u w:val="single"/>
      </w:rPr>
      <w:t>Anexa nr.2</w:t>
    </w:r>
  </w:p>
  <w:p w14:paraId="01E110B0" w14:textId="67713CE3" w:rsidR="002B61AC" w:rsidRPr="008F2B6A" w:rsidRDefault="00AF4F6D" w:rsidP="00AF4F6D">
    <w:pPr>
      <w:pStyle w:val="Header"/>
      <w:rPr>
        <w:i/>
        <w:iCs/>
        <w:sz w:val="14"/>
        <w:szCs w:val="14"/>
        <w:u w:val="single"/>
      </w:rPr>
    </w:pPr>
    <w:r w:rsidRPr="008F2B6A">
      <w:rPr>
        <w:color w:val="595959"/>
        <w:sz w:val="14"/>
        <w:szCs w:val="14"/>
      </w:rPr>
      <w:t xml:space="preserve">F_A_01 · Cerere de emitere a </w:t>
    </w:r>
    <w:r w:rsidR="00331BB8" w:rsidRPr="008F2B6A">
      <w:rPr>
        <w:color w:val="595959"/>
        <w:sz w:val="14"/>
        <w:szCs w:val="14"/>
      </w:rPr>
      <w:t>Autorizației</w:t>
    </w:r>
    <w:r w:rsidRPr="008F2B6A">
      <w:rPr>
        <w:color w:val="595959"/>
        <w:sz w:val="14"/>
        <w:szCs w:val="14"/>
      </w:rPr>
      <w:t xml:space="preserve"> de construire sau </w:t>
    </w:r>
    <w:r w:rsidR="00331BB8" w:rsidRPr="008F2B6A">
      <w:rPr>
        <w:color w:val="595959"/>
        <w:sz w:val="14"/>
        <w:szCs w:val="14"/>
      </w:rPr>
      <w:t>desființare</w:t>
    </w:r>
    <w:r w:rsidRPr="008F2B6A">
      <w:rPr>
        <w:color w:val="595959"/>
        <w:sz w:val="14"/>
        <w:szCs w:val="14"/>
      </w:rPr>
      <w:t xml:space="preserve"> clădiri și amenajări / lucrări inginerești / construcții speciale și a Autorizației de amenajare a organizării execuției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Pr="008F2B6A" w:rsidRDefault="002B61AC">
    <w:pPr>
      <w:pStyle w:val="Header"/>
      <w:rPr>
        <w:i/>
        <w:iCs/>
        <w:sz w:val="14"/>
        <w:szCs w:val="14"/>
        <w:u w:val="single"/>
      </w:rPr>
    </w:pPr>
    <w:r w:rsidRPr="008F2B6A">
      <w:rPr>
        <w:i/>
        <w:iCs/>
        <w:sz w:val="14"/>
        <w:szCs w:val="14"/>
        <w:u w:val="single"/>
      </w:rPr>
      <w:t>Anexa nr.2</w:t>
    </w:r>
  </w:p>
  <w:p w14:paraId="260ED929" w14:textId="48AA07FA" w:rsidR="002B61AC" w:rsidRPr="008F2B6A" w:rsidRDefault="002B61AC">
    <w:pPr>
      <w:pStyle w:val="Header"/>
      <w:rPr>
        <w:i/>
        <w:iCs/>
        <w:sz w:val="14"/>
        <w:szCs w:val="14"/>
        <w:u w:val="single"/>
      </w:rPr>
    </w:pPr>
    <w:r w:rsidRPr="008F2B6A">
      <w:rPr>
        <w:color w:val="595959"/>
        <w:sz w:val="14"/>
        <w:szCs w:val="14"/>
      </w:rPr>
      <w:t xml:space="preserve">F_A_01 · </w:t>
    </w:r>
    <w:r w:rsidR="00AF4F6D" w:rsidRPr="008F2B6A">
      <w:rPr>
        <w:color w:val="595959"/>
        <w:sz w:val="14"/>
        <w:szCs w:val="14"/>
      </w:rPr>
      <w:t>Cerere de emitere a Autorizatiei de construire sau desfiintare clădiri și amenajări / lucrări inginerești / construcții speciale și a Autorizației de amenajare a organizării execuției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0E0848"/>
    <w:multiLevelType w:val="hybridMultilevel"/>
    <w:tmpl w:val="7CD0CA8E"/>
    <w:lvl w:ilvl="0" w:tplc="00981412">
      <w:start w:val="5"/>
      <w:numFmt w:val="bullet"/>
      <w:lvlText w:val="-"/>
      <w:lvlJc w:val="left"/>
      <w:pPr>
        <w:ind w:left="777" w:hanging="360"/>
      </w:pPr>
      <w:rPr>
        <w:rFonts w:ascii="Calibri" w:eastAsia="Times New Roman" w:hAnsi="Calibri" w:cs="Calibri"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0" w15:restartNumberingAfterBreak="0">
    <w:nsid w:val="086D7A6E"/>
    <w:multiLevelType w:val="hybridMultilevel"/>
    <w:tmpl w:val="568820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BA571F3"/>
    <w:multiLevelType w:val="hybridMultilevel"/>
    <w:tmpl w:val="5E44E4B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18D430FD"/>
    <w:multiLevelType w:val="hybridMultilevel"/>
    <w:tmpl w:val="3048C1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9002BE9"/>
    <w:multiLevelType w:val="hybridMultilevel"/>
    <w:tmpl w:val="6BBED07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29C93756"/>
    <w:multiLevelType w:val="hybridMultilevel"/>
    <w:tmpl w:val="459030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51A56A1"/>
    <w:multiLevelType w:val="hybridMultilevel"/>
    <w:tmpl w:val="3468F6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FC52DAD"/>
    <w:multiLevelType w:val="hybridMultilevel"/>
    <w:tmpl w:val="8558ED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1C84F7D"/>
    <w:multiLevelType w:val="multilevel"/>
    <w:tmpl w:val="45FC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60766"/>
    <w:multiLevelType w:val="hybridMultilevel"/>
    <w:tmpl w:val="8A7AD8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B8B5F4B"/>
    <w:multiLevelType w:val="hybridMultilevel"/>
    <w:tmpl w:val="91005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72A3DAB"/>
    <w:multiLevelType w:val="hybridMultilevel"/>
    <w:tmpl w:val="D37CF83C"/>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E071B5"/>
    <w:multiLevelType w:val="multilevel"/>
    <w:tmpl w:val="02D03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F34952"/>
    <w:multiLevelType w:val="hybridMultilevel"/>
    <w:tmpl w:val="1EEA6340"/>
    <w:lvl w:ilvl="0" w:tplc="28D86F64">
      <w:start w:val="1"/>
      <w:numFmt w:val="bullet"/>
      <w:lvlText w:val="-"/>
      <w:lvlJc w:val="left"/>
      <w:pPr>
        <w:ind w:left="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00A8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BEFE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8CA21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2856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5816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62868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FE73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968D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E016062"/>
    <w:multiLevelType w:val="hybridMultilevel"/>
    <w:tmpl w:val="94285F0C"/>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243292943">
    <w:abstractNumId w:val="8"/>
  </w:num>
  <w:num w:numId="2" w16cid:durableId="781918849">
    <w:abstractNumId w:val="6"/>
  </w:num>
  <w:num w:numId="3" w16cid:durableId="2083481518">
    <w:abstractNumId w:val="5"/>
  </w:num>
  <w:num w:numId="4" w16cid:durableId="2059284230">
    <w:abstractNumId w:val="4"/>
  </w:num>
  <w:num w:numId="5" w16cid:durableId="520704221">
    <w:abstractNumId w:val="7"/>
  </w:num>
  <w:num w:numId="6" w16cid:durableId="1410077464">
    <w:abstractNumId w:val="3"/>
  </w:num>
  <w:num w:numId="7" w16cid:durableId="448202543">
    <w:abstractNumId w:val="2"/>
  </w:num>
  <w:num w:numId="8" w16cid:durableId="1981613256">
    <w:abstractNumId w:val="1"/>
  </w:num>
  <w:num w:numId="9" w16cid:durableId="290943915">
    <w:abstractNumId w:val="0"/>
  </w:num>
  <w:num w:numId="10" w16cid:durableId="340813909">
    <w:abstractNumId w:val="12"/>
  </w:num>
  <w:num w:numId="11" w16cid:durableId="1687101263">
    <w:abstractNumId w:val="17"/>
  </w:num>
  <w:num w:numId="12" w16cid:durableId="1194002846">
    <w:abstractNumId w:val="13"/>
  </w:num>
  <w:num w:numId="13" w16cid:durableId="170489321">
    <w:abstractNumId w:val="19"/>
  </w:num>
  <w:num w:numId="14" w16cid:durableId="717320343">
    <w:abstractNumId w:val="14"/>
  </w:num>
  <w:num w:numId="15" w16cid:durableId="961692082">
    <w:abstractNumId w:val="11"/>
  </w:num>
  <w:num w:numId="16" w16cid:durableId="931746816">
    <w:abstractNumId w:val="20"/>
  </w:num>
  <w:num w:numId="17" w16cid:durableId="903376610">
    <w:abstractNumId w:val="15"/>
  </w:num>
  <w:num w:numId="18" w16cid:durableId="1556116059">
    <w:abstractNumId w:val="16"/>
  </w:num>
  <w:num w:numId="19" w16cid:durableId="1554005199">
    <w:abstractNumId w:val="24"/>
  </w:num>
  <w:num w:numId="20" w16cid:durableId="2108694036">
    <w:abstractNumId w:val="21"/>
  </w:num>
  <w:num w:numId="21" w16cid:durableId="1822381895">
    <w:abstractNumId w:val="18"/>
  </w:num>
  <w:num w:numId="22" w16cid:durableId="1988774743">
    <w:abstractNumId w:val="22"/>
  </w:num>
  <w:num w:numId="23" w16cid:durableId="376856695">
    <w:abstractNumId w:val="23"/>
  </w:num>
  <w:num w:numId="24" w16cid:durableId="1742482788">
    <w:abstractNumId w:val="9"/>
  </w:num>
  <w:num w:numId="25" w16cid:durableId="1179000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B4"/>
    <w:rsid w:val="000165E3"/>
    <w:rsid w:val="0001738C"/>
    <w:rsid w:val="00026332"/>
    <w:rsid w:val="00034616"/>
    <w:rsid w:val="000462C8"/>
    <w:rsid w:val="000537F2"/>
    <w:rsid w:val="0006063C"/>
    <w:rsid w:val="0007047E"/>
    <w:rsid w:val="00094A39"/>
    <w:rsid w:val="00094B8B"/>
    <w:rsid w:val="00097E31"/>
    <w:rsid w:val="000A0A4F"/>
    <w:rsid w:val="000B56C2"/>
    <w:rsid w:val="000E1E48"/>
    <w:rsid w:val="000E4321"/>
    <w:rsid w:val="000F1170"/>
    <w:rsid w:val="000F58FE"/>
    <w:rsid w:val="001027D0"/>
    <w:rsid w:val="001157B7"/>
    <w:rsid w:val="00115F36"/>
    <w:rsid w:val="0012736C"/>
    <w:rsid w:val="00131165"/>
    <w:rsid w:val="00134728"/>
    <w:rsid w:val="0015074B"/>
    <w:rsid w:val="001531A5"/>
    <w:rsid w:val="00157309"/>
    <w:rsid w:val="001663EF"/>
    <w:rsid w:val="00167BA9"/>
    <w:rsid w:val="00174B45"/>
    <w:rsid w:val="00176CE6"/>
    <w:rsid w:val="00182EE3"/>
    <w:rsid w:val="001857EE"/>
    <w:rsid w:val="00186100"/>
    <w:rsid w:val="001A4BA0"/>
    <w:rsid w:val="001B3F2B"/>
    <w:rsid w:val="001D1155"/>
    <w:rsid w:val="001E04C4"/>
    <w:rsid w:val="001F58D7"/>
    <w:rsid w:val="00204778"/>
    <w:rsid w:val="00213EA7"/>
    <w:rsid w:val="002165A9"/>
    <w:rsid w:val="00233B09"/>
    <w:rsid w:val="00235D9B"/>
    <w:rsid w:val="00251B58"/>
    <w:rsid w:val="00254FCF"/>
    <w:rsid w:val="00264B05"/>
    <w:rsid w:val="00270CA8"/>
    <w:rsid w:val="00272000"/>
    <w:rsid w:val="0027320D"/>
    <w:rsid w:val="002835EF"/>
    <w:rsid w:val="00283E44"/>
    <w:rsid w:val="0029639D"/>
    <w:rsid w:val="002B61AC"/>
    <w:rsid w:val="002D5997"/>
    <w:rsid w:val="002E0F8E"/>
    <w:rsid w:val="002E47B8"/>
    <w:rsid w:val="002E6CBE"/>
    <w:rsid w:val="0031113E"/>
    <w:rsid w:val="00313ABC"/>
    <w:rsid w:val="00313FFB"/>
    <w:rsid w:val="00316EA0"/>
    <w:rsid w:val="00326F90"/>
    <w:rsid w:val="003317DD"/>
    <w:rsid w:val="00331BB8"/>
    <w:rsid w:val="00342EF1"/>
    <w:rsid w:val="00344CFA"/>
    <w:rsid w:val="0034534E"/>
    <w:rsid w:val="003454F7"/>
    <w:rsid w:val="0035742D"/>
    <w:rsid w:val="003606B4"/>
    <w:rsid w:val="0037400C"/>
    <w:rsid w:val="00374B12"/>
    <w:rsid w:val="00391D8A"/>
    <w:rsid w:val="003963B1"/>
    <w:rsid w:val="003A082D"/>
    <w:rsid w:val="003A38C1"/>
    <w:rsid w:val="003B2206"/>
    <w:rsid w:val="003C1843"/>
    <w:rsid w:val="003C7CA3"/>
    <w:rsid w:val="003D08E7"/>
    <w:rsid w:val="003D2A64"/>
    <w:rsid w:val="003E4D83"/>
    <w:rsid w:val="003E5EC3"/>
    <w:rsid w:val="003F6F31"/>
    <w:rsid w:val="0040374E"/>
    <w:rsid w:val="00413513"/>
    <w:rsid w:val="004327B9"/>
    <w:rsid w:val="00437140"/>
    <w:rsid w:val="00441A8C"/>
    <w:rsid w:val="00442C77"/>
    <w:rsid w:val="0046496F"/>
    <w:rsid w:val="004768EB"/>
    <w:rsid w:val="00480CCC"/>
    <w:rsid w:val="00481869"/>
    <w:rsid w:val="0048236E"/>
    <w:rsid w:val="0049230E"/>
    <w:rsid w:val="00493E00"/>
    <w:rsid w:val="00494210"/>
    <w:rsid w:val="00495644"/>
    <w:rsid w:val="004A49C3"/>
    <w:rsid w:val="004A7276"/>
    <w:rsid w:val="004B0D70"/>
    <w:rsid w:val="004B7AF2"/>
    <w:rsid w:val="004C0D5E"/>
    <w:rsid w:val="004C1136"/>
    <w:rsid w:val="004C58C3"/>
    <w:rsid w:val="004C610A"/>
    <w:rsid w:val="004D1022"/>
    <w:rsid w:val="004D6993"/>
    <w:rsid w:val="004E0F9A"/>
    <w:rsid w:val="004E3E88"/>
    <w:rsid w:val="00510D33"/>
    <w:rsid w:val="00515063"/>
    <w:rsid w:val="00530FE7"/>
    <w:rsid w:val="005375AB"/>
    <w:rsid w:val="005426BD"/>
    <w:rsid w:val="005559F6"/>
    <w:rsid w:val="00560061"/>
    <w:rsid w:val="005678E1"/>
    <w:rsid w:val="0057521F"/>
    <w:rsid w:val="005830D5"/>
    <w:rsid w:val="00584791"/>
    <w:rsid w:val="005912D7"/>
    <w:rsid w:val="005953C3"/>
    <w:rsid w:val="005A66D1"/>
    <w:rsid w:val="005B29C5"/>
    <w:rsid w:val="005B3C1B"/>
    <w:rsid w:val="005B5439"/>
    <w:rsid w:val="005C3A1B"/>
    <w:rsid w:val="005E0113"/>
    <w:rsid w:val="005E08BB"/>
    <w:rsid w:val="005E4782"/>
    <w:rsid w:val="00602EA0"/>
    <w:rsid w:val="0062159B"/>
    <w:rsid w:val="006541FB"/>
    <w:rsid w:val="00665A38"/>
    <w:rsid w:val="00676CA8"/>
    <w:rsid w:val="00684F08"/>
    <w:rsid w:val="006A18E4"/>
    <w:rsid w:val="006B1350"/>
    <w:rsid w:val="006B6B26"/>
    <w:rsid w:val="006C103E"/>
    <w:rsid w:val="006C2005"/>
    <w:rsid w:val="006D5477"/>
    <w:rsid w:val="006D6632"/>
    <w:rsid w:val="006E1C24"/>
    <w:rsid w:val="006E2CAB"/>
    <w:rsid w:val="006E3533"/>
    <w:rsid w:val="006E6D57"/>
    <w:rsid w:val="006F15A7"/>
    <w:rsid w:val="006F66B1"/>
    <w:rsid w:val="007073E9"/>
    <w:rsid w:val="00714CB5"/>
    <w:rsid w:val="00720269"/>
    <w:rsid w:val="007252D2"/>
    <w:rsid w:val="00740940"/>
    <w:rsid w:val="00743C17"/>
    <w:rsid w:val="007534AE"/>
    <w:rsid w:val="00763B21"/>
    <w:rsid w:val="007712E8"/>
    <w:rsid w:val="007839E9"/>
    <w:rsid w:val="007A5244"/>
    <w:rsid w:val="007C07B9"/>
    <w:rsid w:val="007C0924"/>
    <w:rsid w:val="007C2AAC"/>
    <w:rsid w:val="007D4FBF"/>
    <w:rsid w:val="007D66FA"/>
    <w:rsid w:val="007E5D45"/>
    <w:rsid w:val="007E796E"/>
    <w:rsid w:val="007F6ABE"/>
    <w:rsid w:val="0080701C"/>
    <w:rsid w:val="00823797"/>
    <w:rsid w:val="0082413D"/>
    <w:rsid w:val="00827B7E"/>
    <w:rsid w:val="00827D1A"/>
    <w:rsid w:val="008437C2"/>
    <w:rsid w:val="00845E18"/>
    <w:rsid w:val="00852387"/>
    <w:rsid w:val="00863895"/>
    <w:rsid w:val="008841B3"/>
    <w:rsid w:val="00884478"/>
    <w:rsid w:val="008927AA"/>
    <w:rsid w:val="008A7E29"/>
    <w:rsid w:val="008B19F9"/>
    <w:rsid w:val="008C2B0E"/>
    <w:rsid w:val="008C49A8"/>
    <w:rsid w:val="008D5665"/>
    <w:rsid w:val="008D6BD8"/>
    <w:rsid w:val="008E1D08"/>
    <w:rsid w:val="008F2B6A"/>
    <w:rsid w:val="008F357B"/>
    <w:rsid w:val="00902C0E"/>
    <w:rsid w:val="00905287"/>
    <w:rsid w:val="00913191"/>
    <w:rsid w:val="00930E3C"/>
    <w:rsid w:val="00933AA5"/>
    <w:rsid w:val="009345E6"/>
    <w:rsid w:val="00941F07"/>
    <w:rsid w:val="009427B0"/>
    <w:rsid w:val="00956DDB"/>
    <w:rsid w:val="00975AE0"/>
    <w:rsid w:val="00975F41"/>
    <w:rsid w:val="00982F5D"/>
    <w:rsid w:val="009B6693"/>
    <w:rsid w:val="009C7A60"/>
    <w:rsid w:val="009D6F21"/>
    <w:rsid w:val="009E0B81"/>
    <w:rsid w:val="009E435D"/>
    <w:rsid w:val="00A01DBF"/>
    <w:rsid w:val="00A1496E"/>
    <w:rsid w:val="00A14C8D"/>
    <w:rsid w:val="00A17649"/>
    <w:rsid w:val="00A245CA"/>
    <w:rsid w:val="00A3333E"/>
    <w:rsid w:val="00A33D80"/>
    <w:rsid w:val="00A40CC5"/>
    <w:rsid w:val="00A4108F"/>
    <w:rsid w:val="00A51886"/>
    <w:rsid w:val="00A53576"/>
    <w:rsid w:val="00A62B11"/>
    <w:rsid w:val="00A6453E"/>
    <w:rsid w:val="00A71C0B"/>
    <w:rsid w:val="00A76EC5"/>
    <w:rsid w:val="00A80531"/>
    <w:rsid w:val="00AA1D8D"/>
    <w:rsid w:val="00AB16E3"/>
    <w:rsid w:val="00AB2FFD"/>
    <w:rsid w:val="00AC23FF"/>
    <w:rsid w:val="00AC7380"/>
    <w:rsid w:val="00AD0AB3"/>
    <w:rsid w:val="00AE2539"/>
    <w:rsid w:val="00AF4F6D"/>
    <w:rsid w:val="00B0669A"/>
    <w:rsid w:val="00B2372F"/>
    <w:rsid w:val="00B33A8E"/>
    <w:rsid w:val="00B37648"/>
    <w:rsid w:val="00B47730"/>
    <w:rsid w:val="00B76B13"/>
    <w:rsid w:val="00B77E7D"/>
    <w:rsid w:val="00B8625B"/>
    <w:rsid w:val="00B92B14"/>
    <w:rsid w:val="00BA60DD"/>
    <w:rsid w:val="00BB6816"/>
    <w:rsid w:val="00BD5AD0"/>
    <w:rsid w:val="00BF4DCF"/>
    <w:rsid w:val="00BF5560"/>
    <w:rsid w:val="00C0054C"/>
    <w:rsid w:val="00C0597C"/>
    <w:rsid w:val="00C06117"/>
    <w:rsid w:val="00C16676"/>
    <w:rsid w:val="00C21A80"/>
    <w:rsid w:val="00C27DD2"/>
    <w:rsid w:val="00C32AB5"/>
    <w:rsid w:val="00C33243"/>
    <w:rsid w:val="00C37476"/>
    <w:rsid w:val="00C45876"/>
    <w:rsid w:val="00C46767"/>
    <w:rsid w:val="00C50D3E"/>
    <w:rsid w:val="00C558D1"/>
    <w:rsid w:val="00C5728F"/>
    <w:rsid w:val="00C77308"/>
    <w:rsid w:val="00C834F1"/>
    <w:rsid w:val="00C83AC7"/>
    <w:rsid w:val="00C913FC"/>
    <w:rsid w:val="00CB0664"/>
    <w:rsid w:val="00CB53A8"/>
    <w:rsid w:val="00CB62DB"/>
    <w:rsid w:val="00CC582C"/>
    <w:rsid w:val="00CD3FD2"/>
    <w:rsid w:val="00CD5EF0"/>
    <w:rsid w:val="00CD6880"/>
    <w:rsid w:val="00CE0902"/>
    <w:rsid w:val="00CE094A"/>
    <w:rsid w:val="00CE2C45"/>
    <w:rsid w:val="00CF6EF6"/>
    <w:rsid w:val="00D1444A"/>
    <w:rsid w:val="00D16C09"/>
    <w:rsid w:val="00D16F19"/>
    <w:rsid w:val="00D212D0"/>
    <w:rsid w:val="00D30DF5"/>
    <w:rsid w:val="00D3186A"/>
    <w:rsid w:val="00D402BE"/>
    <w:rsid w:val="00D45B08"/>
    <w:rsid w:val="00D653C1"/>
    <w:rsid w:val="00D710BD"/>
    <w:rsid w:val="00D7358F"/>
    <w:rsid w:val="00D91644"/>
    <w:rsid w:val="00D954F2"/>
    <w:rsid w:val="00DA7728"/>
    <w:rsid w:val="00DB3B82"/>
    <w:rsid w:val="00DC7556"/>
    <w:rsid w:val="00DD3E85"/>
    <w:rsid w:val="00DD4D8D"/>
    <w:rsid w:val="00DE7542"/>
    <w:rsid w:val="00DF3158"/>
    <w:rsid w:val="00E05CDF"/>
    <w:rsid w:val="00E21AEA"/>
    <w:rsid w:val="00E263B8"/>
    <w:rsid w:val="00E26A03"/>
    <w:rsid w:val="00E44A1D"/>
    <w:rsid w:val="00E5076C"/>
    <w:rsid w:val="00E54E96"/>
    <w:rsid w:val="00E61A6B"/>
    <w:rsid w:val="00E92B3E"/>
    <w:rsid w:val="00E9623F"/>
    <w:rsid w:val="00EB3490"/>
    <w:rsid w:val="00EC2567"/>
    <w:rsid w:val="00EC42D7"/>
    <w:rsid w:val="00ED1E25"/>
    <w:rsid w:val="00ED458B"/>
    <w:rsid w:val="00ED7457"/>
    <w:rsid w:val="00EE1822"/>
    <w:rsid w:val="00EE1DD1"/>
    <w:rsid w:val="00EE6C58"/>
    <w:rsid w:val="00EE741A"/>
    <w:rsid w:val="00EF21E2"/>
    <w:rsid w:val="00EF75D8"/>
    <w:rsid w:val="00F06AA4"/>
    <w:rsid w:val="00F15E96"/>
    <w:rsid w:val="00F410D8"/>
    <w:rsid w:val="00F51D9A"/>
    <w:rsid w:val="00F53D07"/>
    <w:rsid w:val="00F61A70"/>
    <w:rsid w:val="00F65962"/>
    <w:rsid w:val="00F76B20"/>
    <w:rsid w:val="00F9769E"/>
    <w:rsid w:val="00F97996"/>
    <w:rsid w:val="00FB7B7F"/>
    <w:rsid w:val="00FB7E97"/>
    <w:rsid w:val="00FC2F0B"/>
    <w:rsid w:val="00FC4294"/>
    <w:rsid w:val="00FC693F"/>
    <w:rsid w:val="00FD3848"/>
    <w:rsid w:val="00FD7185"/>
    <w:rsid w:val="00FE0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3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lang w:val="ro-RO"/>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Normal bullet 2,bullets,Arial,ListaNumerotata1,Bullet,List Paragraph1,Forth level,Colorful List - Accent 11,Medium Grid 1 - Accent 21,Akapit z listą BS,Outlines a.b.c.,List_Paragraph,Multilevel para_II,Akapit z lista BS,body 2,----,List1"/>
    <w:basedOn w:val="Normal"/>
    <w:link w:val="ListParagraphChar"/>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A5244"/>
    <w:rPr>
      <w:color w:val="0000FF" w:themeColor="hyperlink"/>
      <w:u w:val="single"/>
    </w:rPr>
  </w:style>
  <w:style w:type="character" w:styleId="UnresolvedMention">
    <w:name w:val="Unresolved Mention"/>
    <w:basedOn w:val="DefaultParagraphFont"/>
    <w:uiPriority w:val="99"/>
    <w:semiHidden/>
    <w:unhideWhenUsed/>
    <w:rsid w:val="007A5244"/>
    <w:rPr>
      <w:color w:val="605E5C"/>
      <w:shd w:val="clear" w:color="auto" w:fill="E1DFDD"/>
    </w:rPr>
  </w:style>
  <w:style w:type="character" w:customStyle="1" w:styleId="ListParagraphChar">
    <w:name w:val="List Paragraph Char"/>
    <w:aliases w:val="Normal bullet 2 Char,bullets Char,Arial Char,ListaNumerotata1 Char,Bullet Char,List Paragraph1 Char,Forth level Char,Colorful List - Accent 11 Char,Medium Grid 1 - Accent 21 Char,Akapit z listą BS Char,Outlines a.b.c. Char,---- Char"/>
    <w:link w:val="ListParagraph"/>
    <w:uiPriority w:val="1"/>
    <w:qFormat/>
    <w:rsid w:val="005C3A1B"/>
    <w:rPr>
      <w:rFonts w:ascii="Times New Roman" w:hAnsi="Times New Roman"/>
      <w:sz w:val="15"/>
    </w:rPr>
  </w:style>
  <w:style w:type="paragraph" w:styleId="Revision">
    <w:name w:val="Revision"/>
    <w:hidden/>
    <w:uiPriority w:val="99"/>
    <w:semiHidden/>
    <w:rsid w:val="008F2B6A"/>
    <w:pPr>
      <w:spacing w:after="0" w:line="240" w:lineRule="auto"/>
    </w:pPr>
    <w:rPr>
      <w:rFonts w:ascii="Times New Roman" w:hAnsi="Times New Roman"/>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7</Pages>
  <Words>2499</Words>
  <Characters>14249</Characters>
  <Application>Microsoft Office Word</Application>
  <DocSecurity>0</DocSecurity>
  <Lines>118</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16715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Maiorean</dc:creator>
  <cp:keywords/>
  <cp:lastModifiedBy>Antonia ALDEA</cp:lastModifiedBy>
  <cp:revision>36</cp:revision>
  <cp:lastPrinted>2026-10-19T08:00:00Z</cp:lastPrinted>
  <dcterms:created xsi:type="dcterms:W3CDTF">2026-10-16T10:01:00Z</dcterms:created>
  <dcterms:modified xsi:type="dcterms:W3CDTF">2026-10-29T10:51:00Z</dcterms:modified>
  <cp:category/>
</cp:coreProperties>
</file>