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016BF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2346"/>
        <w:gridCol w:w="2409"/>
        <w:gridCol w:w="3212"/>
      </w:tblGrid>
      <w:tr w:rsidR="00606DAD" w:rsidRPr="00195A83" w14:paraId="422A0050" w14:textId="77777777" w:rsidTr="00AD6B40">
        <w:trPr>
          <w:cantSplit/>
          <w:trHeight w:val="465"/>
        </w:trPr>
        <w:tc>
          <w:tcPr>
            <w:tcW w:w="1667" w:type="dxa"/>
            <w:vMerge w:val="restart"/>
            <w:vAlign w:val="center"/>
          </w:tcPr>
          <w:p w14:paraId="14E3CB7A" w14:textId="46459555" w:rsidR="00606DAD" w:rsidRPr="00195A83" w:rsidRDefault="007E2805" w:rsidP="00CF3AF2">
            <w:pPr>
              <w:keepNext/>
              <w:jc w:val="center"/>
              <w:rPr>
                <w:rFonts w:asciiTheme="majorHAnsi" w:hAnsiTheme="majorHAnsi" w:cstheme="majorHAnsi"/>
                <w:i/>
                <w:color w:val="595959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F23F61D" wp14:editId="644AD72A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31750</wp:posOffset>
                  </wp:positionV>
                  <wp:extent cx="922020" cy="1089025"/>
                  <wp:effectExtent l="0" t="0" r="0" b="0"/>
                  <wp:wrapNone/>
                  <wp:docPr id="11110852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089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6DAD" w:rsidRPr="00195A83">
              <w:rPr>
                <w:rFonts w:asciiTheme="majorHAnsi" w:hAnsiTheme="majorHAnsi" w:cstheme="majorHAnsi"/>
                <w:noProof/>
                <w:lang w:val="ro-RO"/>
              </w:rPr>
              <w:t xml:space="preserve"> </w:t>
            </w:r>
          </w:p>
          <w:p w14:paraId="0201C391" w14:textId="77777777" w:rsidR="00606DAD" w:rsidRPr="00195A83" w:rsidRDefault="00606DAD" w:rsidP="00CF3AF2">
            <w:pPr>
              <w:keepNext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7967" w:type="dxa"/>
            <w:gridSpan w:val="3"/>
            <w:shd w:val="clear" w:color="auto" w:fill="F0F0F0"/>
          </w:tcPr>
          <w:p w14:paraId="18B846A7" w14:textId="77777777" w:rsidR="00606DAD" w:rsidRPr="00195A83" w:rsidRDefault="00606DAD" w:rsidP="00CF3AF2">
            <w:pPr>
              <w:keepNext/>
              <w:rPr>
                <w:rFonts w:asciiTheme="majorHAnsi" w:hAnsiTheme="majorHAnsi" w:cstheme="majorHAnsi"/>
                <w:sz w:val="20"/>
                <w:szCs w:val="20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sz w:val="20"/>
                <w:szCs w:val="20"/>
              </w:rPr>
              <w:t>Județul</w:t>
            </w:r>
            <w:proofErr w:type="spellEnd"/>
            <w:r w:rsidRPr="00195A83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sz w:val="20"/>
                <w:szCs w:val="20"/>
              </w:rPr>
              <w:t>Argeș</w:t>
            </w:r>
            <w:proofErr w:type="spellEnd"/>
          </w:p>
          <w:p w14:paraId="707B3841" w14:textId="77777777" w:rsidR="00606DAD" w:rsidRPr="00195A83" w:rsidRDefault="00606DAD" w:rsidP="00CF3AF2">
            <w:pPr>
              <w:keepNext/>
              <w:rPr>
                <w:rFonts w:asciiTheme="majorHAnsi" w:hAnsiTheme="majorHAnsi" w:cstheme="majorHAnsi"/>
                <w:sz w:val="20"/>
                <w:szCs w:val="20"/>
              </w:rPr>
            </w:pPr>
            <w:r w:rsidRPr="00195A83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606DAD" w:rsidRPr="00195A83" w14:paraId="5FC5C26C" w14:textId="77777777" w:rsidTr="00AD6B40">
        <w:trPr>
          <w:cantSplit/>
          <w:trHeight w:val="465"/>
        </w:trPr>
        <w:tc>
          <w:tcPr>
            <w:tcW w:w="1667" w:type="dxa"/>
            <w:vMerge/>
          </w:tcPr>
          <w:p w14:paraId="605AC9B6" w14:textId="77777777" w:rsidR="00606DAD" w:rsidRPr="00195A83" w:rsidRDefault="00606DAD" w:rsidP="00CF3A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7967" w:type="dxa"/>
            <w:gridSpan w:val="3"/>
            <w:shd w:val="clear" w:color="auto" w:fill="F0F0F0"/>
          </w:tcPr>
          <w:p w14:paraId="15F9445B" w14:textId="77777777" w:rsidR="00606DAD" w:rsidRPr="00195A83" w:rsidRDefault="00606DAD" w:rsidP="00CF3AF2">
            <w:pPr>
              <w:keepNext/>
              <w:rPr>
                <w:rFonts w:asciiTheme="majorHAnsi" w:hAnsiTheme="majorHAnsi" w:cstheme="majorHAnsi"/>
                <w:sz w:val="14"/>
                <w:szCs w:val="14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Autoritatea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administrației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</w:rPr>
              <w:t>publice</w:t>
            </w:r>
            <w:proofErr w:type="spellEnd"/>
          </w:p>
          <w:p w14:paraId="16C0067E" w14:textId="77777777" w:rsidR="00606DAD" w:rsidRPr="00195A83" w:rsidRDefault="00606DAD" w:rsidP="00CF3AF2">
            <w:pPr>
              <w:keepNext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95A83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CONSILIUL JUDEȚEAN ARGEȘ</w:t>
            </w:r>
          </w:p>
        </w:tc>
      </w:tr>
      <w:tr w:rsidR="00606DAD" w:rsidRPr="00195A83" w14:paraId="1B6AAFE7" w14:textId="77777777" w:rsidTr="00AD6B40">
        <w:trPr>
          <w:cantSplit/>
          <w:trHeight w:val="465"/>
        </w:trPr>
        <w:tc>
          <w:tcPr>
            <w:tcW w:w="1667" w:type="dxa"/>
            <w:vMerge/>
          </w:tcPr>
          <w:p w14:paraId="40C0A158" w14:textId="77777777" w:rsidR="00606DAD" w:rsidRPr="00195A83" w:rsidRDefault="00606DAD" w:rsidP="00CF3A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346" w:type="dxa"/>
            <w:shd w:val="clear" w:color="auto" w:fill="F0F0F0"/>
          </w:tcPr>
          <w:p w14:paraId="38FA8D54" w14:textId="77777777" w:rsidR="00606DAD" w:rsidRPr="00195A83" w:rsidRDefault="00606DAD" w:rsidP="00CF3AF2">
            <w:pPr>
              <w:keepNext/>
              <w:rPr>
                <w:rFonts w:asciiTheme="majorHAnsi" w:hAnsiTheme="majorHAnsi" w:cstheme="majorHAnsi"/>
                <w:sz w:val="14"/>
                <w:szCs w:val="14"/>
                <w:lang w:val="fr-FR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Cod de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>identificare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>fiscală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fr-FR"/>
              </w:rPr>
              <w:t xml:space="preserve"> (CIF)</w:t>
            </w:r>
          </w:p>
          <w:p w14:paraId="7F0C999E" w14:textId="77777777" w:rsidR="00606DAD" w:rsidRPr="00EC3EF3" w:rsidRDefault="00606DAD" w:rsidP="00CF3AF2">
            <w:pPr>
              <w:keepNext/>
              <w:rPr>
                <w:rFonts w:asciiTheme="majorHAnsi" w:hAnsiTheme="majorHAnsi" w:cstheme="majorHAnsi"/>
                <w:b/>
                <w:bCs/>
                <w:sz w:val="20"/>
                <w:szCs w:val="20"/>
                <w:lang w:val="fr-FR"/>
              </w:rPr>
            </w:pPr>
            <w:r w:rsidRPr="00EC3EF3">
              <w:rPr>
                <w:rFonts w:asciiTheme="majorHAnsi" w:hAnsiTheme="majorHAnsi" w:cstheme="majorHAnsi"/>
                <w:b/>
                <w:bCs/>
                <w:sz w:val="16"/>
                <w:szCs w:val="16"/>
                <w:lang w:val="fr-FR"/>
              </w:rPr>
              <w:t>4229512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64E7C6A" w14:textId="77777777" w:rsidR="00B73741" w:rsidRPr="00195A83" w:rsidRDefault="00B73741" w:rsidP="00B73741">
            <w:pPr>
              <w:keepNext/>
              <w:rPr>
                <w:rFonts w:asciiTheme="majorHAnsi" w:hAnsiTheme="majorHAnsi" w:cstheme="majorHAnsi"/>
                <w:sz w:val="14"/>
                <w:szCs w:val="14"/>
                <w:lang w:val="pt-BR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  <w:sz w:val="14"/>
                <w:szCs w:val="14"/>
                <w:lang w:val="pt-BR"/>
              </w:rPr>
              <w:t>Adresa oficială</w:t>
            </w:r>
          </w:p>
          <w:p w14:paraId="3C07E199" w14:textId="77777777" w:rsidR="00B73741" w:rsidRPr="00EC3EF3" w:rsidRDefault="00B73741" w:rsidP="00B73741">
            <w:pPr>
              <w:keepNext/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</w:pPr>
            <w:r w:rsidRPr="00EC3EF3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Pitești, </w:t>
            </w:r>
            <w:proofErr w:type="spellStart"/>
            <w:r w:rsidRPr="00EC3EF3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Piața</w:t>
            </w:r>
            <w:proofErr w:type="spellEnd"/>
            <w:r w:rsidRPr="00EC3EF3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 xml:space="preserve"> Vasile Milea nr. 1, Cod </w:t>
            </w:r>
            <w:proofErr w:type="spellStart"/>
            <w:r w:rsidRPr="00EC3EF3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poștal</w:t>
            </w:r>
            <w:proofErr w:type="spellEnd"/>
            <w:r w:rsidRPr="00EC3EF3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</w:rPr>
              <w:t>: 110053</w:t>
            </w:r>
          </w:p>
          <w:p w14:paraId="62BD8380" w14:textId="1566846D" w:rsidR="00606DAD" w:rsidRPr="00195A83" w:rsidRDefault="00B73741" w:rsidP="00B73741">
            <w:pPr>
              <w:keepNext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EC3EF3">
              <w:rPr>
                <w:rFonts w:asciiTheme="majorHAnsi" w:hAnsiTheme="majorHAnsi" w:cstheme="majorHAnsi"/>
                <w:b/>
                <w:bCs/>
                <w:iCs/>
                <w:sz w:val="16"/>
                <w:szCs w:val="16"/>
                <w:lang w:val="pt-BR"/>
              </w:rPr>
              <w:t>Telefon: 0248.210.056  E-mail: presedinte@cjarges.ro</w:t>
            </w:r>
          </w:p>
        </w:tc>
      </w:tr>
      <w:tr w:rsidR="00606DAD" w:rsidRPr="00195A83" w14:paraId="707F1EDE" w14:textId="77777777" w:rsidTr="00AD6B40">
        <w:trPr>
          <w:cantSplit/>
          <w:trHeight w:val="465"/>
        </w:trPr>
        <w:tc>
          <w:tcPr>
            <w:tcW w:w="1667" w:type="dxa"/>
            <w:vMerge/>
          </w:tcPr>
          <w:p w14:paraId="66EAE1B2" w14:textId="77777777" w:rsidR="00606DAD" w:rsidRPr="00195A83" w:rsidRDefault="00606DAD" w:rsidP="00CF3AF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755" w:type="dxa"/>
            <w:gridSpan w:val="2"/>
            <w:shd w:val="clear" w:color="auto" w:fill="F0F0F0"/>
          </w:tcPr>
          <w:p w14:paraId="5BE14D05" w14:textId="77777777" w:rsidR="00606DAD" w:rsidRPr="00EC3EF3" w:rsidRDefault="00606DAD" w:rsidP="00CF3AF2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  <w:proofErr w:type="spellStart"/>
            <w:r w:rsidRPr="00EC3EF3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Număr</w:t>
            </w:r>
            <w:proofErr w:type="spellEnd"/>
            <w:r w:rsidRPr="00EC3EF3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 xml:space="preserve"> de </w:t>
            </w:r>
            <w:proofErr w:type="spellStart"/>
            <w:r w:rsidRPr="00EC3EF3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înregistrare</w:t>
            </w:r>
            <w:proofErr w:type="spellEnd"/>
          </w:p>
        </w:tc>
        <w:tc>
          <w:tcPr>
            <w:tcW w:w="3212" w:type="dxa"/>
            <w:shd w:val="clear" w:color="auto" w:fill="F0F0F0"/>
          </w:tcPr>
          <w:p w14:paraId="6D548D1C" w14:textId="77777777" w:rsidR="00606DAD" w:rsidRPr="00EC3EF3" w:rsidRDefault="00606DAD" w:rsidP="00CF3AF2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  <w:r w:rsidRPr="00EC3EF3">
              <w:rPr>
                <w:rFonts w:asciiTheme="majorHAnsi" w:hAnsiTheme="majorHAnsi" w:cstheme="majorHAnsi"/>
                <w:b/>
                <w:color w:val="0D5F78"/>
                <w:sz w:val="16"/>
                <w:szCs w:val="16"/>
              </w:rPr>
              <w:t>Data</w:t>
            </w:r>
          </w:p>
          <w:p w14:paraId="5FB65246" w14:textId="77777777" w:rsidR="00606DAD" w:rsidRPr="00EC3EF3" w:rsidRDefault="00606DAD" w:rsidP="00CF3AF2">
            <w:pPr>
              <w:keepNext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79F54518" w14:textId="66154C4D" w:rsidR="00BD4241" w:rsidRPr="00195A83" w:rsidRDefault="00B73741" w:rsidP="00B73741">
      <w:pPr>
        <w:tabs>
          <w:tab w:val="left" w:pos="1272"/>
          <w:tab w:val="center" w:pos="4819"/>
        </w:tabs>
        <w:spacing w:before="140" w:after="40"/>
        <w:rPr>
          <w:rFonts w:asciiTheme="majorHAnsi" w:hAnsiTheme="majorHAnsi" w:cstheme="majorHAnsi"/>
          <w:sz w:val="28"/>
          <w:szCs w:val="28"/>
        </w:rPr>
      </w:pPr>
      <w:r w:rsidRPr="00195A83">
        <w:rPr>
          <w:rFonts w:asciiTheme="majorHAnsi" w:hAnsiTheme="majorHAnsi" w:cstheme="majorHAnsi"/>
          <w:b/>
          <w:sz w:val="28"/>
          <w:szCs w:val="28"/>
        </w:rPr>
        <w:tab/>
      </w:r>
      <w:r w:rsidRPr="00195A83">
        <w:rPr>
          <w:rFonts w:asciiTheme="majorHAnsi" w:hAnsiTheme="majorHAnsi" w:cstheme="majorHAnsi"/>
          <w:b/>
          <w:sz w:val="28"/>
          <w:szCs w:val="28"/>
        </w:rPr>
        <w:tab/>
      </w:r>
      <w:r w:rsidR="00EF0495" w:rsidRPr="00195A83">
        <w:rPr>
          <w:rFonts w:asciiTheme="majorHAnsi" w:hAnsiTheme="majorHAnsi" w:cstheme="majorHAnsi"/>
          <w:b/>
          <w:sz w:val="28"/>
          <w:szCs w:val="28"/>
        </w:rPr>
        <w:t>CERERE</w:t>
      </w:r>
    </w:p>
    <w:p w14:paraId="5168B443" w14:textId="77777777" w:rsidR="00BD4241" w:rsidRPr="00195A83" w:rsidRDefault="00BD4241">
      <w:pPr>
        <w:spacing w:after="60" w:line="168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195A83" w14:paraId="5B8127F4" w14:textId="77777777">
        <w:trPr>
          <w:cantSplit/>
        </w:trPr>
        <w:tc>
          <w:tcPr>
            <w:tcW w:w="9636" w:type="dxa"/>
            <w:shd w:val="clear" w:color="auto" w:fill="F4F4F4"/>
          </w:tcPr>
          <w:p w14:paraId="38D842A3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</w:rPr>
              <w:t xml:space="preserve"> 1.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CĂTRE</w:t>
            </w:r>
          </w:p>
        </w:tc>
      </w:tr>
      <w:tr w:rsidR="00BD4241" w:rsidRPr="00195A83" w14:paraId="224D3884" w14:textId="77777777">
        <w:trPr>
          <w:cantSplit/>
          <w:trHeight w:val="510"/>
        </w:trPr>
        <w:tc>
          <w:tcPr>
            <w:tcW w:w="9636" w:type="dxa"/>
          </w:tcPr>
          <w:p w14:paraId="04E69316" w14:textId="77777777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lang w:val="fr-FR"/>
              </w:rPr>
              <w:t>Instituția</w:t>
            </w:r>
            <w:proofErr w:type="spellEnd"/>
          </w:p>
          <w:p w14:paraId="1CA5657F" w14:textId="77777777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municipiului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orașului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comunei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primăria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sector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·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consiliul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județean</w:t>
            </w:r>
            <w:proofErr w:type="spellEnd"/>
          </w:p>
          <w:p w14:paraId="10337CF3" w14:textId="77777777" w:rsidR="00BD4241" w:rsidRPr="00195A83" w:rsidRDefault="00BD4241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</w:tr>
      <w:tr w:rsidR="00BD4241" w:rsidRPr="00195A83" w14:paraId="046C4EE0" w14:textId="77777777">
        <w:trPr>
          <w:cantSplit/>
        </w:trPr>
        <w:tc>
          <w:tcPr>
            <w:tcW w:w="9636" w:type="dxa"/>
            <w:shd w:val="clear" w:color="auto" w:fill="F4F4F4"/>
          </w:tcPr>
          <w:p w14:paraId="077DE950" w14:textId="77777777" w:rsidR="00BD4241" w:rsidRPr="00195A83" w:rsidRDefault="00EF0495">
            <w:pPr>
              <w:spacing w:line="228" w:lineRule="auto"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Cererea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va fi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transmisă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către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președintele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consiliului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județean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general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sector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sau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primarul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municipiului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orașului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comunei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după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lang w:val="fr-FR"/>
              </w:rPr>
              <w:t>caz</w:t>
            </w:r>
            <w:proofErr w:type="spellEnd"/>
            <w:r w:rsidRPr="00195A83">
              <w:rPr>
                <w:rFonts w:asciiTheme="majorHAnsi" w:hAnsiTheme="majorHAnsi" w:cstheme="majorHAnsi"/>
                <w:lang w:val="fr-FR"/>
              </w:rPr>
              <w:t>.</w:t>
            </w:r>
          </w:p>
        </w:tc>
      </w:tr>
    </w:tbl>
    <w:p w14:paraId="4A1A8C50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BD4241" w:rsidRPr="00195A83" w14:paraId="6254D53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785C7F4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b/>
                <w:sz w:val="16"/>
              </w:rPr>
              <w:t xml:space="preserve">2.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SOLICITANTUL</w:t>
            </w:r>
          </w:p>
        </w:tc>
      </w:tr>
      <w:tr w:rsidR="00BD4241" w:rsidRPr="00195A83" w14:paraId="7C34C75B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B85CA98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Nume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și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prenume</w:t>
            </w:r>
            <w:proofErr w:type="spellEnd"/>
          </w:p>
          <w:p w14:paraId="06BA1AF7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015" w:type="dxa"/>
            <w:gridSpan w:val="3"/>
          </w:tcPr>
          <w:p w14:paraId="2CA91F04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CNP</w:t>
            </w:r>
          </w:p>
          <w:p w14:paraId="6F17B983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59B3BBB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FD0D623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Act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identitate</w:t>
            </w:r>
            <w:proofErr w:type="spellEnd"/>
          </w:p>
        </w:tc>
      </w:tr>
      <w:tr w:rsidR="00BD4241" w:rsidRPr="00195A83" w14:paraId="642D4D2F" w14:textId="77777777">
        <w:trPr>
          <w:cantSplit/>
          <w:trHeight w:val="510"/>
        </w:trPr>
        <w:tc>
          <w:tcPr>
            <w:tcW w:w="1606" w:type="dxa"/>
          </w:tcPr>
          <w:p w14:paraId="5F35C58E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Seria</w:t>
            </w:r>
          </w:p>
          <w:p w14:paraId="2CE8C383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78A133C8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Numărul</w:t>
            </w:r>
            <w:proofErr w:type="spellEnd"/>
          </w:p>
          <w:p w14:paraId="5B4C6C87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5"/>
          </w:tcPr>
          <w:p w14:paraId="1DEC4E0A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Eliberat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de</w:t>
            </w:r>
          </w:p>
          <w:p w14:paraId="0D7A84B1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3041307A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La data</w:t>
            </w:r>
          </w:p>
          <w:p w14:paraId="4FED784F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71F4087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8F6DFCA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Domiciliul</w:t>
            </w:r>
            <w:proofErr w:type="spellEnd"/>
          </w:p>
        </w:tc>
      </w:tr>
      <w:tr w:rsidR="00BD4241" w:rsidRPr="00195A83" w14:paraId="3933B7C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9F4E2DE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Județul</w:t>
            </w:r>
            <w:proofErr w:type="spellEnd"/>
          </w:p>
          <w:p w14:paraId="02B03665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4"/>
          </w:tcPr>
          <w:p w14:paraId="3D2368B4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Municipiul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orașul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comuna</w:t>
            </w:r>
            <w:proofErr w:type="spellEnd"/>
          </w:p>
          <w:p w14:paraId="12749B16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1E6E4F5F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Satul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sectorul</w:t>
            </w:r>
            <w:proofErr w:type="spellEnd"/>
          </w:p>
          <w:p w14:paraId="08E7A1B8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207F9BC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1E4661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Strada</w:t>
            </w:r>
          </w:p>
          <w:p w14:paraId="747EBF17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3D75DCFA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Nr.</w:t>
            </w:r>
          </w:p>
          <w:p w14:paraId="6DAB33F7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5BF58011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Sc.</w:t>
            </w:r>
          </w:p>
          <w:p w14:paraId="743EF765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2EA5DB1F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Et.</w:t>
            </w:r>
          </w:p>
          <w:p w14:paraId="2BD410CD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01954877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Ap.</w:t>
            </w:r>
          </w:p>
          <w:p w14:paraId="5709B55A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2A7F1969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Cod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poștal</w:t>
            </w:r>
            <w:proofErr w:type="spellEnd"/>
          </w:p>
          <w:p w14:paraId="68FE9CAC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1606" w:type="dxa"/>
          </w:tcPr>
          <w:p w14:paraId="0ACD4FEC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Țara</w:t>
            </w:r>
            <w:proofErr w:type="spellEnd"/>
          </w:p>
          <w:p w14:paraId="017FD79F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45AD70A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A889AF4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Date de contact</w:t>
            </w:r>
          </w:p>
        </w:tc>
      </w:tr>
      <w:tr w:rsidR="00BD4241" w:rsidRPr="00195A83" w14:paraId="0056C1D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9C8598B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Telefon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/ fax</w:t>
            </w:r>
          </w:p>
          <w:p w14:paraId="061FE1EC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5621" w:type="dxa"/>
            <w:gridSpan w:val="5"/>
          </w:tcPr>
          <w:p w14:paraId="102AC599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E-mail</w:t>
            </w:r>
          </w:p>
          <w:p w14:paraId="53EB2E29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03BDA35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576B57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Reprezentare</w:t>
            </w:r>
            <w:proofErr w:type="spellEnd"/>
          </w:p>
        </w:tc>
      </w:tr>
      <w:tr w:rsidR="00BD4241" w:rsidRPr="00195A83" w14:paraId="652BC137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1D308525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calitate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reprezentant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al</w:t>
            </w:r>
          </w:p>
          <w:p w14:paraId="6970A0EC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20DA7EB0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CUI / CIF</w:t>
            </w:r>
          </w:p>
          <w:p w14:paraId="793AF090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53ABF932" w14:textId="77777777">
        <w:trPr>
          <w:cantSplit/>
        </w:trPr>
        <w:tc>
          <w:tcPr>
            <w:tcW w:w="9636" w:type="dxa"/>
            <w:gridSpan w:val="8"/>
          </w:tcPr>
          <w:p w14:paraId="5AA05364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titular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al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dreptului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proprietate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mputernicit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al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titularului</w:t>
            </w:r>
            <w:proofErr w:type="spellEnd"/>
          </w:p>
        </w:tc>
      </w:tr>
    </w:tbl>
    <w:p w14:paraId="0783D327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p w14:paraId="6748266E" w14:textId="77777777" w:rsidR="00BD4241" w:rsidRPr="00195A83" w:rsidRDefault="00EF0495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195A83">
        <w:rPr>
          <w:rFonts w:asciiTheme="majorHAnsi" w:hAnsiTheme="majorHAnsi" w:cstheme="majorHAnsi"/>
          <w:sz w:val="18"/>
          <w:lang w:val="fr-FR"/>
        </w:rPr>
        <w:t>în</w:t>
      </w:r>
      <w:proofErr w:type="spellEnd"/>
      <w:proofErr w:type="gram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conformitate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cu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prevederile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Legii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nr. 169/2026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privind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Codul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amenajării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teritoriului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,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urbanismului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și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construcțiilor</w:t>
      </w:r>
      <w:proofErr w:type="spellEnd"/>
      <w:r w:rsidRPr="00195A83">
        <w:rPr>
          <w:rFonts w:asciiTheme="majorHAnsi" w:hAnsiTheme="majorHAnsi" w:cstheme="majorHAnsi"/>
          <w:sz w:val="18"/>
          <w:lang w:val="fr-FR"/>
        </w:rPr>
        <w:t>,</w:t>
      </w:r>
    </w:p>
    <w:p w14:paraId="55F72AB1" w14:textId="77777777" w:rsidR="00BD4241" w:rsidRPr="00195A83" w:rsidRDefault="00EF0495">
      <w:pPr>
        <w:spacing w:before="80" w:after="60"/>
        <w:jc w:val="center"/>
        <w:rPr>
          <w:rFonts w:asciiTheme="majorHAnsi" w:hAnsiTheme="majorHAnsi" w:cstheme="majorHAnsi"/>
          <w:lang w:val="fr-FR"/>
        </w:rPr>
      </w:pPr>
      <w:proofErr w:type="spellStart"/>
      <w:proofErr w:type="gramStart"/>
      <w:r w:rsidRPr="00195A83">
        <w:rPr>
          <w:rFonts w:asciiTheme="majorHAnsi" w:hAnsiTheme="majorHAnsi" w:cstheme="majorHAnsi"/>
          <w:sz w:val="18"/>
          <w:lang w:val="fr-FR"/>
        </w:rPr>
        <w:t>solicit</w:t>
      </w:r>
      <w:proofErr w:type="spellEnd"/>
      <w:proofErr w:type="gramEnd"/>
      <w:r w:rsidRPr="00195A83">
        <w:rPr>
          <w:rFonts w:asciiTheme="majorHAnsi" w:hAnsiTheme="majorHAnsi" w:cstheme="majorHAnsi"/>
          <w:sz w:val="18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8"/>
          <w:lang w:val="fr-FR"/>
        </w:rPr>
        <w:t>emiterea</w:t>
      </w:r>
      <w:proofErr w:type="spellEnd"/>
    </w:p>
    <w:p w14:paraId="458BA7BA" w14:textId="77777777" w:rsidR="00917520" w:rsidRPr="00195A83" w:rsidRDefault="00EF0495">
      <w:pPr>
        <w:spacing w:after="160"/>
        <w:jc w:val="center"/>
        <w:rPr>
          <w:rFonts w:asciiTheme="majorHAnsi" w:hAnsiTheme="majorHAnsi" w:cstheme="majorHAnsi"/>
          <w:b/>
          <w:sz w:val="20"/>
          <w:lang w:val="fr-FR"/>
        </w:rPr>
      </w:pPr>
      <w:r w:rsidRPr="00195A83">
        <w:rPr>
          <w:rFonts w:asciiTheme="majorHAnsi" w:hAnsiTheme="majorHAnsi" w:cstheme="majorHAnsi"/>
          <w:b/>
          <w:sz w:val="20"/>
          <w:lang w:val="fr-FR"/>
        </w:rPr>
        <w:t>CERTIFICATULUI DE URBANISM</w:t>
      </w:r>
    </w:p>
    <w:p w14:paraId="062DB540" w14:textId="00B1F188" w:rsidR="00BD4241" w:rsidRPr="00195A83" w:rsidRDefault="00EF0495">
      <w:pPr>
        <w:spacing w:after="160"/>
        <w:jc w:val="center"/>
        <w:rPr>
          <w:rFonts w:asciiTheme="majorHAnsi" w:hAnsiTheme="majorHAnsi" w:cstheme="majorHAnsi"/>
          <w:b/>
          <w:sz w:val="20"/>
          <w:lang w:val="fr-FR"/>
        </w:rPr>
      </w:pPr>
      <w:r w:rsidRPr="00195A83">
        <w:rPr>
          <w:rFonts w:asciiTheme="majorHAnsi" w:hAnsiTheme="majorHAnsi" w:cstheme="majorHAnsi"/>
          <w:b/>
          <w:sz w:val="20"/>
          <w:lang w:val="fr-FR"/>
        </w:rPr>
        <w:t xml:space="preserve"> PENTRU</w:t>
      </w:r>
    </w:p>
    <w:p w14:paraId="44A1332E" w14:textId="10E05BA9" w:rsidR="00462384" w:rsidRPr="00195A83" w:rsidRDefault="00000000">
      <w:pPr>
        <w:spacing w:after="160"/>
        <w:jc w:val="center"/>
        <w:rPr>
          <w:rFonts w:asciiTheme="majorHAnsi" w:hAnsiTheme="majorHAnsi" w:cstheme="majorHAnsi"/>
          <w:b/>
          <w:sz w:val="20"/>
          <w:lang w:val="fr-FR"/>
        </w:rPr>
      </w:pPr>
      <w:sdt>
        <w:sdtPr>
          <w:rPr>
            <w:rFonts w:asciiTheme="majorHAnsi" w:hAnsiTheme="majorHAnsi" w:cstheme="majorHAnsi"/>
            <w:sz w:val="28"/>
            <w:szCs w:val="28"/>
          </w:rPr>
          <w:id w:val="1814759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A83">
            <w:rPr>
              <w:rFonts w:ascii="MS Gothic" w:eastAsia="MS Gothic" w:hAnsi="MS Gothic" w:cstheme="majorHAnsi" w:hint="eastAsia"/>
              <w:sz w:val="28"/>
              <w:szCs w:val="28"/>
            </w:rPr>
            <w:t>☐</w:t>
          </w:r>
        </w:sdtContent>
      </w:sdt>
      <w:r w:rsidR="00917520"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r w:rsidR="00462384" w:rsidRPr="00195A83">
        <w:rPr>
          <w:rFonts w:asciiTheme="majorHAnsi" w:hAnsiTheme="majorHAnsi" w:cstheme="majorHAnsi"/>
          <w:b/>
          <w:sz w:val="20"/>
          <w:lang w:val="fr-FR"/>
        </w:rPr>
        <w:t xml:space="preserve">CONSTRUIRE / </w:t>
      </w:r>
      <w:sdt>
        <w:sdtPr>
          <w:rPr>
            <w:rFonts w:asciiTheme="majorHAnsi" w:hAnsiTheme="majorHAnsi" w:cstheme="majorHAnsi"/>
            <w:sz w:val="28"/>
            <w:szCs w:val="28"/>
          </w:rPr>
          <w:id w:val="723278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A83">
            <w:rPr>
              <w:rFonts w:ascii="MS Gothic" w:eastAsia="MS Gothic" w:hAnsi="MS Gothic" w:cstheme="majorHAnsi" w:hint="eastAsia"/>
              <w:sz w:val="28"/>
              <w:szCs w:val="28"/>
            </w:rPr>
            <w:t>☐</w:t>
          </w:r>
        </w:sdtContent>
      </w:sdt>
      <w:r w:rsidR="00917520"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r w:rsidR="00462384" w:rsidRPr="00195A83">
        <w:rPr>
          <w:rFonts w:asciiTheme="majorHAnsi" w:hAnsiTheme="majorHAnsi" w:cstheme="majorHAnsi"/>
          <w:b/>
          <w:sz w:val="20"/>
          <w:lang w:val="fr-FR"/>
        </w:rPr>
        <w:t>DESFIINȚARE</w:t>
      </w:r>
    </w:p>
    <w:p w14:paraId="6BCF1DD1" w14:textId="1CB91F6C" w:rsidR="00A256C2" w:rsidRPr="00195A83" w:rsidRDefault="00A256C2" w:rsidP="00462384">
      <w:pPr>
        <w:spacing w:after="160"/>
        <w:jc w:val="center"/>
        <w:rPr>
          <w:rFonts w:asciiTheme="majorHAnsi" w:hAnsiTheme="majorHAnsi" w:cstheme="majorHAnsi"/>
          <w:lang w:val="fr-FR"/>
        </w:rPr>
      </w:pPr>
      <w:r w:rsidRPr="00195A83">
        <w:rPr>
          <w:rFonts w:ascii="Segoe UI Symbol" w:hAnsi="Segoe UI Symbol" w:cs="Segoe UI Symbol"/>
          <w:sz w:val="16"/>
          <w:lang w:val="fr-FR"/>
        </w:rPr>
        <w:t>☐</w:t>
      </w:r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pentru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clădiri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și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proofErr w:type="gramStart"/>
      <w:r w:rsidRPr="00195A83">
        <w:rPr>
          <w:rFonts w:asciiTheme="majorHAnsi" w:hAnsiTheme="majorHAnsi" w:cstheme="majorHAnsi"/>
          <w:sz w:val="16"/>
          <w:lang w:val="fr-FR"/>
        </w:rPr>
        <w:t>amenajări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 </w:t>
      </w:r>
      <w:r w:rsidR="00917520" w:rsidRPr="00195A83">
        <w:rPr>
          <w:rFonts w:asciiTheme="majorHAnsi" w:hAnsiTheme="majorHAnsi" w:cstheme="majorHAnsi"/>
          <w:sz w:val="16"/>
          <w:lang w:val="fr-FR"/>
        </w:rPr>
        <w:t>/</w:t>
      </w:r>
      <w:proofErr w:type="gramEnd"/>
      <w:r w:rsidRPr="00195A83">
        <w:rPr>
          <w:rFonts w:asciiTheme="majorHAnsi" w:hAnsiTheme="majorHAnsi" w:cstheme="majorHAnsi"/>
          <w:sz w:val="16"/>
          <w:lang w:val="fr-FR"/>
        </w:rPr>
        <w:t xml:space="preserve">   </w:t>
      </w:r>
      <w:r w:rsidR="00462384" w:rsidRPr="00195A83">
        <w:rPr>
          <w:rFonts w:ascii="Segoe UI Symbol" w:hAnsi="Segoe UI Symbol" w:cs="Segoe UI Symbol"/>
          <w:sz w:val="16"/>
          <w:lang w:val="fr-FR"/>
        </w:rPr>
        <w:t>☐</w:t>
      </w:r>
      <w:r w:rsidR="00462384"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="00462384" w:rsidRPr="00195A83">
        <w:rPr>
          <w:rFonts w:asciiTheme="majorHAnsi" w:hAnsiTheme="majorHAnsi" w:cstheme="majorHAnsi"/>
          <w:sz w:val="16"/>
          <w:lang w:val="fr-FR"/>
        </w:rPr>
        <w:t>lucrări</w:t>
      </w:r>
      <w:proofErr w:type="spellEnd"/>
      <w:r w:rsidR="00462384"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proofErr w:type="gramStart"/>
      <w:r w:rsidR="00462384" w:rsidRPr="00195A83">
        <w:rPr>
          <w:rFonts w:asciiTheme="majorHAnsi" w:hAnsiTheme="majorHAnsi" w:cstheme="majorHAnsi"/>
          <w:sz w:val="16"/>
          <w:lang w:val="fr-FR"/>
        </w:rPr>
        <w:t>inginerești</w:t>
      </w:r>
      <w:proofErr w:type="spellEnd"/>
      <w:r w:rsidR="00462384" w:rsidRPr="00195A83">
        <w:rPr>
          <w:rFonts w:asciiTheme="majorHAnsi" w:hAnsiTheme="majorHAnsi" w:cstheme="majorHAnsi"/>
          <w:lang w:val="fr-FR"/>
        </w:rPr>
        <w:t xml:space="preserve">  </w:t>
      </w:r>
      <w:r w:rsidR="00917520" w:rsidRPr="00195A83">
        <w:rPr>
          <w:rFonts w:asciiTheme="majorHAnsi" w:hAnsiTheme="majorHAnsi" w:cstheme="majorHAnsi"/>
          <w:lang w:val="fr-FR"/>
        </w:rPr>
        <w:t>/</w:t>
      </w:r>
      <w:proofErr w:type="gramEnd"/>
      <w:r w:rsidR="00462384" w:rsidRPr="00195A83">
        <w:rPr>
          <w:rFonts w:asciiTheme="majorHAnsi" w:hAnsiTheme="majorHAnsi" w:cstheme="majorHAnsi"/>
          <w:lang w:val="fr-FR"/>
        </w:rPr>
        <w:t xml:space="preserve">   </w:t>
      </w:r>
      <w:r w:rsidRPr="00195A83">
        <w:rPr>
          <w:rFonts w:ascii="Segoe UI Symbol" w:hAnsi="Segoe UI Symbol" w:cs="Segoe UI Symbol"/>
          <w:sz w:val="16"/>
          <w:lang w:val="fr-FR"/>
        </w:rPr>
        <w:t>☐</w:t>
      </w:r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pentru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construcții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cu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caracter</w:t>
      </w:r>
      <w:proofErr w:type="spellEnd"/>
      <w:r w:rsidRPr="00195A83">
        <w:rPr>
          <w:rFonts w:asciiTheme="majorHAnsi" w:hAnsiTheme="majorHAnsi" w:cstheme="majorHAnsi"/>
          <w:sz w:val="16"/>
          <w:lang w:val="fr-FR"/>
        </w:rPr>
        <w:t xml:space="preserve"> </w:t>
      </w:r>
      <w:proofErr w:type="spellStart"/>
      <w:r w:rsidRPr="00195A83">
        <w:rPr>
          <w:rFonts w:asciiTheme="majorHAnsi" w:hAnsiTheme="majorHAnsi" w:cstheme="majorHAnsi"/>
          <w:sz w:val="16"/>
          <w:lang w:val="fr-FR"/>
        </w:rPr>
        <w:t>special</w:t>
      </w:r>
      <w:proofErr w:type="spellEnd"/>
    </w:p>
    <w:p w14:paraId="386D6A02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195A83" w14:paraId="0F02257A" w14:textId="77777777">
        <w:trPr>
          <w:cantSplit/>
        </w:trPr>
        <w:tc>
          <w:tcPr>
            <w:tcW w:w="9636" w:type="dxa"/>
            <w:shd w:val="clear" w:color="auto" w:fill="F4F4F4"/>
          </w:tcPr>
          <w:p w14:paraId="5888B12E" w14:textId="1131FE8E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</w:rPr>
              <w:t>vederea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</w:rPr>
              <w:t>realizării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</w:rPr>
              <w:t>obiectivului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</w:rPr>
              <w:t xml:space="preserve"> de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</w:rPr>
              <w:t>investiții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>:</w:t>
            </w:r>
          </w:p>
        </w:tc>
      </w:tr>
      <w:tr w:rsidR="00BD4241" w:rsidRPr="00195A83" w14:paraId="50990383" w14:textId="77777777">
        <w:trPr>
          <w:cantSplit/>
        </w:trPr>
        <w:tc>
          <w:tcPr>
            <w:tcW w:w="9636" w:type="dxa"/>
          </w:tcPr>
          <w:p w14:paraId="60648525" w14:textId="77777777" w:rsidR="00BD4241" w:rsidRPr="00195A83" w:rsidRDefault="00BD4241">
            <w:pPr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</w:rPr>
            </w:pPr>
          </w:p>
          <w:p w14:paraId="0B54D5C1" w14:textId="77777777" w:rsidR="00BD4241" w:rsidRPr="00195A83" w:rsidRDefault="00BD4241">
            <w:pPr>
              <w:pBdr>
                <w:bottom w:val="dotted" w:sz="6" w:space="0" w:color="999999"/>
              </w:pBdr>
              <w:spacing w:after="80"/>
              <w:rPr>
                <w:rFonts w:asciiTheme="majorHAnsi" w:hAnsiTheme="majorHAnsi" w:cstheme="majorHAnsi"/>
              </w:rPr>
            </w:pPr>
          </w:p>
        </w:tc>
      </w:tr>
    </w:tbl>
    <w:p w14:paraId="19288D7C" w14:textId="77777777" w:rsidR="00BD4241" w:rsidRPr="00195A83" w:rsidRDefault="00BD4241">
      <w:pPr>
        <w:spacing w:line="168" w:lineRule="auto"/>
        <w:rPr>
          <w:rFonts w:asciiTheme="majorHAnsi" w:hAnsiTheme="majorHAnsi" w:cstheme="majorHAnsi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BD4241" w:rsidRPr="00195A83" w14:paraId="02B56E7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43C8A02B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</w:rPr>
              <w:t xml:space="preserve"> 3.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IMOBILUL/ELE</w:t>
            </w:r>
          </w:p>
        </w:tc>
      </w:tr>
      <w:tr w:rsidR="00BD4241" w:rsidRPr="00195A83" w14:paraId="1CA69627" w14:textId="77777777">
        <w:trPr>
          <w:cantSplit/>
        </w:trPr>
        <w:tc>
          <w:tcPr>
            <w:tcW w:w="9636" w:type="dxa"/>
            <w:gridSpan w:val="7"/>
          </w:tcPr>
          <w:p w14:paraId="055B5A5F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teren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construc</w:t>
            </w:r>
            <w:r w:rsidRPr="00195A83">
              <w:rPr>
                <w:rFonts w:ascii="Calibri" w:hAnsi="Calibri" w:cs="Calibri"/>
                <w:sz w:val="16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</w:rPr>
              <w:t>ii</w:t>
            </w:r>
            <w:proofErr w:type="spellEnd"/>
          </w:p>
        </w:tc>
      </w:tr>
      <w:tr w:rsidR="00BD4241" w:rsidRPr="00195A83" w14:paraId="4648DBC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DDB2402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Județ</w:t>
            </w:r>
            <w:proofErr w:type="spellEnd"/>
          </w:p>
          <w:p w14:paraId="1B01471E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3"/>
          </w:tcPr>
          <w:p w14:paraId="1B1218BA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Municipiu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oraș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comună</w:t>
            </w:r>
            <w:proofErr w:type="spellEnd"/>
          </w:p>
          <w:p w14:paraId="204B4E58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  <w:gridSpan w:val="2"/>
          </w:tcPr>
          <w:p w14:paraId="04095758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Sat / sector</w:t>
            </w:r>
          </w:p>
          <w:p w14:paraId="7568887B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413F74BA" w14:textId="77777777">
        <w:trPr>
          <w:cantSplit/>
          <w:trHeight w:val="510"/>
        </w:trPr>
        <w:tc>
          <w:tcPr>
            <w:tcW w:w="1606" w:type="dxa"/>
          </w:tcPr>
          <w:p w14:paraId="74236BBA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Cod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poștal</w:t>
            </w:r>
            <w:proofErr w:type="spellEnd"/>
          </w:p>
          <w:p w14:paraId="0DE8BF00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4"/>
          </w:tcPr>
          <w:p w14:paraId="34F4235D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Strada</w:t>
            </w:r>
          </w:p>
          <w:p w14:paraId="14FD81C0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803" w:type="dxa"/>
          </w:tcPr>
          <w:p w14:paraId="5C6769DB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Nr.</w:t>
            </w:r>
          </w:p>
          <w:p w14:paraId="0654DEDD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2409" w:type="dxa"/>
          </w:tcPr>
          <w:p w14:paraId="00F671C5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Bl. / sc. / et. / ap.</w:t>
            </w:r>
          </w:p>
          <w:p w14:paraId="09774FDD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06DC80B1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A6DE5B1" w14:textId="77777777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lang w:val="fr-FR"/>
              </w:rPr>
              <w:t>Număr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  <w:lang w:val="fr-FR"/>
              </w:rPr>
              <w:t>ele</w:t>
            </w:r>
            <w:proofErr w:type="spellEnd"/>
          </w:p>
          <w:p w14:paraId="2511787E" w14:textId="77777777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spellStart"/>
            <w:proofErr w:type="gram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imobilul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înscris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i/>
                <w:color w:val="7A7A7A"/>
                <w:lang w:val="fr-FR"/>
              </w:rPr>
              <w:t xml:space="preserve"> e-Terra</w:t>
            </w:r>
          </w:p>
          <w:p w14:paraId="2A482E4D" w14:textId="77777777" w:rsidR="00BD4241" w:rsidRPr="00195A83" w:rsidRDefault="00BD4241">
            <w:pPr>
              <w:keepNext/>
              <w:rPr>
                <w:rFonts w:asciiTheme="majorHAnsi" w:hAnsiTheme="majorHAnsi" w:cstheme="majorHAnsi"/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2E25001D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Carte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funciară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nr.</w:t>
            </w:r>
          </w:p>
          <w:p w14:paraId="5C821E97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  <w:tr w:rsidR="00BD4241" w:rsidRPr="00195A83" w14:paraId="3BF4AAB7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441C71D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Suprafața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terenului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(m²)</w:t>
            </w:r>
          </w:p>
          <w:p w14:paraId="7A8081F1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  <w:gridSpan w:val="4"/>
          </w:tcPr>
          <w:p w14:paraId="2F05F5A9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Suprafața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construcției</w:t>
            </w:r>
            <w:proofErr w:type="spellEnd"/>
            <w:r w:rsidRPr="00195A83">
              <w:rPr>
                <w:rFonts w:asciiTheme="majorHAnsi" w:hAnsiTheme="majorHAnsi" w:cstheme="majorHAnsi"/>
                <w:b/>
                <w:color w:val="0D5F78"/>
              </w:rPr>
              <w:t xml:space="preserve"> (m²)</w:t>
            </w:r>
          </w:p>
          <w:p w14:paraId="12AE18A8" w14:textId="77777777" w:rsidR="00BD4241" w:rsidRPr="00195A83" w:rsidRDefault="00BD4241">
            <w:pPr>
              <w:keepNext/>
              <w:rPr>
                <w:rFonts w:asciiTheme="majorHAnsi" w:hAnsiTheme="majorHAnsi" w:cstheme="majorHAnsi"/>
              </w:rPr>
            </w:pPr>
          </w:p>
        </w:tc>
      </w:tr>
    </w:tbl>
    <w:p w14:paraId="05AFE76A" w14:textId="77777777" w:rsidR="00BD4241" w:rsidRPr="00195A83" w:rsidRDefault="00BD4241">
      <w:pPr>
        <w:spacing w:line="168" w:lineRule="auto"/>
        <w:rPr>
          <w:rFonts w:asciiTheme="majorHAnsi" w:hAnsiTheme="majorHAnsi" w:cstheme="majorHAnsi"/>
        </w:rPr>
      </w:pPr>
    </w:p>
    <w:p w14:paraId="484D8D92" w14:textId="77777777" w:rsidR="00BD4241" w:rsidRPr="00195A83" w:rsidRDefault="00EF0495">
      <w:pPr>
        <w:rPr>
          <w:rFonts w:asciiTheme="majorHAnsi" w:hAnsiTheme="majorHAnsi" w:cstheme="majorHAnsi"/>
        </w:rPr>
      </w:pPr>
      <w:r w:rsidRPr="00195A83">
        <w:rPr>
          <w:rFonts w:asciiTheme="majorHAnsi" w:hAnsiTheme="majorHAnsi" w:cstheme="majorHAnsi"/>
        </w:rP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195A83" w14:paraId="59225C5D" w14:textId="77777777">
        <w:trPr>
          <w:cantSplit/>
        </w:trPr>
        <w:tc>
          <w:tcPr>
            <w:tcW w:w="9636" w:type="dxa"/>
            <w:shd w:val="clear" w:color="auto" w:fill="F4F4F4"/>
          </w:tcPr>
          <w:p w14:paraId="623CFF7D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</w:rPr>
              <w:lastRenderedPageBreak/>
              <w:t xml:space="preserve"> 4.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ÎNCADRAREA LUCRĂRILOR</w:t>
            </w:r>
          </w:p>
        </w:tc>
      </w:tr>
      <w:tr w:rsidR="00BD4241" w:rsidRPr="00195A83" w14:paraId="6D8D566C" w14:textId="77777777">
        <w:trPr>
          <w:cantSplit/>
        </w:trPr>
        <w:tc>
          <w:tcPr>
            <w:tcW w:w="9636" w:type="dxa"/>
            <w:shd w:val="clear" w:color="auto" w:fill="F4F4F4"/>
          </w:tcPr>
          <w:p w14:paraId="163E4297" w14:textId="25D66D26" w:rsidR="00BD4241" w:rsidRPr="00195A83" w:rsidRDefault="00EF0495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Lucrări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construcții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BD4241" w:rsidRPr="00195A83" w14:paraId="4CBB7AF4" w14:textId="77777777">
        <w:trPr>
          <w:cantSplit/>
        </w:trPr>
        <w:tc>
          <w:tcPr>
            <w:tcW w:w="9636" w:type="dxa"/>
          </w:tcPr>
          <w:p w14:paraId="62395695" w14:textId="77777777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cl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diri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civile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cl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diri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industriale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cl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diri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agricole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construc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cu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caracter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special</w:t>
            </w:r>
            <w:proofErr w:type="spellEnd"/>
          </w:p>
        </w:tc>
      </w:tr>
      <w:tr w:rsidR="00BD4241" w:rsidRPr="00195A83" w14:paraId="00BD24BB" w14:textId="77777777">
        <w:trPr>
          <w:cantSplit/>
        </w:trPr>
        <w:tc>
          <w:tcPr>
            <w:tcW w:w="9636" w:type="dxa"/>
            <w:shd w:val="clear" w:color="auto" w:fill="F4F4F4"/>
          </w:tcPr>
          <w:p w14:paraId="4F68C0E6" w14:textId="043F5594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>r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ealizate</w:t>
            </w:r>
            <w:proofErr w:type="spellEnd"/>
            <w:proofErr w:type="gram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(se va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bifa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masura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care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sunt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cunoscute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solicitantului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informațiile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cu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privire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la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amplasarea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zona de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protecție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/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protejată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) 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:</w:t>
            </w:r>
          </w:p>
        </w:tc>
      </w:tr>
      <w:tr w:rsidR="00BD4241" w:rsidRPr="00195A83" w14:paraId="16707DF8" w14:textId="77777777">
        <w:trPr>
          <w:cantSplit/>
        </w:trPr>
        <w:tc>
          <w:tcPr>
            <w:tcW w:w="9636" w:type="dxa"/>
          </w:tcPr>
          <w:p w14:paraId="1830A858" w14:textId="6C166497" w:rsidR="00A256C2" w:rsidRPr="00195A83" w:rsidRDefault="00EF0495">
            <w:pPr>
              <w:keepNext/>
              <w:rPr>
                <w:rFonts w:asciiTheme="majorHAnsi" w:hAnsiTheme="majorHAnsi" w:cstheme="majorHAnsi"/>
                <w:sz w:val="16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afara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zonei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protec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monumentelor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zona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protecție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monumentelor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afara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zonelor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construite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protejate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</w:p>
          <w:p w14:paraId="7336BFFF" w14:textId="18BC78A2" w:rsidR="00BD4241" w:rsidRPr="00195A83" w:rsidRDefault="00A256C2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zone construite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protejate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                    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nu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sunt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cunoscute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solicitantului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astfel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informații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</w:p>
        </w:tc>
      </w:tr>
      <w:tr w:rsidR="00BD4241" w:rsidRPr="00195A83" w14:paraId="53A5BE4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1C5C80" w14:textId="05C93D1A" w:rsidR="00917520" w:rsidRPr="00195A83" w:rsidRDefault="00EF0495">
            <w:pPr>
              <w:keepNext/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</w:pPr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B</w:t>
            </w:r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.</w:t>
            </w:r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Intervenții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asupra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existente</w:t>
            </w:r>
            <w:proofErr w:type="spellEnd"/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realizate</w:t>
            </w:r>
            <w:proofErr w:type="spellEnd"/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 : </w:t>
            </w:r>
          </w:p>
          <w:p w14:paraId="749D5A7F" w14:textId="7913D592" w:rsidR="00BD4241" w:rsidRPr="00195A83" w:rsidRDefault="00917520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la</w:t>
            </w:r>
            <w:proofErr w:type="gram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alte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clădiri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decât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cele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prevăzute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și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BD4241" w:rsidRPr="00195A83" w14:paraId="68DB9200" w14:textId="77777777">
        <w:trPr>
          <w:cantSplit/>
        </w:trPr>
        <w:tc>
          <w:tcPr>
            <w:tcW w:w="9636" w:type="dxa"/>
            <w:shd w:val="clear" w:color="auto" w:fill="F4F4F4"/>
          </w:tcPr>
          <w:p w14:paraId="43929143" w14:textId="09946C98" w:rsidR="00BD4241" w:rsidRPr="00195A83" w:rsidRDefault="00EF0495">
            <w:pPr>
              <w:keepNext/>
              <w:rPr>
                <w:rFonts w:asciiTheme="majorHAnsi" w:hAnsiTheme="majorHAnsi" w:cstheme="majorHAnsi"/>
                <w:b/>
                <w:bCs/>
                <w:sz w:val="16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r w:rsidR="00917520"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gramStart"/>
            <w:r w:rsidRPr="00195A83">
              <w:rPr>
                <w:rFonts w:asciiTheme="majorHAnsi" w:hAnsiTheme="majorHAnsi" w:cstheme="majorHAnsi"/>
                <w:b/>
                <w:bCs/>
                <w:sz w:val="16"/>
              </w:rPr>
              <w:t xml:space="preserve">B.2 </w:t>
            </w:r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</w:rPr>
              <w:t>.</w:t>
            </w:r>
            <w:proofErr w:type="gramEnd"/>
            <w:r w:rsidRPr="00195A83">
              <w:rPr>
                <w:rFonts w:asciiTheme="majorHAnsi" w:hAnsiTheme="majorHAnsi" w:cstheme="majorHAnsi"/>
                <w:b/>
                <w:bCs/>
                <w:sz w:val="16"/>
              </w:rPr>
              <w:t>·l</w:t>
            </w:r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</w:rPr>
              <w:t xml:space="preserve">a </w:t>
            </w:r>
            <w:proofErr w:type="spellStart"/>
            <w:proofErr w:type="gramStart"/>
            <w:r w:rsidR="00917520" w:rsidRPr="00195A83">
              <w:rPr>
                <w:rFonts w:asciiTheme="majorHAnsi" w:hAnsiTheme="majorHAnsi" w:cstheme="majorHAnsi"/>
                <w:b/>
                <w:bCs/>
                <w:sz w:val="16"/>
              </w:rPr>
              <w:t>construcții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</w:rPr>
              <w:t>:</w:t>
            </w:r>
            <w:proofErr w:type="gramEnd"/>
          </w:p>
        </w:tc>
      </w:tr>
      <w:tr w:rsidR="00BD4241" w:rsidRPr="00195A83" w14:paraId="38C10CCA" w14:textId="77777777">
        <w:trPr>
          <w:cantSplit/>
        </w:trPr>
        <w:tc>
          <w:tcPr>
            <w:tcW w:w="9636" w:type="dxa"/>
          </w:tcPr>
          <w:p w14:paraId="4A7D01F6" w14:textId="75013ED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monument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istoric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stabilite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potrivit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Legii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nr. 422/2001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privind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protejarea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monumentelor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istorice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republicată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, cu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modificările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și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completările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ulterioare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inclusiv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la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anexele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acestora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identificate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același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imobil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(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teren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și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>/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sau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construcții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>)</w:t>
            </w:r>
          </w:p>
        </w:tc>
      </w:tr>
      <w:tr w:rsidR="00BD4241" w:rsidRPr="00195A83" w14:paraId="68A8984F" w14:textId="77777777">
        <w:trPr>
          <w:cantSplit/>
        </w:trPr>
        <w:tc>
          <w:tcPr>
            <w:tcW w:w="9636" w:type="dxa"/>
          </w:tcPr>
          <w:p w14:paraId="611473BA" w14:textId="6A0B37E4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aflate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zona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protecție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monumentelor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istorice</w:t>
            </w:r>
            <w:proofErr w:type="spellEnd"/>
          </w:p>
        </w:tc>
      </w:tr>
      <w:tr w:rsidR="00BD4241" w:rsidRPr="00195A83" w14:paraId="2E03D770" w14:textId="77777777">
        <w:trPr>
          <w:cantSplit/>
        </w:trPr>
        <w:tc>
          <w:tcPr>
            <w:tcW w:w="9636" w:type="dxa"/>
          </w:tcPr>
          <w:p w14:paraId="26E80490" w14:textId="059D6448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aflate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zone construite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protejate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stabilite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potrivit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legii</w:t>
            </w:r>
            <w:proofErr w:type="spellEnd"/>
          </w:p>
        </w:tc>
      </w:tr>
      <w:tr w:rsidR="00BD4241" w:rsidRPr="00195A83" w14:paraId="399BC221" w14:textId="77777777">
        <w:trPr>
          <w:cantSplit/>
        </w:trPr>
        <w:tc>
          <w:tcPr>
            <w:tcW w:w="9636" w:type="dxa"/>
          </w:tcPr>
          <w:p w14:paraId="646CB655" w14:textId="3A8D83ED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cu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valoare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arhitecturală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sau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istorică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deosebită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stabilite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prin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documentații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urbanism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aprobate</w:t>
            </w:r>
            <w:proofErr w:type="spellEnd"/>
          </w:p>
        </w:tc>
      </w:tr>
      <w:tr w:rsidR="00BD4241" w:rsidRPr="00195A83" w14:paraId="0E0553C6" w14:textId="77777777">
        <w:trPr>
          <w:cantSplit/>
        </w:trPr>
        <w:tc>
          <w:tcPr>
            <w:tcW w:w="9636" w:type="dxa"/>
            <w:shd w:val="clear" w:color="auto" w:fill="F4F4F4"/>
          </w:tcPr>
          <w:p w14:paraId="2773515E" w14:textId="1E16CC47" w:rsidR="00BD4241" w:rsidRPr="00195A83" w:rsidRDefault="00917520">
            <w:pPr>
              <w:keepNext/>
              <w:rPr>
                <w:rFonts w:asciiTheme="majorHAnsi" w:hAnsiTheme="majorHAnsi" w:cstheme="majorHAnsi"/>
                <w:lang w:val="fr-FR"/>
              </w:rPr>
            </w:pPr>
            <w:proofErr w:type="gramStart"/>
            <w:r w:rsidRPr="00195A83">
              <w:rPr>
                <w:rFonts w:ascii="Segoe UI Symbol" w:hAnsi="Segoe UI Symbol" w:cs="Segoe UI Symbol"/>
                <w:b/>
                <w:bCs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 B.3</w:t>
            </w:r>
            <w:proofErr w:type="gram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clădiri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construcții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cu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caracter</w:t>
            </w:r>
            <w:proofErr w:type="spellEnd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b/>
                <w:bCs/>
                <w:sz w:val="16"/>
                <w:lang w:val="fr-FR"/>
              </w:rPr>
              <w:t>special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   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altele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decât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cele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stabilite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la lit. B.2)</w:t>
            </w:r>
          </w:p>
        </w:tc>
      </w:tr>
      <w:tr w:rsidR="00BD4241" w:rsidRPr="00195A83" w14:paraId="239F77F8" w14:textId="77777777">
        <w:trPr>
          <w:cantSplit/>
        </w:trPr>
        <w:tc>
          <w:tcPr>
            <w:tcW w:w="9636" w:type="dxa"/>
          </w:tcPr>
          <w:p w14:paraId="7D6B977C" w14:textId="5D3DCD24" w:rsidR="00BD4241" w:rsidRPr="00195A83" w:rsidRDefault="00EF0495">
            <w:pPr>
              <w:keepNext/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="00917520"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>din</w:t>
            </w:r>
            <w:proofErr w:type="spellEnd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>categoria</w:t>
            </w:r>
            <w:proofErr w:type="spellEnd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>celor</w:t>
            </w:r>
            <w:proofErr w:type="spellEnd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>stabilite</w:t>
            </w:r>
            <w:proofErr w:type="spellEnd"/>
            <w:r w:rsidR="00917520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la lit. B.2)</w:t>
            </w:r>
          </w:p>
        </w:tc>
      </w:tr>
      <w:tr w:rsidR="00BD4241" w:rsidRPr="00195A83" w14:paraId="61FD499A" w14:textId="77777777">
        <w:trPr>
          <w:cantSplit/>
        </w:trPr>
        <w:tc>
          <w:tcPr>
            <w:tcW w:w="9636" w:type="dxa"/>
            <w:shd w:val="clear" w:color="auto" w:fill="F4F4F4"/>
          </w:tcPr>
          <w:p w14:paraId="37CA2BC1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C ·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Amenajări</w:t>
            </w:r>
            <w:proofErr w:type="spellEnd"/>
          </w:p>
        </w:tc>
      </w:tr>
      <w:tr w:rsidR="00BD4241" w:rsidRPr="00195A83" w14:paraId="34F7FA5C" w14:textId="77777777">
        <w:trPr>
          <w:cantSplit/>
        </w:trPr>
        <w:tc>
          <w:tcPr>
            <w:tcW w:w="9636" w:type="dxa"/>
          </w:tcPr>
          <w:p w14:paraId="4CFD8584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amenaj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civile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amenaj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</w:rPr>
              <w:t>ș</w:t>
            </w:r>
            <w:r w:rsidRPr="00195A83">
              <w:rPr>
                <w:rFonts w:asciiTheme="majorHAnsi" w:hAnsiTheme="majorHAnsi" w:cstheme="majorHAnsi"/>
                <w:sz w:val="16"/>
              </w:rPr>
              <w:t>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</w:rPr>
              <w:t>mbun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t</w:t>
            </w:r>
            <w:r w:rsidRPr="00195A83">
              <w:rPr>
                <w:rFonts w:ascii="Calibri" w:hAnsi="Calibri" w:cs="Calibri"/>
                <w:sz w:val="16"/>
              </w:rPr>
              <w:t>ăț</w:t>
            </w:r>
            <w:r w:rsidRPr="00195A83">
              <w:rPr>
                <w:rFonts w:asciiTheme="majorHAnsi" w:hAnsiTheme="majorHAnsi" w:cstheme="majorHAnsi"/>
                <w:sz w:val="16"/>
              </w:rPr>
              <w:t>iri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funciare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construc</w:t>
            </w:r>
            <w:r w:rsidRPr="00195A83">
              <w:rPr>
                <w:rFonts w:ascii="Calibri" w:hAnsi="Calibri" w:cs="Calibri"/>
                <w:sz w:val="16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</w:rPr>
              <w:t>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provizorii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/ cu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caracter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temporar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cercetarea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prospectarea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terenurilor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foraje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excav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cercet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pentru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z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c</w:t>
            </w:r>
            <w:r w:rsidRPr="00195A83">
              <w:rPr>
                <w:rFonts w:ascii="Calibri" w:hAnsi="Calibri" w:cs="Calibri"/>
                <w:sz w:val="16"/>
              </w:rPr>
              <w:t>ă</w:t>
            </w:r>
            <w:r w:rsidRPr="00195A83">
              <w:rPr>
                <w:rFonts w:asciiTheme="majorHAnsi" w:hAnsiTheme="majorHAnsi" w:cstheme="majorHAnsi"/>
                <w:sz w:val="16"/>
              </w:rPr>
              <w:t>minte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naturale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spa</w:t>
            </w:r>
            <w:r w:rsidRPr="00195A83">
              <w:rPr>
                <w:rFonts w:ascii="Calibri" w:hAnsi="Calibri" w:cs="Calibri"/>
                <w:sz w:val="16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</w:rPr>
              <w:t>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verzi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plantate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spa</w:t>
            </w:r>
            <w:r w:rsidRPr="00195A83">
              <w:rPr>
                <w:rFonts w:ascii="Calibri" w:hAnsi="Calibri" w:cs="Calibri"/>
                <w:sz w:val="16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</w:rPr>
              <w:t>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publice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organizare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de </w:t>
            </w:r>
            <w:proofErr w:type="spellStart"/>
            <w:r w:rsidRPr="00195A83">
              <w:rPr>
                <w:rFonts w:ascii="Calibri" w:hAnsi="Calibri" w:cs="Calibri"/>
                <w:sz w:val="16"/>
              </w:rPr>
              <w:t>ș</w:t>
            </w:r>
            <w:r w:rsidRPr="00195A83">
              <w:rPr>
                <w:rFonts w:asciiTheme="majorHAnsi" w:hAnsiTheme="majorHAnsi" w:cstheme="majorHAnsi"/>
                <w:sz w:val="16"/>
              </w:rPr>
              <w:t>antier</w:t>
            </w:r>
            <w:proofErr w:type="spellEnd"/>
          </w:p>
        </w:tc>
      </w:tr>
      <w:tr w:rsidR="00BD4241" w:rsidRPr="00195A83" w14:paraId="18FED438" w14:textId="77777777">
        <w:trPr>
          <w:cantSplit/>
        </w:trPr>
        <w:tc>
          <w:tcPr>
            <w:tcW w:w="9636" w:type="dxa"/>
            <w:shd w:val="clear" w:color="auto" w:fill="F4F4F4"/>
          </w:tcPr>
          <w:p w14:paraId="284C7A5C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sz w:val="16"/>
              </w:rPr>
              <w:t xml:space="preserve"> D ·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Lucrări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</w:rPr>
              <w:t>inginerești</w:t>
            </w:r>
            <w:proofErr w:type="spellEnd"/>
          </w:p>
        </w:tc>
      </w:tr>
      <w:tr w:rsidR="00BD4241" w:rsidRPr="00195A83" w14:paraId="4831990D" w14:textId="77777777">
        <w:trPr>
          <w:cantSplit/>
        </w:trPr>
        <w:tc>
          <w:tcPr>
            <w:tcW w:w="9636" w:type="dxa"/>
          </w:tcPr>
          <w:p w14:paraId="0320360C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infrastructură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transport</w:t>
            </w:r>
          </w:p>
          <w:p w14:paraId="05C62BB3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infrastructură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energetică</w:t>
            </w:r>
            <w:proofErr w:type="spellEnd"/>
          </w:p>
          <w:p w14:paraId="1E87347E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rețele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comunicații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electronice</w:t>
            </w:r>
            <w:proofErr w:type="spellEnd"/>
          </w:p>
          <w:p w14:paraId="43F594AA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gospodărirea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apelor</w:t>
            </w:r>
            <w:proofErr w:type="spellEnd"/>
          </w:p>
          <w:p w14:paraId="3F55129D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hidrotehnice</w:t>
            </w:r>
            <w:proofErr w:type="spellEnd"/>
          </w:p>
          <w:p w14:paraId="3DB7F2E4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miniere</w:t>
            </w:r>
            <w:proofErr w:type="spellEnd"/>
          </w:p>
          <w:p w14:paraId="54EDF735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alte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lucrări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inginerești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necesare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realizării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unor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obiective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interes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public</w:t>
            </w:r>
          </w:p>
        </w:tc>
      </w:tr>
    </w:tbl>
    <w:p w14:paraId="31C957AC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195A83" w14:paraId="581ADD5E" w14:textId="77777777">
        <w:trPr>
          <w:cantSplit/>
        </w:trPr>
        <w:tc>
          <w:tcPr>
            <w:tcW w:w="9636" w:type="dxa"/>
            <w:shd w:val="clear" w:color="auto" w:fill="F4F4F4"/>
          </w:tcPr>
          <w:p w14:paraId="1435340F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b/>
                <w:sz w:val="16"/>
              </w:rPr>
              <w:t xml:space="preserve">5.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SE ANEXEAZĂ</w:t>
            </w:r>
          </w:p>
        </w:tc>
      </w:tr>
      <w:tr w:rsidR="00BD4241" w:rsidRPr="00195A83" w14:paraId="5B0ED88D" w14:textId="77777777">
        <w:trPr>
          <w:cantSplit/>
        </w:trPr>
        <w:tc>
          <w:tcPr>
            <w:tcW w:w="9636" w:type="dxa"/>
          </w:tcPr>
          <w:p w14:paraId="19DE41B0" w14:textId="77777777" w:rsidR="00200AB0" w:rsidRPr="00195A83" w:rsidRDefault="00EF0495">
            <w:pPr>
              <w:rPr>
                <w:rFonts w:asciiTheme="majorHAnsi" w:hAnsiTheme="majorHAnsi" w:cstheme="majorHAnsi"/>
                <w:sz w:val="16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extras de carte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funciar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actualizat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</w:p>
          <w:p w14:paraId="0D86EE92" w14:textId="62B10523" w:rsidR="00A256C2" w:rsidRPr="00195A83" w:rsidRDefault="00200AB0">
            <w:pPr>
              <w:rPr>
                <w:rFonts w:asciiTheme="majorHAnsi" w:hAnsiTheme="majorHAnsi" w:cstheme="majorHAnsi"/>
                <w:sz w:val="16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plan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situație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propus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cu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amprenta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gram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la sol</w:t>
            </w:r>
            <w:proofErr w:type="gram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corpurilor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</w:t>
            </w:r>
            <w:proofErr w:type="spellStart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>clădire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propuse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spre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construire /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desființare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/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extindere</w:t>
            </w:r>
            <w:proofErr w:type="spellEnd"/>
            <w:r w:rsidR="00A256C2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</w:t>
            </w:r>
          </w:p>
          <w:p w14:paraId="19AB48A6" w14:textId="5112B693" w:rsidR="00BD4241" w:rsidRPr="00195A83" w:rsidRDefault="00A256C2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plan de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încadrare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zonă</w:t>
            </w:r>
            <w:proofErr w:type="spellEnd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>în</w:t>
            </w:r>
            <w:proofErr w:type="spellEnd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>sistem</w:t>
            </w:r>
            <w:proofErr w:type="spellEnd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>Stereo</w:t>
            </w:r>
            <w:proofErr w:type="spellEnd"/>
            <w:r w:rsidR="00745F29"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70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descrierea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succint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investi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ț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iei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mputernicirea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,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dac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este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cazul</w:t>
            </w:r>
            <w:proofErr w:type="spellEnd"/>
          </w:p>
        </w:tc>
      </w:tr>
    </w:tbl>
    <w:p w14:paraId="639687AA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BD4241" w:rsidRPr="00195A83" w14:paraId="387B745F" w14:textId="77777777">
        <w:trPr>
          <w:cantSplit/>
        </w:trPr>
        <w:tc>
          <w:tcPr>
            <w:tcW w:w="9636" w:type="dxa"/>
            <w:shd w:val="clear" w:color="auto" w:fill="F4F4F4"/>
          </w:tcPr>
          <w:p w14:paraId="20DF7AEC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b/>
                <w:sz w:val="16"/>
              </w:rPr>
              <w:t xml:space="preserve">6.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COMUNICAREA RĂSPUNSULUI</w:t>
            </w:r>
          </w:p>
        </w:tc>
      </w:tr>
      <w:tr w:rsidR="00BD4241" w:rsidRPr="00195A83" w14:paraId="7F3B093B" w14:textId="77777777">
        <w:trPr>
          <w:cantSplit/>
        </w:trPr>
        <w:tc>
          <w:tcPr>
            <w:tcW w:w="9636" w:type="dxa"/>
          </w:tcPr>
          <w:p w14:paraId="732C22AC" w14:textId="77777777" w:rsidR="00BD4241" w:rsidRPr="00195A83" w:rsidRDefault="00EF0495">
            <w:pPr>
              <w:rPr>
                <w:rFonts w:asciiTheme="majorHAnsi" w:hAnsiTheme="majorHAnsi" w:cstheme="majorHAnsi"/>
                <w:lang w:val="fr-FR"/>
              </w:rPr>
            </w:pP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format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scris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, prin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po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ș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t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="Calibri" w:hAnsi="Calibri" w:cs="Calibri"/>
                <w:sz w:val="16"/>
                <w:lang w:val="fr-FR"/>
              </w:rPr>
              <w:t>î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n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format digital, la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adresa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gram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de e-mail</w:t>
            </w:r>
            <w:proofErr w:type="gram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indicat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    </w:t>
            </w:r>
            <w:r w:rsidRPr="00195A83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ridicare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de la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sediul</w:t>
            </w:r>
            <w:proofErr w:type="spellEnd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 xml:space="preserve"> </w:t>
            </w:r>
            <w:proofErr w:type="spellStart"/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autorit</w:t>
            </w:r>
            <w:r w:rsidRPr="00195A83">
              <w:rPr>
                <w:rFonts w:ascii="Calibri" w:hAnsi="Calibri" w:cs="Calibri"/>
                <w:sz w:val="16"/>
                <w:lang w:val="fr-FR"/>
              </w:rPr>
              <w:t>ăț</w:t>
            </w:r>
            <w:r w:rsidRPr="00195A83">
              <w:rPr>
                <w:rFonts w:asciiTheme="majorHAnsi" w:hAnsiTheme="majorHAnsi" w:cstheme="majorHAnsi"/>
                <w:sz w:val="16"/>
                <w:lang w:val="fr-FR"/>
              </w:rPr>
              <w:t>ii</w:t>
            </w:r>
            <w:proofErr w:type="spellEnd"/>
          </w:p>
        </w:tc>
      </w:tr>
    </w:tbl>
    <w:p w14:paraId="16DE1A3E" w14:textId="77777777" w:rsidR="00BD4241" w:rsidRPr="00195A83" w:rsidRDefault="00BD4241">
      <w:pPr>
        <w:spacing w:line="168" w:lineRule="auto"/>
        <w:rPr>
          <w:rFonts w:asciiTheme="majorHAnsi" w:hAnsiTheme="majorHAnsi" w:cstheme="majorHAnsi"/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BD4241" w:rsidRPr="00195A83" w14:paraId="0930033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1A16F19" w14:textId="77777777" w:rsidR="00BD4241" w:rsidRPr="00195A83" w:rsidRDefault="00EF0495">
            <w:pPr>
              <w:keepNext/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sz w:val="16"/>
                <w:lang w:val="fr-FR"/>
              </w:rPr>
              <w:t xml:space="preserve"> </w:t>
            </w:r>
            <w:r w:rsidRPr="00195A83">
              <w:rPr>
                <w:rFonts w:asciiTheme="majorHAnsi" w:hAnsiTheme="majorHAnsi" w:cstheme="majorHAnsi"/>
                <w:b/>
                <w:sz w:val="16"/>
              </w:rPr>
              <w:t xml:space="preserve">7. </w:t>
            </w:r>
            <w:r w:rsidRPr="00195A83">
              <w:rPr>
                <w:rFonts w:asciiTheme="majorHAnsi" w:hAnsiTheme="majorHAnsi" w:cstheme="majorHAnsi"/>
                <w:b/>
                <w:color w:val="000000"/>
                <w:sz w:val="18"/>
              </w:rPr>
              <w:t>DATA ȘI SEMNĂTURA</w:t>
            </w:r>
          </w:p>
        </w:tc>
      </w:tr>
      <w:tr w:rsidR="00BD4241" w:rsidRPr="00195A83" w14:paraId="334442A2" w14:textId="77777777">
        <w:trPr>
          <w:cantSplit/>
          <w:trHeight w:val="510"/>
        </w:trPr>
        <w:tc>
          <w:tcPr>
            <w:tcW w:w="1606" w:type="dxa"/>
          </w:tcPr>
          <w:p w14:paraId="11F88630" w14:textId="77777777" w:rsidR="00BD4241" w:rsidRPr="00195A83" w:rsidRDefault="00EF0495">
            <w:pPr>
              <w:rPr>
                <w:rFonts w:asciiTheme="majorHAnsi" w:hAnsiTheme="majorHAnsi" w:cstheme="majorHAnsi"/>
              </w:rPr>
            </w:pPr>
            <w:r w:rsidRPr="00195A83">
              <w:rPr>
                <w:rFonts w:asciiTheme="majorHAnsi" w:hAnsiTheme="majorHAnsi" w:cstheme="majorHAnsi"/>
                <w:b/>
                <w:color w:val="0D5F78"/>
              </w:rPr>
              <w:t>Data</w:t>
            </w:r>
          </w:p>
          <w:p w14:paraId="0640A92C" w14:textId="77777777" w:rsidR="00BD4241" w:rsidRPr="00195A83" w:rsidRDefault="00BD42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4818" w:type="dxa"/>
          </w:tcPr>
          <w:p w14:paraId="79A6A644" w14:textId="77777777" w:rsidR="00BD4241" w:rsidRPr="00195A83" w:rsidRDefault="00EF0495">
            <w:pPr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Solicitantul</w:t>
            </w:r>
            <w:proofErr w:type="spellEnd"/>
          </w:p>
          <w:p w14:paraId="09458222" w14:textId="77777777" w:rsidR="00BD4241" w:rsidRPr="00195A83" w:rsidRDefault="00BD424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212" w:type="dxa"/>
          </w:tcPr>
          <w:p w14:paraId="4A9DF68B" w14:textId="77777777" w:rsidR="00BD4241" w:rsidRPr="00195A83" w:rsidRDefault="00EF0495">
            <w:pPr>
              <w:rPr>
                <w:rFonts w:asciiTheme="majorHAnsi" w:hAnsiTheme="majorHAnsi" w:cstheme="majorHAnsi"/>
              </w:rPr>
            </w:pPr>
            <w:proofErr w:type="spellStart"/>
            <w:r w:rsidRPr="00195A83">
              <w:rPr>
                <w:rFonts w:asciiTheme="majorHAnsi" w:hAnsiTheme="majorHAnsi" w:cstheme="majorHAnsi"/>
                <w:b/>
                <w:color w:val="0D5F78"/>
              </w:rPr>
              <w:t>Semnătura</w:t>
            </w:r>
            <w:proofErr w:type="spellEnd"/>
          </w:p>
          <w:p w14:paraId="29080212" w14:textId="77777777" w:rsidR="00BD4241" w:rsidRPr="00195A83" w:rsidRDefault="00BD4241">
            <w:pPr>
              <w:rPr>
                <w:rFonts w:asciiTheme="majorHAnsi" w:hAnsiTheme="majorHAnsi" w:cstheme="majorHAnsi"/>
              </w:rPr>
            </w:pPr>
          </w:p>
        </w:tc>
      </w:tr>
    </w:tbl>
    <w:p w14:paraId="5CBD0F60" w14:textId="77777777" w:rsidR="00BD4241" w:rsidRPr="00195A83" w:rsidRDefault="00BD4241">
      <w:pPr>
        <w:spacing w:line="168" w:lineRule="auto"/>
        <w:rPr>
          <w:rFonts w:asciiTheme="majorHAnsi" w:hAnsiTheme="majorHAnsi" w:cstheme="majorHAnsi"/>
        </w:rPr>
      </w:pPr>
    </w:p>
    <w:sectPr w:rsidR="00BD4241" w:rsidRPr="00195A83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E8A02" w14:textId="77777777" w:rsidR="0062278B" w:rsidRDefault="0062278B">
      <w:r>
        <w:separator/>
      </w:r>
    </w:p>
  </w:endnote>
  <w:endnote w:type="continuationSeparator" w:id="0">
    <w:p w14:paraId="7E4DBCBC" w14:textId="77777777" w:rsidR="0062278B" w:rsidRDefault="0062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060EA" w14:textId="77777777" w:rsidR="00BD4241" w:rsidRPr="00195A83" w:rsidRDefault="00EF0495">
    <w:pPr>
      <w:pStyle w:val="Footer"/>
      <w:tabs>
        <w:tab w:val="right" w:pos="9639"/>
      </w:tabs>
      <w:rPr>
        <w:rFonts w:asciiTheme="majorHAnsi" w:hAnsiTheme="majorHAnsi" w:cstheme="majorHAnsi"/>
        <w:sz w:val="13"/>
        <w:szCs w:val="13"/>
      </w:rPr>
    </w:pPr>
    <w:r w:rsidRPr="00195A83">
      <w:rPr>
        <w:rFonts w:asciiTheme="majorHAnsi" w:hAnsiTheme="majorHAnsi" w:cstheme="majorHAnsi"/>
        <w:color w:val="595959"/>
        <w:sz w:val="13"/>
        <w:szCs w:val="13"/>
      </w:rPr>
      <w:t xml:space="preserve">F_CU_04 · </w:t>
    </w:r>
    <w:proofErr w:type="spellStart"/>
    <w:r w:rsidRPr="00195A83">
      <w:rPr>
        <w:rFonts w:asciiTheme="majorHAnsi" w:hAnsiTheme="majorHAnsi" w:cstheme="majorHAnsi"/>
        <w:color w:val="595959"/>
        <w:sz w:val="13"/>
        <w:szCs w:val="13"/>
      </w:rPr>
      <w:t>versiunea</w:t>
    </w:r>
    <w:proofErr w:type="spellEnd"/>
    <w:r w:rsidRPr="00195A83">
      <w:rPr>
        <w:rFonts w:asciiTheme="majorHAnsi" w:hAnsiTheme="majorHAnsi" w:cstheme="majorHAnsi"/>
        <w:color w:val="595959"/>
        <w:sz w:val="13"/>
        <w:szCs w:val="13"/>
      </w:rPr>
      <w:t xml:space="preserve"> 1.0</w:t>
    </w:r>
    <w:r w:rsidRPr="00195A83">
      <w:rPr>
        <w:rFonts w:asciiTheme="majorHAnsi" w:hAnsiTheme="majorHAnsi" w:cstheme="majorHAnsi"/>
        <w:color w:val="595959"/>
        <w:sz w:val="13"/>
        <w:szCs w:val="13"/>
      </w:rPr>
      <w:tab/>
    </w:r>
    <w:proofErr w:type="spellStart"/>
    <w:r w:rsidRPr="00195A83">
      <w:rPr>
        <w:rFonts w:asciiTheme="majorHAnsi" w:hAnsiTheme="majorHAnsi" w:cstheme="majorHAnsi"/>
        <w:color w:val="595959"/>
        <w:sz w:val="13"/>
        <w:szCs w:val="13"/>
      </w:rPr>
      <w:t>pagina</w:t>
    </w:r>
    <w:proofErr w:type="spellEnd"/>
    <w:r w:rsidRPr="00195A83">
      <w:rPr>
        <w:rFonts w:asciiTheme="majorHAnsi" w:hAnsiTheme="majorHAnsi" w:cstheme="majorHAnsi"/>
        <w:color w:val="595959"/>
        <w:sz w:val="13"/>
        <w:szCs w:val="13"/>
      </w:rPr>
      <w:t xml:space="preserve"> </w:t>
    </w:r>
    <w:r w:rsidRPr="00195A83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195A83">
      <w:rPr>
        <w:rFonts w:asciiTheme="majorHAnsi" w:hAnsiTheme="majorHAnsi" w:cstheme="majorHAnsi"/>
        <w:color w:val="595959"/>
        <w:sz w:val="13"/>
        <w:szCs w:val="13"/>
      </w:rPr>
      <w:instrText xml:space="preserve"> PAGE </w:instrText>
    </w:r>
    <w:r w:rsidRPr="00195A83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A256C2" w:rsidRPr="00195A83">
      <w:rPr>
        <w:rFonts w:asciiTheme="majorHAnsi" w:hAnsiTheme="majorHAnsi" w:cstheme="majorHAnsi"/>
        <w:noProof/>
        <w:color w:val="595959"/>
        <w:sz w:val="13"/>
        <w:szCs w:val="13"/>
      </w:rPr>
      <w:t>1</w:t>
    </w:r>
    <w:r w:rsidRPr="00195A83">
      <w:rPr>
        <w:rFonts w:asciiTheme="majorHAnsi" w:hAnsiTheme="majorHAnsi" w:cstheme="majorHAnsi"/>
        <w:color w:val="595959"/>
        <w:sz w:val="13"/>
        <w:szCs w:val="13"/>
      </w:rPr>
      <w:fldChar w:fldCharType="end"/>
    </w:r>
    <w:r w:rsidRPr="00195A83">
      <w:rPr>
        <w:rFonts w:asciiTheme="majorHAnsi" w:hAnsiTheme="majorHAnsi" w:cstheme="majorHAnsi"/>
        <w:color w:val="595959"/>
        <w:sz w:val="13"/>
        <w:szCs w:val="13"/>
      </w:rPr>
      <w:t xml:space="preserve"> din </w:t>
    </w:r>
    <w:r w:rsidRPr="00195A83">
      <w:rPr>
        <w:rFonts w:asciiTheme="majorHAnsi" w:hAnsiTheme="majorHAnsi" w:cstheme="majorHAnsi"/>
        <w:color w:val="595959"/>
        <w:sz w:val="13"/>
        <w:szCs w:val="13"/>
      </w:rPr>
      <w:fldChar w:fldCharType="begin"/>
    </w:r>
    <w:r w:rsidRPr="00195A83">
      <w:rPr>
        <w:rFonts w:asciiTheme="majorHAnsi" w:hAnsiTheme="majorHAnsi" w:cstheme="majorHAnsi"/>
        <w:color w:val="595959"/>
        <w:sz w:val="13"/>
        <w:szCs w:val="13"/>
      </w:rPr>
      <w:instrText xml:space="preserve"> NUMPAGES </w:instrText>
    </w:r>
    <w:r w:rsidRPr="00195A83">
      <w:rPr>
        <w:rFonts w:asciiTheme="majorHAnsi" w:hAnsiTheme="majorHAnsi" w:cstheme="majorHAnsi"/>
        <w:color w:val="595959"/>
        <w:sz w:val="13"/>
        <w:szCs w:val="13"/>
      </w:rPr>
      <w:fldChar w:fldCharType="separate"/>
    </w:r>
    <w:r w:rsidR="00A256C2" w:rsidRPr="00195A83">
      <w:rPr>
        <w:rFonts w:asciiTheme="majorHAnsi" w:hAnsiTheme="majorHAnsi" w:cstheme="majorHAnsi"/>
        <w:noProof/>
        <w:color w:val="595959"/>
        <w:sz w:val="13"/>
        <w:szCs w:val="13"/>
      </w:rPr>
      <w:t>2</w:t>
    </w:r>
    <w:r w:rsidRPr="00195A83">
      <w:rPr>
        <w:rFonts w:asciiTheme="majorHAnsi" w:hAnsiTheme="majorHAnsi" w:cstheme="majorHAnsi"/>
        <w:color w:val="595959"/>
        <w:sz w:val="13"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DD525" w14:textId="77777777" w:rsidR="0062278B" w:rsidRDefault="0062278B">
      <w:r>
        <w:separator/>
      </w:r>
    </w:p>
  </w:footnote>
  <w:footnote w:type="continuationSeparator" w:id="0">
    <w:p w14:paraId="11564043" w14:textId="77777777" w:rsidR="0062278B" w:rsidRDefault="00622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6A09" w14:textId="6CDF3F85" w:rsidR="00855262" w:rsidRPr="00195A83" w:rsidRDefault="00855262" w:rsidP="00855262">
    <w:pPr>
      <w:pStyle w:val="Header"/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</w:pPr>
    <w:r w:rsidRPr="00195A83">
      <w:rPr>
        <w:rFonts w:asciiTheme="majorHAnsi" w:hAnsiTheme="majorHAnsi" w:cstheme="majorHAnsi"/>
        <w:b/>
        <w:bCs/>
        <w:i/>
        <w:iCs/>
        <w:color w:val="595959"/>
        <w:sz w:val="14"/>
        <w:szCs w:val="14"/>
        <w:u w:val="single"/>
        <w:lang w:val="pt-BR"/>
      </w:rPr>
      <w:t xml:space="preserve">Anexa nr.1  </w:t>
    </w:r>
  </w:p>
  <w:p w14:paraId="5A2C936D" w14:textId="0C754A24" w:rsidR="00855262" w:rsidRPr="00195A83" w:rsidRDefault="00855262">
    <w:pPr>
      <w:pStyle w:val="Header"/>
      <w:rPr>
        <w:rFonts w:asciiTheme="majorHAnsi" w:hAnsiTheme="majorHAnsi" w:cstheme="majorHAnsi"/>
        <w:b/>
        <w:bCs/>
        <w:color w:val="595959"/>
        <w:sz w:val="14"/>
        <w:szCs w:val="14"/>
        <w:lang w:val="ro-RO"/>
      </w:rPr>
    </w:pPr>
    <w:r w:rsidRPr="00195A83">
      <w:rPr>
        <w:rFonts w:asciiTheme="majorHAnsi" w:hAnsiTheme="majorHAnsi" w:cstheme="majorHAnsi"/>
        <w:color w:val="595959"/>
        <w:sz w:val="14"/>
        <w:szCs w:val="14"/>
        <w:lang w:val="pt-BR"/>
      </w:rPr>
      <w:t xml:space="preserve">F_CU_04 Cerere emitere Certificat de Urbanism pentru construire sau desființare / clădiri și amenajări/ lucrări inginerești /construcții cu caracter speciale </w:t>
    </w:r>
  </w:p>
  <w:p w14:paraId="42A4C1CE" w14:textId="77777777" w:rsidR="00855262" w:rsidRDefault="008552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3849742">
    <w:abstractNumId w:val="8"/>
  </w:num>
  <w:num w:numId="2" w16cid:durableId="1290161248">
    <w:abstractNumId w:val="6"/>
  </w:num>
  <w:num w:numId="3" w16cid:durableId="450900546">
    <w:abstractNumId w:val="5"/>
  </w:num>
  <w:num w:numId="4" w16cid:durableId="1028723877">
    <w:abstractNumId w:val="4"/>
  </w:num>
  <w:num w:numId="5" w16cid:durableId="1273243551">
    <w:abstractNumId w:val="7"/>
  </w:num>
  <w:num w:numId="6" w16cid:durableId="221529888">
    <w:abstractNumId w:val="3"/>
  </w:num>
  <w:num w:numId="7" w16cid:durableId="432629807">
    <w:abstractNumId w:val="2"/>
  </w:num>
  <w:num w:numId="8" w16cid:durableId="1030952832">
    <w:abstractNumId w:val="1"/>
  </w:num>
  <w:num w:numId="9" w16cid:durableId="2091194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0CC2"/>
    <w:rsid w:val="0010453D"/>
    <w:rsid w:val="0011444F"/>
    <w:rsid w:val="0015074B"/>
    <w:rsid w:val="00195A83"/>
    <w:rsid w:val="00200AB0"/>
    <w:rsid w:val="00205F1A"/>
    <w:rsid w:val="00232B9E"/>
    <w:rsid w:val="0029639D"/>
    <w:rsid w:val="00326F90"/>
    <w:rsid w:val="003C49F4"/>
    <w:rsid w:val="004232B2"/>
    <w:rsid w:val="004408E8"/>
    <w:rsid w:val="00462384"/>
    <w:rsid w:val="00467907"/>
    <w:rsid w:val="005566B7"/>
    <w:rsid w:val="00560C88"/>
    <w:rsid w:val="00606DAD"/>
    <w:rsid w:val="00610AD1"/>
    <w:rsid w:val="0062278B"/>
    <w:rsid w:val="006C103E"/>
    <w:rsid w:val="007233EB"/>
    <w:rsid w:val="00745F29"/>
    <w:rsid w:val="0074630B"/>
    <w:rsid w:val="00751123"/>
    <w:rsid w:val="007C07B9"/>
    <w:rsid w:val="007C0D43"/>
    <w:rsid w:val="007E2805"/>
    <w:rsid w:val="00850B64"/>
    <w:rsid w:val="00855262"/>
    <w:rsid w:val="008D6052"/>
    <w:rsid w:val="00917520"/>
    <w:rsid w:val="009511F8"/>
    <w:rsid w:val="00954846"/>
    <w:rsid w:val="00A256C2"/>
    <w:rsid w:val="00A3333E"/>
    <w:rsid w:val="00AA1D8D"/>
    <w:rsid w:val="00AD6B40"/>
    <w:rsid w:val="00B47730"/>
    <w:rsid w:val="00B72563"/>
    <w:rsid w:val="00B73741"/>
    <w:rsid w:val="00BB3687"/>
    <w:rsid w:val="00BD4241"/>
    <w:rsid w:val="00C12F45"/>
    <w:rsid w:val="00CB0664"/>
    <w:rsid w:val="00CF6EF6"/>
    <w:rsid w:val="00D50DD0"/>
    <w:rsid w:val="00E80919"/>
    <w:rsid w:val="00EC3EF3"/>
    <w:rsid w:val="00EF04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5E0B59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607</Words>
  <Characters>3527</Characters>
  <Application>Microsoft Office Word</Application>
  <DocSecurity>0</DocSecurity>
  <Lines>29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Mirela VLADESCU</cp:lastModifiedBy>
  <cp:revision>17</cp:revision>
  <dcterms:created xsi:type="dcterms:W3CDTF">2013-12-23T23:15:00Z</dcterms:created>
  <dcterms:modified xsi:type="dcterms:W3CDTF">2026-10-16T06:21:00Z</dcterms:modified>
  <cp:category/>
</cp:coreProperties>
</file>