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468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80"/>
        <w:gridCol w:w="2363"/>
        <w:gridCol w:w="2429"/>
        <w:gridCol w:w="3237"/>
      </w:tblGrid>
      <w:tr w:rsidR="005D691E" w:rsidRPr="00B967A9" w14:paraId="58AA914A" w14:textId="77777777" w:rsidTr="00E83469">
        <w:trPr>
          <w:cantSplit/>
          <w:trHeight w:val="449"/>
        </w:trPr>
        <w:tc>
          <w:tcPr>
            <w:tcW w:w="1680" w:type="dxa"/>
            <w:vMerge w:val="restart"/>
            <w:vAlign w:val="center"/>
          </w:tcPr>
          <w:p w14:paraId="10750316" w14:textId="5CCC0704" w:rsidR="005D691E" w:rsidRPr="00B967A9" w:rsidRDefault="00885E02" w:rsidP="00E41BB8">
            <w:pPr>
              <w:keepNext/>
              <w:jc w:val="center"/>
              <w:rPr>
                <w:rFonts w:ascii="Calibri" w:hAnsi="Calibri" w:cs="Calibri"/>
                <w:i/>
                <w:color w:val="595959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26C0EB07" wp14:editId="7DD13C6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-3175</wp:posOffset>
                  </wp:positionV>
                  <wp:extent cx="922020" cy="1089025"/>
                  <wp:effectExtent l="0" t="0" r="0" b="0"/>
                  <wp:wrapNone/>
                  <wp:docPr id="11801430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691E" w:rsidRPr="00B967A9">
              <w:rPr>
                <w:rFonts w:ascii="Calibri" w:hAnsi="Calibri" w:cs="Calibri"/>
                <w:noProof/>
                <w:lang w:val="ro-RO"/>
              </w:rPr>
              <w:t xml:space="preserve"> </w:t>
            </w:r>
          </w:p>
          <w:p w14:paraId="74043017" w14:textId="77777777" w:rsidR="005D691E" w:rsidRPr="00B967A9" w:rsidRDefault="005D691E" w:rsidP="00E41BB8">
            <w:pPr>
              <w:keepNext/>
              <w:jc w:val="center"/>
              <w:rPr>
                <w:rFonts w:ascii="Calibri" w:hAnsi="Calibri" w:cs="Calibri"/>
              </w:rPr>
            </w:pPr>
          </w:p>
        </w:tc>
        <w:tc>
          <w:tcPr>
            <w:tcW w:w="8029" w:type="dxa"/>
            <w:gridSpan w:val="3"/>
            <w:shd w:val="clear" w:color="auto" w:fill="F0F0F0"/>
          </w:tcPr>
          <w:p w14:paraId="5FB5DF09" w14:textId="77777777" w:rsidR="005D691E" w:rsidRPr="00B967A9" w:rsidRDefault="005D691E" w:rsidP="00E41BB8">
            <w:pPr>
              <w:keepNext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B967A9">
              <w:rPr>
                <w:rFonts w:ascii="Calibri" w:hAnsi="Calibri" w:cs="Calibri"/>
                <w:b/>
                <w:sz w:val="20"/>
                <w:szCs w:val="20"/>
              </w:rPr>
              <w:t>Județul</w:t>
            </w:r>
            <w:proofErr w:type="spellEnd"/>
            <w:r w:rsidRPr="00B967A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b/>
                <w:sz w:val="20"/>
                <w:szCs w:val="20"/>
              </w:rPr>
              <w:t>Argeș</w:t>
            </w:r>
            <w:proofErr w:type="spellEnd"/>
          </w:p>
          <w:p w14:paraId="5F3A3FB3" w14:textId="77777777" w:rsidR="005D691E" w:rsidRPr="00B967A9" w:rsidRDefault="005D691E" w:rsidP="00E41BB8">
            <w:pPr>
              <w:keepNext/>
              <w:rPr>
                <w:rFonts w:ascii="Calibri" w:hAnsi="Calibri" w:cs="Calibri"/>
                <w:sz w:val="20"/>
                <w:szCs w:val="20"/>
              </w:rPr>
            </w:pPr>
            <w:r w:rsidRPr="00B967A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5D691E" w:rsidRPr="00B967A9" w14:paraId="0C8B6ECB" w14:textId="77777777" w:rsidTr="00E83469">
        <w:trPr>
          <w:cantSplit/>
          <w:trHeight w:val="449"/>
        </w:trPr>
        <w:tc>
          <w:tcPr>
            <w:tcW w:w="1680" w:type="dxa"/>
            <w:vMerge/>
          </w:tcPr>
          <w:p w14:paraId="2294A6DD" w14:textId="77777777" w:rsidR="005D691E" w:rsidRPr="00B967A9" w:rsidRDefault="005D691E" w:rsidP="00E41BB8">
            <w:pPr>
              <w:rPr>
                <w:rFonts w:ascii="Calibri" w:hAnsi="Calibri" w:cs="Calibri"/>
              </w:rPr>
            </w:pPr>
          </w:p>
        </w:tc>
        <w:tc>
          <w:tcPr>
            <w:tcW w:w="8029" w:type="dxa"/>
            <w:gridSpan w:val="3"/>
            <w:shd w:val="clear" w:color="auto" w:fill="F0F0F0"/>
          </w:tcPr>
          <w:p w14:paraId="23A0E7A1" w14:textId="77777777" w:rsidR="00030AA0" w:rsidRPr="00B967A9" w:rsidRDefault="00030AA0" w:rsidP="00E41BB8">
            <w:pPr>
              <w:keepNext/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Autoritatea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administrației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publice</w:t>
            </w:r>
            <w:proofErr w:type="spellEnd"/>
          </w:p>
          <w:p w14:paraId="3BD2441A" w14:textId="77777777" w:rsidR="005D691E" w:rsidRPr="00B967A9" w:rsidRDefault="005D691E" w:rsidP="00E41BB8">
            <w:pPr>
              <w:keepNext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967A9">
              <w:rPr>
                <w:rFonts w:ascii="Calibri" w:hAnsi="Calibri" w:cs="Calibri"/>
                <w:b/>
                <w:bCs/>
                <w:sz w:val="20"/>
                <w:szCs w:val="20"/>
              </w:rPr>
              <w:t>CONSILIUL JUDEȚEAN ARGEȘ</w:t>
            </w:r>
          </w:p>
        </w:tc>
      </w:tr>
      <w:tr w:rsidR="00E41BB8" w:rsidRPr="00B967A9" w14:paraId="309F0177" w14:textId="77777777" w:rsidTr="00E83469">
        <w:trPr>
          <w:cantSplit/>
          <w:trHeight w:val="449"/>
        </w:trPr>
        <w:tc>
          <w:tcPr>
            <w:tcW w:w="1680" w:type="dxa"/>
            <w:vMerge/>
          </w:tcPr>
          <w:p w14:paraId="5C2610F3" w14:textId="77777777" w:rsidR="00E41BB8" w:rsidRPr="00B967A9" w:rsidRDefault="00E41BB8" w:rsidP="00E41BB8">
            <w:pPr>
              <w:rPr>
                <w:rFonts w:ascii="Calibri" w:hAnsi="Calibri" w:cs="Calibri"/>
              </w:rPr>
            </w:pPr>
          </w:p>
        </w:tc>
        <w:tc>
          <w:tcPr>
            <w:tcW w:w="2363" w:type="dxa"/>
            <w:shd w:val="clear" w:color="auto" w:fill="F0F0F0"/>
          </w:tcPr>
          <w:p w14:paraId="0D549B0C" w14:textId="77777777" w:rsidR="00E41BB8" w:rsidRPr="00B967A9" w:rsidRDefault="00E41BB8" w:rsidP="00E41BB8">
            <w:pPr>
              <w:keepNext/>
              <w:rPr>
                <w:rFonts w:ascii="Calibri" w:hAnsi="Calibri" w:cs="Calibri"/>
                <w:sz w:val="14"/>
                <w:szCs w:val="14"/>
                <w:lang w:val="fr-FR"/>
              </w:rPr>
            </w:pPr>
            <w:r w:rsidRPr="00B967A9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Cod de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>identificare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>fiscală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 (CIF)</w:t>
            </w:r>
          </w:p>
          <w:p w14:paraId="323FB7DC" w14:textId="01CCD1C3" w:rsidR="00E41BB8" w:rsidRPr="00B967A9" w:rsidRDefault="00E41BB8" w:rsidP="00E41BB8">
            <w:pPr>
              <w:keepNext/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B967A9">
              <w:rPr>
                <w:rFonts w:ascii="Calibri" w:hAnsi="Calibri" w:cs="Calibri"/>
                <w:b/>
                <w:bCs/>
                <w:sz w:val="16"/>
                <w:szCs w:val="16"/>
                <w:lang w:val="fr-FR"/>
              </w:rPr>
              <w:t>4229512</w:t>
            </w:r>
          </w:p>
        </w:tc>
        <w:tc>
          <w:tcPr>
            <w:tcW w:w="5666" w:type="dxa"/>
            <w:gridSpan w:val="2"/>
            <w:shd w:val="clear" w:color="auto" w:fill="F0F0F0"/>
          </w:tcPr>
          <w:p w14:paraId="3993C964" w14:textId="77777777" w:rsidR="00E41BB8" w:rsidRPr="00B967A9" w:rsidRDefault="00E41BB8" w:rsidP="00E41BB8">
            <w:pPr>
              <w:keepNext/>
              <w:rPr>
                <w:rFonts w:ascii="Calibri" w:hAnsi="Calibri" w:cs="Calibri"/>
                <w:sz w:val="14"/>
                <w:szCs w:val="14"/>
                <w:lang w:val="pt-BR"/>
              </w:rPr>
            </w:pPr>
            <w:r w:rsidRPr="00B967A9">
              <w:rPr>
                <w:rFonts w:ascii="Calibri" w:hAnsi="Calibri" w:cs="Calibri"/>
                <w:b/>
                <w:color w:val="0D5F78"/>
                <w:sz w:val="14"/>
                <w:szCs w:val="14"/>
                <w:lang w:val="pt-BR"/>
              </w:rPr>
              <w:t>Adresa oficială</w:t>
            </w:r>
          </w:p>
          <w:p w14:paraId="75A1E162" w14:textId="77777777" w:rsidR="00E41BB8" w:rsidRPr="00B967A9" w:rsidRDefault="00E41BB8" w:rsidP="00E41BB8">
            <w:pPr>
              <w:keepNext/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</w:pPr>
            <w:r w:rsidRPr="00B967A9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 xml:space="preserve">Pitești, </w:t>
            </w:r>
            <w:proofErr w:type="spellStart"/>
            <w:r w:rsidRPr="00B967A9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Piața</w:t>
            </w:r>
            <w:proofErr w:type="spellEnd"/>
            <w:r w:rsidRPr="00B967A9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 xml:space="preserve"> Vasile Milea nr. 1, Cod </w:t>
            </w:r>
            <w:proofErr w:type="spellStart"/>
            <w:r w:rsidRPr="00B967A9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poștal</w:t>
            </w:r>
            <w:proofErr w:type="spellEnd"/>
            <w:r w:rsidRPr="00B967A9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: 110053</w:t>
            </w:r>
          </w:p>
          <w:p w14:paraId="27C7A202" w14:textId="5E50678F" w:rsidR="00E41BB8" w:rsidRPr="00B967A9" w:rsidRDefault="00E41BB8" w:rsidP="00E41BB8">
            <w:pPr>
              <w:keepNext/>
              <w:rPr>
                <w:rFonts w:ascii="Calibri" w:hAnsi="Calibri" w:cs="Calibri"/>
                <w:iCs/>
                <w:sz w:val="20"/>
                <w:szCs w:val="20"/>
              </w:rPr>
            </w:pPr>
            <w:r w:rsidRPr="00B967A9">
              <w:rPr>
                <w:rFonts w:ascii="Calibri" w:hAnsi="Calibri" w:cs="Calibri"/>
                <w:b/>
                <w:bCs/>
                <w:iCs/>
                <w:sz w:val="16"/>
                <w:szCs w:val="16"/>
                <w:lang w:val="pt-BR"/>
              </w:rPr>
              <w:t>Telefon: 0248.210.056  E-mail: presedinte@cjarges.ro</w:t>
            </w:r>
          </w:p>
        </w:tc>
      </w:tr>
      <w:tr w:rsidR="005D691E" w:rsidRPr="00B967A9" w14:paraId="3D531A32" w14:textId="77777777" w:rsidTr="00E83469">
        <w:trPr>
          <w:cantSplit/>
          <w:trHeight w:val="449"/>
        </w:trPr>
        <w:tc>
          <w:tcPr>
            <w:tcW w:w="1680" w:type="dxa"/>
            <w:vMerge/>
          </w:tcPr>
          <w:p w14:paraId="5F080ACB" w14:textId="77777777" w:rsidR="005D691E" w:rsidRPr="00B967A9" w:rsidRDefault="005D691E" w:rsidP="00E41BB8">
            <w:pPr>
              <w:rPr>
                <w:rFonts w:ascii="Calibri" w:hAnsi="Calibri" w:cs="Calibri"/>
              </w:rPr>
            </w:pPr>
          </w:p>
        </w:tc>
        <w:tc>
          <w:tcPr>
            <w:tcW w:w="4792" w:type="dxa"/>
            <w:gridSpan w:val="2"/>
            <w:shd w:val="clear" w:color="auto" w:fill="F0F0F0"/>
          </w:tcPr>
          <w:p w14:paraId="52930269" w14:textId="77777777" w:rsidR="005D691E" w:rsidRPr="00885E02" w:rsidRDefault="005D691E" w:rsidP="00E41BB8">
            <w:pPr>
              <w:keepNext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885E02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Număr</w:t>
            </w:r>
            <w:proofErr w:type="spellEnd"/>
            <w:r w:rsidRPr="00885E02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 xml:space="preserve"> de </w:t>
            </w:r>
            <w:proofErr w:type="spellStart"/>
            <w:r w:rsidRPr="00885E02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3237" w:type="dxa"/>
            <w:shd w:val="clear" w:color="auto" w:fill="F0F0F0"/>
          </w:tcPr>
          <w:p w14:paraId="6CD048DD" w14:textId="77777777" w:rsidR="005D691E" w:rsidRPr="00885E02" w:rsidRDefault="005D691E" w:rsidP="00E41BB8">
            <w:pPr>
              <w:keepNext/>
              <w:rPr>
                <w:rFonts w:ascii="Calibri" w:hAnsi="Calibri" w:cs="Calibri"/>
                <w:sz w:val="16"/>
                <w:szCs w:val="16"/>
              </w:rPr>
            </w:pPr>
            <w:r w:rsidRPr="00885E02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Data</w:t>
            </w:r>
          </w:p>
          <w:p w14:paraId="0D883482" w14:textId="77777777" w:rsidR="005D691E" w:rsidRPr="00885E02" w:rsidRDefault="005D691E" w:rsidP="00E41BB8">
            <w:pPr>
              <w:keepNext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344C51B7" w14:textId="77777777" w:rsidR="00377113" w:rsidRPr="00B967A9" w:rsidRDefault="00377113">
      <w:pPr>
        <w:spacing w:line="168" w:lineRule="auto"/>
        <w:rPr>
          <w:rFonts w:ascii="Calibri" w:hAnsi="Calibri" w:cs="Calibri"/>
          <w:lang w:val="fr-FR"/>
        </w:rPr>
      </w:pPr>
    </w:p>
    <w:p w14:paraId="6EE796C5" w14:textId="77777777" w:rsidR="00377113" w:rsidRPr="00B967A9" w:rsidRDefault="00DD26A9">
      <w:pPr>
        <w:spacing w:before="140" w:after="40"/>
        <w:jc w:val="center"/>
        <w:rPr>
          <w:rFonts w:ascii="Calibri" w:hAnsi="Calibri" w:cs="Calibri"/>
          <w:sz w:val="28"/>
          <w:szCs w:val="28"/>
        </w:rPr>
      </w:pPr>
      <w:r w:rsidRPr="00B967A9">
        <w:rPr>
          <w:rFonts w:ascii="Calibri" w:hAnsi="Calibri" w:cs="Calibri"/>
          <w:b/>
          <w:sz w:val="28"/>
          <w:szCs w:val="28"/>
        </w:rPr>
        <w:t>CERERE</w:t>
      </w:r>
    </w:p>
    <w:p w14:paraId="458FF3BC" w14:textId="77777777" w:rsidR="00377113" w:rsidRPr="00B967A9" w:rsidRDefault="00377113">
      <w:pPr>
        <w:spacing w:after="60"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:rsidRPr="00B967A9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sz w:val="16"/>
              </w:rPr>
              <w:t xml:space="preserve"> 1. </w:t>
            </w:r>
            <w:r w:rsidRPr="00B967A9">
              <w:rPr>
                <w:rFonts w:ascii="Calibri" w:hAnsi="Calibri" w:cs="Calibri"/>
                <w:b/>
                <w:color w:val="000000"/>
                <w:sz w:val="18"/>
              </w:rPr>
              <w:t>CĂTRE</w:t>
            </w:r>
          </w:p>
        </w:tc>
      </w:tr>
      <w:tr w:rsidR="00377113" w:rsidRPr="00B967A9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B967A9" w:rsidRDefault="00DD26A9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  <w:lang w:val="fr-FR"/>
              </w:rPr>
              <w:t>Instituția</w:t>
            </w:r>
            <w:proofErr w:type="spellEnd"/>
          </w:p>
          <w:p w14:paraId="2863ECC5" w14:textId="77777777" w:rsidR="00377113" w:rsidRPr="00B967A9" w:rsidRDefault="00DD26A9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proofErr w:type="gramStart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>municipiului</w:t>
            </w:r>
            <w:proofErr w:type="spellEnd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 xml:space="preserve"> / </w:t>
            </w:r>
            <w:proofErr w:type="spellStart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>orașului</w:t>
            </w:r>
            <w:proofErr w:type="spellEnd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 xml:space="preserve"> / </w:t>
            </w:r>
            <w:proofErr w:type="spellStart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>comunei</w:t>
            </w:r>
            <w:proofErr w:type="spellEnd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 xml:space="preserve"> · </w:t>
            </w:r>
            <w:proofErr w:type="spellStart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>primăria</w:t>
            </w:r>
            <w:proofErr w:type="spellEnd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 xml:space="preserve"> de </w:t>
            </w:r>
            <w:proofErr w:type="spellStart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>sector</w:t>
            </w:r>
            <w:proofErr w:type="spellEnd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 xml:space="preserve"> · </w:t>
            </w:r>
            <w:proofErr w:type="spellStart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>consiliul</w:t>
            </w:r>
            <w:proofErr w:type="spellEnd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>județean</w:t>
            </w:r>
            <w:proofErr w:type="spellEnd"/>
          </w:p>
          <w:p w14:paraId="1C7F07C7" w14:textId="77777777" w:rsidR="00377113" w:rsidRPr="00B967A9" w:rsidRDefault="00377113">
            <w:pPr>
              <w:keepNext/>
              <w:rPr>
                <w:rFonts w:ascii="Calibri" w:hAnsi="Calibri" w:cs="Calibri"/>
                <w:lang w:val="fr-FR"/>
              </w:rPr>
            </w:pPr>
          </w:p>
        </w:tc>
      </w:tr>
      <w:tr w:rsidR="00377113" w:rsidRPr="00B967A9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B967A9" w:rsidRDefault="00DD26A9">
            <w:pPr>
              <w:spacing w:line="228" w:lineRule="auto"/>
              <w:rPr>
                <w:rFonts w:ascii="Calibri" w:hAnsi="Calibri" w:cs="Calibri"/>
                <w:lang w:val="fr-FR"/>
              </w:rPr>
            </w:pPr>
            <w:proofErr w:type="spellStart"/>
            <w:r w:rsidRPr="00B967A9">
              <w:rPr>
                <w:rFonts w:ascii="Calibri" w:hAnsi="Calibri" w:cs="Calibri"/>
                <w:lang w:val="fr-FR"/>
              </w:rPr>
              <w:t>Cererea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va fi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transmisă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către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președintele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consiliului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județean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primarul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general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primarul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de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sector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sau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primarul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municipiului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/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orașului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/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comunei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după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lang w:val="fr-FR"/>
              </w:rPr>
              <w:t>caz</w:t>
            </w:r>
            <w:proofErr w:type="spellEnd"/>
            <w:r w:rsidRPr="00B967A9">
              <w:rPr>
                <w:rFonts w:ascii="Calibri" w:hAnsi="Calibri" w:cs="Calibri"/>
                <w:lang w:val="fr-FR"/>
              </w:rPr>
              <w:t>.</w:t>
            </w:r>
          </w:p>
        </w:tc>
      </w:tr>
    </w:tbl>
    <w:p w14:paraId="20841BEE" w14:textId="77777777" w:rsidR="00377113" w:rsidRPr="00B967A9" w:rsidRDefault="00377113">
      <w:pPr>
        <w:spacing w:line="168" w:lineRule="auto"/>
        <w:rPr>
          <w:rFonts w:ascii="Calibri" w:hAnsi="Calibri" w:cs="Calibr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:rsidRPr="00B967A9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sz w:val="16"/>
                <w:lang w:val="fr-FR"/>
              </w:rPr>
              <w:t xml:space="preserve"> </w:t>
            </w:r>
            <w:r w:rsidRPr="00B967A9">
              <w:rPr>
                <w:rFonts w:ascii="Calibri" w:hAnsi="Calibri" w:cs="Calibri"/>
                <w:b/>
                <w:sz w:val="16"/>
              </w:rPr>
              <w:t xml:space="preserve">2. </w:t>
            </w:r>
            <w:r w:rsidRPr="00B967A9">
              <w:rPr>
                <w:rFonts w:ascii="Calibri" w:hAnsi="Calibri" w:cs="Calibri"/>
                <w:b/>
                <w:color w:val="000000"/>
                <w:sz w:val="18"/>
              </w:rPr>
              <w:t>SOLICITANTUL</w:t>
            </w:r>
          </w:p>
        </w:tc>
      </w:tr>
      <w:tr w:rsidR="00377113" w:rsidRPr="00B967A9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Nume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</w:rPr>
              <w:t xml:space="preserve"> și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015" w:type="dxa"/>
            <w:gridSpan w:val="3"/>
          </w:tcPr>
          <w:p w14:paraId="40F931FA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CNP</w:t>
            </w:r>
          </w:p>
          <w:p w14:paraId="32FF08C1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</w:tr>
      <w:tr w:rsidR="00377113" w:rsidRPr="00B967A9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sz w:val="16"/>
              </w:rPr>
              <w:t xml:space="preserve"> Act de </w:t>
            </w:r>
            <w:proofErr w:type="spellStart"/>
            <w:r w:rsidRPr="00B967A9">
              <w:rPr>
                <w:rFonts w:ascii="Calibri" w:hAnsi="Calibri" w:cs="Calibri"/>
                <w:sz w:val="16"/>
              </w:rPr>
              <w:t>identitate</w:t>
            </w:r>
            <w:proofErr w:type="spellEnd"/>
          </w:p>
        </w:tc>
      </w:tr>
      <w:tr w:rsidR="00377113" w:rsidRPr="00B967A9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Seria</w:t>
            </w:r>
          </w:p>
          <w:p w14:paraId="744D4F37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54E4DCF4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818" w:type="dxa"/>
            <w:gridSpan w:val="5"/>
          </w:tcPr>
          <w:p w14:paraId="1275CF2C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Eliberat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</w:rPr>
              <w:t xml:space="preserve"> de</w:t>
            </w:r>
          </w:p>
          <w:p w14:paraId="4C997CA9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375049A5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La data</w:t>
            </w:r>
          </w:p>
          <w:p w14:paraId="1E260826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</w:tr>
      <w:tr w:rsidR="00377113" w:rsidRPr="00B967A9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sz w:val="16"/>
              </w:rPr>
              <w:t>Domiciliul</w:t>
            </w:r>
            <w:proofErr w:type="spellEnd"/>
          </w:p>
        </w:tc>
      </w:tr>
      <w:tr w:rsidR="00377113" w:rsidRPr="00B967A9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4"/>
          </w:tcPr>
          <w:p w14:paraId="1597517E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Municipiul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</w:rPr>
              <w:t xml:space="preserve"> /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orașul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</w:rPr>
              <w:t xml:space="preserve"> /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3DE1D317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Satul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</w:rPr>
              <w:t xml:space="preserve"> /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</w:tr>
      <w:tr w:rsidR="00377113" w:rsidRPr="00B967A9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Strada</w:t>
            </w:r>
          </w:p>
          <w:p w14:paraId="255C5EF4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63B36D30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7570AD44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7EB3F9F1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Sc.</w:t>
            </w:r>
          </w:p>
          <w:p w14:paraId="598896A6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68084122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Et.</w:t>
            </w:r>
          </w:p>
          <w:p w14:paraId="1FB7A599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635895CD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Ap.</w:t>
            </w:r>
          </w:p>
          <w:p w14:paraId="5877D4A7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0825FC30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 xml:space="preserve">Cod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5B31A664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Țara</w:t>
            </w:r>
            <w:proofErr w:type="spellEnd"/>
          </w:p>
          <w:p w14:paraId="1AC94237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</w:tr>
      <w:tr w:rsidR="00377113" w:rsidRPr="00B967A9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sz w:val="16"/>
              </w:rPr>
              <w:t xml:space="preserve"> Date de contact</w:t>
            </w:r>
          </w:p>
        </w:tc>
      </w:tr>
      <w:tr w:rsidR="00377113" w:rsidRPr="00B967A9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Pr="00B967A9" w:rsidRDefault="00DD26A9">
            <w:pPr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Telefon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</w:rPr>
              <w:t xml:space="preserve"> / fax</w:t>
            </w:r>
          </w:p>
          <w:p w14:paraId="488DB23E" w14:textId="77777777" w:rsidR="00377113" w:rsidRPr="00B967A9" w:rsidRDefault="00377113">
            <w:pPr>
              <w:rPr>
                <w:rFonts w:ascii="Calibri" w:hAnsi="Calibri" w:cs="Calibri"/>
              </w:rPr>
            </w:pPr>
          </w:p>
        </w:tc>
        <w:tc>
          <w:tcPr>
            <w:tcW w:w="5621" w:type="dxa"/>
            <w:gridSpan w:val="5"/>
          </w:tcPr>
          <w:p w14:paraId="7EFBC837" w14:textId="77777777" w:rsidR="00377113" w:rsidRPr="00B967A9" w:rsidRDefault="00DD26A9">
            <w:pPr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E-mail</w:t>
            </w:r>
          </w:p>
          <w:p w14:paraId="1C3CE210" w14:textId="77777777" w:rsidR="00377113" w:rsidRPr="00B967A9" w:rsidRDefault="00377113">
            <w:pPr>
              <w:rPr>
                <w:rFonts w:ascii="Calibri" w:hAnsi="Calibri" w:cs="Calibri"/>
              </w:rPr>
            </w:pPr>
          </w:p>
        </w:tc>
      </w:tr>
    </w:tbl>
    <w:p w14:paraId="6E863ACA" w14:textId="77777777" w:rsidR="00377113" w:rsidRPr="00B967A9" w:rsidRDefault="00377113">
      <w:pPr>
        <w:spacing w:line="168" w:lineRule="auto"/>
        <w:rPr>
          <w:rFonts w:ascii="Calibri" w:hAnsi="Calibri" w:cs="Calibri"/>
        </w:rPr>
      </w:pPr>
    </w:p>
    <w:p w14:paraId="2E8A375E" w14:textId="77777777" w:rsidR="00377113" w:rsidRPr="00B967A9" w:rsidRDefault="00DD26A9">
      <w:pPr>
        <w:spacing w:before="80" w:after="60"/>
        <w:jc w:val="center"/>
        <w:rPr>
          <w:rFonts w:ascii="Calibri" w:hAnsi="Calibri" w:cs="Calibri"/>
        </w:rPr>
      </w:pPr>
      <w:proofErr w:type="spellStart"/>
      <w:r w:rsidRPr="00B967A9">
        <w:rPr>
          <w:rFonts w:ascii="Calibri" w:hAnsi="Calibri" w:cs="Calibri"/>
          <w:sz w:val="18"/>
        </w:rPr>
        <w:t>în</w:t>
      </w:r>
      <w:proofErr w:type="spellEnd"/>
      <w:r w:rsidRPr="00B967A9">
        <w:rPr>
          <w:rFonts w:ascii="Calibri" w:hAnsi="Calibri" w:cs="Calibri"/>
          <w:sz w:val="18"/>
        </w:rPr>
        <w:t xml:space="preserve"> </w:t>
      </w:r>
      <w:proofErr w:type="spellStart"/>
      <w:r w:rsidRPr="00B967A9">
        <w:rPr>
          <w:rFonts w:ascii="Calibri" w:hAnsi="Calibri" w:cs="Calibri"/>
          <w:sz w:val="18"/>
        </w:rPr>
        <w:t>temeiul</w:t>
      </w:r>
      <w:proofErr w:type="spellEnd"/>
      <w:r w:rsidRPr="00B967A9">
        <w:rPr>
          <w:rFonts w:ascii="Calibri" w:hAnsi="Calibri" w:cs="Calibri"/>
          <w:sz w:val="18"/>
        </w:rPr>
        <w:t xml:space="preserve"> art. 257 </w:t>
      </w:r>
      <w:proofErr w:type="spellStart"/>
      <w:r w:rsidRPr="00B967A9">
        <w:rPr>
          <w:rFonts w:ascii="Calibri" w:hAnsi="Calibri" w:cs="Calibri"/>
          <w:sz w:val="18"/>
        </w:rPr>
        <w:t>alin</w:t>
      </w:r>
      <w:proofErr w:type="spellEnd"/>
      <w:r w:rsidRPr="00B967A9">
        <w:rPr>
          <w:rFonts w:ascii="Calibri" w:hAnsi="Calibri" w:cs="Calibri"/>
          <w:sz w:val="18"/>
        </w:rPr>
        <w:t xml:space="preserve">. (17) din Legea nr. 169/2026 </w:t>
      </w:r>
      <w:proofErr w:type="spellStart"/>
      <w:r w:rsidRPr="00B967A9">
        <w:rPr>
          <w:rFonts w:ascii="Calibri" w:hAnsi="Calibri" w:cs="Calibri"/>
          <w:sz w:val="18"/>
        </w:rPr>
        <w:t>privind</w:t>
      </w:r>
      <w:proofErr w:type="spellEnd"/>
      <w:r w:rsidRPr="00B967A9">
        <w:rPr>
          <w:rFonts w:ascii="Calibri" w:hAnsi="Calibri" w:cs="Calibri"/>
          <w:sz w:val="18"/>
        </w:rPr>
        <w:t xml:space="preserve"> </w:t>
      </w:r>
      <w:proofErr w:type="spellStart"/>
      <w:r w:rsidRPr="00B967A9">
        <w:rPr>
          <w:rFonts w:ascii="Calibri" w:hAnsi="Calibri" w:cs="Calibri"/>
          <w:sz w:val="18"/>
        </w:rPr>
        <w:t>Codul</w:t>
      </w:r>
      <w:proofErr w:type="spellEnd"/>
      <w:r w:rsidRPr="00B967A9">
        <w:rPr>
          <w:rFonts w:ascii="Calibri" w:hAnsi="Calibri" w:cs="Calibri"/>
          <w:sz w:val="18"/>
        </w:rPr>
        <w:t xml:space="preserve"> </w:t>
      </w:r>
      <w:proofErr w:type="spellStart"/>
      <w:r w:rsidRPr="00B967A9">
        <w:rPr>
          <w:rFonts w:ascii="Calibri" w:hAnsi="Calibri" w:cs="Calibri"/>
          <w:sz w:val="18"/>
        </w:rPr>
        <w:t>amenajării</w:t>
      </w:r>
      <w:proofErr w:type="spellEnd"/>
      <w:r w:rsidRPr="00B967A9">
        <w:rPr>
          <w:rFonts w:ascii="Calibri" w:hAnsi="Calibri" w:cs="Calibri"/>
          <w:sz w:val="18"/>
        </w:rPr>
        <w:t xml:space="preserve"> </w:t>
      </w:r>
      <w:proofErr w:type="spellStart"/>
      <w:r w:rsidRPr="00B967A9">
        <w:rPr>
          <w:rFonts w:ascii="Calibri" w:hAnsi="Calibri" w:cs="Calibri"/>
          <w:sz w:val="18"/>
        </w:rPr>
        <w:t>teritoriului</w:t>
      </w:r>
      <w:proofErr w:type="spellEnd"/>
      <w:r w:rsidRPr="00B967A9">
        <w:rPr>
          <w:rFonts w:ascii="Calibri" w:hAnsi="Calibri" w:cs="Calibri"/>
          <w:sz w:val="18"/>
        </w:rPr>
        <w:t xml:space="preserve">, </w:t>
      </w:r>
      <w:proofErr w:type="spellStart"/>
      <w:r w:rsidRPr="00B967A9">
        <w:rPr>
          <w:rFonts w:ascii="Calibri" w:hAnsi="Calibri" w:cs="Calibri"/>
          <w:sz w:val="18"/>
        </w:rPr>
        <w:t>urbanismului</w:t>
      </w:r>
      <w:proofErr w:type="spellEnd"/>
      <w:r w:rsidRPr="00B967A9">
        <w:rPr>
          <w:rFonts w:ascii="Calibri" w:hAnsi="Calibri" w:cs="Calibri"/>
          <w:sz w:val="18"/>
        </w:rPr>
        <w:t xml:space="preserve"> </w:t>
      </w:r>
      <w:proofErr w:type="spellStart"/>
      <w:r w:rsidRPr="00B967A9">
        <w:rPr>
          <w:rFonts w:ascii="Calibri" w:hAnsi="Calibri" w:cs="Calibri"/>
          <w:sz w:val="18"/>
        </w:rPr>
        <w:t>și</w:t>
      </w:r>
      <w:proofErr w:type="spellEnd"/>
      <w:r w:rsidRPr="00B967A9">
        <w:rPr>
          <w:rFonts w:ascii="Calibri" w:hAnsi="Calibri" w:cs="Calibri"/>
          <w:sz w:val="18"/>
        </w:rPr>
        <w:t xml:space="preserve"> </w:t>
      </w:r>
      <w:proofErr w:type="spellStart"/>
      <w:r w:rsidRPr="00B967A9">
        <w:rPr>
          <w:rFonts w:ascii="Calibri" w:hAnsi="Calibri" w:cs="Calibri"/>
          <w:sz w:val="18"/>
        </w:rPr>
        <w:t>construcțiilor</w:t>
      </w:r>
      <w:proofErr w:type="spellEnd"/>
      <w:r w:rsidRPr="00B967A9">
        <w:rPr>
          <w:rFonts w:ascii="Calibri" w:hAnsi="Calibri" w:cs="Calibri"/>
          <w:sz w:val="18"/>
        </w:rPr>
        <w:t>,</w:t>
      </w:r>
    </w:p>
    <w:p w14:paraId="21143514" w14:textId="77777777" w:rsidR="00004412" w:rsidRPr="00B967A9" w:rsidRDefault="00DD26A9">
      <w:pPr>
        <w:spacing w:before="80" w:after="60"/>
        <w:jc w:val="center"/>
        <w:rPr>
          <w:rFonts w:ascii="Calibri" w:hAnsi="Calibri" w:cs="Calibri"/>
          <w:b/>
          <w:color w:val="000000"/>
          <w:sz w:val="18"/>
          <w:lang w:val="fr-FR"/>
        </w:rPr>
      </w:pPr>
      <w:proofErr w:type="spellStart"/>
      <w:proofErr w:type="gramStart"/>
      <w:r w:rsidRPr="00B967A9">
        <w:rPr>
          <w:rFonts w:ascii="Calibri" w:hAnsi="Calibri" w:cs="Calibri"/>
          <w:sz w:val="18"/>
          <w:lang w:val="fr-FR"/>
        </w:rPr>
        <w:t>solicit</w:t>
      </w:r>
      <w:proofErr w:type="spellEnd"/>
      <w:proofErr w:type="gramEnd"/>
      <w:r w:rsidRPr="00B967A9">
        <w:rPr>
          <w:rFonts w:ascii="Calibri" w:hAnsi="Calibri" w:cs="Calibri"/>
          <w:sz w:val="18"/>
          <w:lang w:val="fr-FR"/>
        </w:rPr>
        <w:t xml:space="preserve"> </w:t>
      </w:r>
      <w:proofErr w:type="spellStart"/>
      <w:r w:rsidRPr="00B967A9">
        <w:rPr>
          <w:rFonts w:ascii="Calibri" w:hAnsi="Calibri" w:cs="Calibri"/>
          <w:sz w:val="18"/>
          <w:lang w:val="fr-FR"/>
        </w:rPr>
        <w:t>prelungirea</w:t>
      </w:r>
      <w:proofErr w:type="spellEnd"/>
      <w:r w:rsidRPr="00B967A9">
        <w:rPr>
          <w:rFonts w:ascii="Calibri" w:hAnsi="Calibri" w:cs="Calibri"/>
          <w:sz w:val="18"/>
          <w:lang w:val="fr-FR"/>
        </w:rPr>
        <w:t xml:space="preserve"> </w:t>
      </w:r>
      <w:proofErr w:type="spellStart"/>
      <w:r w:rsidRPr="00B967A9">
        <w:rPr>
          <w:rFonts w:ascii="Calibri" w:hAnsi="Calibri" w:cs="Calibri"/>
          <w:sz w:val="18"/>
          <w:lang w:val="fr-FR"/>
        </w:rPr>
        <w:t>valabilității</w:t>
      </w:r>
      <w:proofErr w:type="spellEnd"/>
      <w:r w:rsidR="00004412" w:rsidRPr="00B967A9">
        <w:rPr>
          <w:rFonts w:ascii="Calibri" w:hAnsi="Calibri" w:cs="Calibri"/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B967A9" w:rsidRDefault="00004412">
      <w:pPr>
        <w:spacing w:before="80" w:after="60"/>
        <w:jc w:val="center"/>
        <w:rPr>
          <w:rFonts w:ascii="Calibri" w:hAnsi="Calibri" w:cs="Calibri"/>
          <w:sz w:val="20"/>
          <w:szCs w:val="20"/>
          <w:lang w:val="fr-FR"/>
        </w:rPr>
      </w:pPr>
      <w:r w:rsidRPr="00B967A9">
        <w:rPr>
          <w:rFonts w:ascii="Calibri" w:hAnsi="Calibri" w:cs="Calibri"/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:rsidRPr="00B967A9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1491A8A0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32FEB634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Din data</w:t>
            </w:r>
          </w:p>
          <w:p w14:paraId="70A0A594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5621" w:type="dxa"/>
            <w:gridSpan w:val="2"/>
          </w:tcPr>
          <w:p w14:paraId="5DFD23E9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Emis de</w:t>
            </w:r>
          </w:p>
          <w:p w14:paraId="5357994E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</w:tr>
      <w:tr w:rsidR="00377113" w:rsidRPr="00B967A9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Pr="00B967A9" w:rsidRDefault="00DD26A9">
            <w:pPr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Prelungirea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solicitată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</w:rPr>
              <w:t xml:space="preserve"> — de la data</w:t>
            </w:r>
          </w:p>
          <w:p w14:paraId="073435BA" w14:textId="77777777" w:rsidR="00377113" w:rsidRPr="00B967A9" w:rsidRDefault="00377113">
            <w:pPr>
              <w:rPr>
                <w:rFonts w:ascii="Calibri" w:hAnsi="Calibri" w:cs="Calibri"/>
              </w:rPr>
            </w:pPr>
          </w:p>
        </w:tc>
        <w:tc>
          <w:tcPr>
            <w:tcW w:w="4818" w:type="dxa"/>
          </w:tcPr>
          <w:p w14:paraId="78FDD7CA" w14:textId="77777777" w:rsidR="00377113" w:rsidRPr="00B967A9" w:rsidRDefault="00DD26A9">
            <w:pPr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până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</w:rPr>
              <w:t xml:space="preserve"> la data</w:t>
            </w:r>
          </w:p>
          <w:p w14:paraId="3D4C5B91" w14:textId="77777777" w:rsidR="00377113" w:rsidRPr="00B967A9" w:rsidRDefault="00377113">
            <w:pPr>
              <w:rPr>
                <w:rFonts w:ascii="Calibri" w:hAnsi="Calibri" w:cs="Calibri"/>
              </w:rPr>
            </w:pPr>
          </w:p>
        </w:tc>
      </w:tr>
    </w:tbl>
    <w:p w14:paraId="7B9769F8" w14:textId="77777777" w:rsidR="00377113" w:rsidRPr="00B967A9" w:rsidRDefault="00377113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:rsidRPr="00B967A9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sz w:val="16"/>
              </w:rPr>
              <w:t xml:space="preserve"> 4. </w:t>
            </w:r>
            <w:r w:rsidRPr="00B967A9">
              <w:rPr>
                <w:rFonts w:ascii="Calibri" w:hAnsi="Calibri" w:cs="Calibri"/>
                <w:b/>
                <w:color w:val="000000"/>
                <w:sz w:val="18"/>
              </w:rPr>
              <w:t>IMOBILUL</w:t>
            </w:r>
          </w:p>
        </w:tc>
      </w:tr>
      <w:tr w:rsidR="00377113" w:rsidRPr="00B967A9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sz w:val="16"/>
              </w:rPr>
              <w:t xml:space="preserve"> </w:t>
            </w:r>
            <w:r w:rsidRPr="00B967A9">
              <w:rPr>
                <w:rFonts w:ascii="Segoe UI Symbol" w:hAnsi="Segoe UI Symbol" w:cs="Segoe UI Symbol"/>
                <w:sz w:val="16"/>
              </w:rPr>
              <w:t>☐</w:t>
            </w:r>
            <w:r w:rsidRPr="00B967A9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sz w:val="16"/>
              </w:rPr>
              <w:t>teren</w:t>
            </w:r>
            <w:proofErr w:type="spellEnd"/>
            <w:r w:rsidRPr="00B967A9">
              <w:rPr>
                <w:rFonts w:ascii="Calibri" w:hAnsi="Calibri" w:cs="Calibri"/>
                <w:sz w:val="16"/>
              </w:rPr>
              <w:t xml:space="preserve">     </w:t>
            </w:r>
            <w:r w:rsidRPr="00B967A9">
              <w:rPr>
                <w:rFonts w:ascii="Segoe UI Symbol" w:hAnsi="Segoe UI Symbol" w:cs="Segoe UI Symbol"/>
                <w:sz w:val="16"/>
              </w:rPr>
              <w:t>☐</w:t>
            </w:r>
            <w:r w:rsidRPr="00B967A9">
              <w:rPr>
                <w:rFonts w:ascii="Calibri" w:hAnsi="Calibri" w:cs="Calibri"/>
                <w:sz w:val="16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sz w:val="16"/>
              </w:rPr>
              <w:t>construcții</w:t>
            </w:r>
            <w:proofErr w:type="spellEnd"/>
          </w:p>
        </w:tc>
      </w:tr>
      <w:tr w:rsidR="00377113" w:rsidRPr="00B967A9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Județ</w:t>
            </w:r>
            <w:proofErr w:type="spellEnd"/>
          </w:p>
          <w:p w14:paraId="545515E0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5F352457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Municipiu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</w:rPr>
              <w:t xml:space="preserve"> /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oraș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</w:rPr>
              <w:t xml:space="preserve"> /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comună</w:t>
            </w:r>
            <w:proofErr w:type="spellEnd"/>
          </w:p>
          <w:p w14:paraId="14C00203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2519EFDA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Sat / sector</w:t>
            </w:r>
          </w:p>
          <w:p w14:paraId="6F1351F6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</w:tr>
      <w:tr w:rsidR="00377113" w:rsidRPr="00B967A9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 xml:space="preserve">Cod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818" w:type="dxa"/>
            <w:gridSpan w:val="3"/>
          </w:tcPr>
          <w:p w14:paraId="4A8D120C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Strada</w:t>
            </w:r>
          </w:p>
          <w:p w14:paraId="20FA361F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39FAFBFC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6CA1B947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134DC49E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Bl. / sc. / et. / ap.</w:t>
            </w:r>
          </w:p>
          <w:p w14:paraId="297CA390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</w:tr>
      <w:tr w:rsidR="00377113" w:rsidRPr="00B967A9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B967A9" w:rsidRDefault="00DD26A9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  <w:lang w:val="fr-FR"/>
              </w:rPr>
              <w:t>Număr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B967A9" w:rsidRDefault="00DD26A9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proofErr w:type="gramStart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>imobilul</w:t>
            </w:r>
            <w:proofErr w:type="spellEnd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 xml:space="preserve"> e </w:t>
            </w:r>
            <w:proofErr w:type="spellStart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>înscris</w:t>
            </w:r>
            <w:proofErr w:type="spellEnd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>în</w:t>
            </w:r>
            <w:proofErr w:type="spellEnd"/>
            <w:r w:rsidRPr="00B967A9">
              <w:rPr>
                <w:rFonts w:ascii="Calibri" w:hAnsi="Calibri" w:cs="Calibri"/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B967A9" w:rsidRDefault="00377113">
            <w:pPr>
              <w:keepNext/>
              <w:rPr>
                <w:rFonts w:ascii="Calibri" w:hAnsi="Calibri" w:cs="Calibri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 xml:space="preserve">Carte </w:t>
            </w: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funciară</w:t>
            </w:r>
            <w:proofErr w:type="spellEnd"/>
            <w:r w:rsidRPr="00B967A9">
              <w:rPr>
                <w:rFonts w:ascii="Calibri" w:hAnsi="Calibri" w:cs="Calibri"/>
                <w:b/>
                <w:color w:val="0D5F78"/>
              </w:rPr>
              <w:t xml:space="preserve"> nr.</w:t>
            </w:r>
          </w:p>
          <w:p w14:paraId="0636B066" w14:textId="77777777" w:rsidR="00377113" w:rsidRPr="00B967A9" w:rsidRDefault="00377113">
            <w:pPr>
              <w:keepNext/>
              <w:rPr>
                <w:rFonts w:ascii="Calibri" w:hAnsi="Calibri" w:cs="Calibri"/>
              </w:rPr>
            </w:pPr>
          </w:p>
        </w:tc>
      </w:tr>
    </w:tbl>
    <w:p w14:paraId="2A5FFFCA" w14:textId="77777777" w:rsidR="00377113" w:rsidRPr="00B967A9" w:rsidRDefault="00377113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:rsidRPr="00B967A9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sz w:val="16"/>
              </w:rPr>
              <w:t xml:space="preserve"> 5. </w:t>
            </w:r>
            <w:r w:rsidRPr="00B967A9">
              <w:rPr>
                <w:rFonts w:ascii="Calibri" w:hAnsi="Calibri" w:cs="Calibri"/>
                <w:b/>
                <w:color w:val="000000"/>
                <w:sz w:val="18"/>
              </w:rPr>
              <w:t>SE ANEXEAZĂ</w:t>
            </w:r>
          </w:p>
        </w:tc>
      </w:tr>
      <w:tr w:rsidR="00377113" w:rsidRPr="00B967A9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B967A9" w:rsidRDefault="00DD26A9">
            <w:pPr>
              <w:rPr>
                <w:rFonts w:ascii="Calibri" w:hAnsi="Calibri" w:cs="Calibri"/>
                <w:lang w:val="fr-FR"/>
              </w:rPr>
            </w:pPr>
            <w:r w:rsidRPr="00B967A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r w:rsidRPr="00B967A9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B967A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sz w:val="16"/>
                <w:lang w:val="fr-FR"/>
              </w:rPr>
              <w:t>certificatul</w:t>
            </w:r>
            <w:proofErr w:type="spellEnd"/>
            <w:r w:rsidRPr="00B967A9">
              <w:rPr>
                <w:rFonts w:ascii="Calibri" w:hAnsi="Calibri" w:cs="Calibri"/>
                <w:sz w:val="16"/>
                <w:lang w:val="fr-FR"/>
              </w:rPr>
              <w:t xml:space="preserve"> de </w:t>
            </w:r>
            <w:proofErr w:type="spellStart"/>
            <w:r w:rsidRPr="00B967A9">
              <w:rPr>
                <w:rFonts w:ascii="Calibri" w:hAnsi="Calibri" w:cs="Calibri"/>
                <w:sz w:val="16"/>
                <w:lang w:val="fr-FR"/>
              </w:rPr>
              <w:t>urbanism</w:t>
            </w:r>
            <w:proofErr w:type="spellEnd"/>
            <w:r w:rsidRPr="00B967A9">
              <w:rPr>
                <w:rFonts w:ascii="Calibri" w:hAnsi="Calibri" w:cs="Calibri"/>
                <w:sz w:val="16"/>
                <w:lang w:val="fr-FR"/>
              </w:rPr>
              <w:t xml:space="preserve"> (</w:t>
            </w:r>
            <w:proofErr w:type="spellStart"/>
            <w:r w:rsidRPr="00B967A9">
              <w:rPr>
                <w:rFonts w:ascii="Calibri" w:hAnsi="Calibri" w:cs="Calibri"/>
                <w:sz w:val="16"/>
                <w:lang w:val="fr-FR"/>
              </w:rPr>
              <w:t>în</w:t>
            </w:r>
            <w:proofErr w:type="spellEnd"/>
            <w:r w:rsidRPr="00B967A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gramStart"/>
            <w:r w:rsidRPr="00B967A9">
              <w:rPr>
                <w:rFonts w:ascii="Calibri" w:hAnsi="Calibri" w:cs="Calibri"/>
                <w:sz w:val="16"/>
                <w:lang w:val="fr-FR"/>
              </w:rPr>
              <w:t xml:space="preserve">original)   </w:t>
            </w:r>
            <w:proofErr w:type="gramEnd"/>
            <w:r w:rsidRPr="00B967A9">
              <w:rPr>
                <w:rFonts w:ascii="Calibri" w:hAnsi="Calibri" w:cs="Calibri"/>
                <w:sz w:val="16"/>
                <w:lang w:val="fr-FR"/>
              </w:rPr>
              <w:t xml:space="preserve">  </w:t>
            </w:r>
            <w:r w:rsidRPr="00B967A9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B967A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sz w:val="16"/>
                <w:lang w:val="fr-FR"/>
              </w:rPr>
              <w:t>documentul</w:t>
            </w:r>
            <w:proofErr w:type="spellEnd"/>
            <w:r w:rsidRPr="00B967A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sz w:val="16"/>
                <w:lang w:val="fr-FR"/>
              </w:rPr>
              <w:t>privind</w:t>
            </w:r>
            <w:proofErr w:type="spellEnd"/>
            <w:r w:rsidRPr="00B967A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sz w:val="16"/>
                <w:lang w:val="fr-FR"/>
              </w:rPr>
              <w:t>achitarea</w:t>
            </w:r>
            <w:proofErr w:type="spellEnd"/>
            <w:r w:rsidRPr="00B967A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B967A9">
              <w:rPr>
                <w:rFonts w:ascii="Calibri" w:hAnsi="Calibri" w:cs="Calibri"/>
                <w:sz w:val="16"/>
                <w:lang w:val="fr-FR"/>
              </w:rPr>
              <w:t>taxei</w:t>
            </w:r>
            <w:proofErr w:type="spellEnd"/>
            <w:r w:rsidRPr="00B967A9">
              <w:rPr>
                <w:rFonts w:ascii="Calibri" w:hAnsi="Calibri" w:cs="Calibri"/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B967A9" w:rsidRDefault="00377113">
      <w:pPr>
        <w:spacing w:line="168" w:lineRule="auto"/>
        <w:rPr>
          <w:rFonts w:ascii="Calibri" w:hAnsi="Calibri" w:cs="Calibr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:rsidRPr="00B967A9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Pr="00B967A9" w:rsidRDefault="00DD26A9">
            <w:pPr>
              <w:keepNext/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sz w:val="16"/>
                <w:lang w:val="fr-FR"/>
              </w:rPr>
              <w:t xml:space="preserve"> </w:t>
            </w:r>
            <w:r w:rsidRPr="00B967A9">
              <w:rPr>
                <w:rFonts w:ascii="Calibri" w:hAnsi="Calibri" w:cs="Calibri"/>
                <w:b/>
                <w:sz w:val="16"/>
              </w:rPr>
              <w:t xml:space="preserve">6. </w:t>
            </w:r>
            <w:r w:rsidRPr="00B967A9">
              <w:rPr>
                <w:rFonts w:ascii="Calibri" w:hAnsi="Calibri" w:cs="Calibri"/>
                <w:b/>
                <w:color w:val="000000"/>
                <w:sz w:val="18"/>
              </w:rPr>
              <w:t>DATA ȘI SEMNĂTURA</w:t>
            </w:r>
          </w:p>
        </w:tc>
      </w:tr>
      <w:tr w:rsidR="00377113" w:rsidRPr="00B967A9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Pr="00B967A9" w:rsidRDefault="00DD26A9">
            <w:pPr>
              <w:rPr>
                <w:rFonts w:ascii="Calibri" w:hAnsi="Calibri" w:cs="Calibri"/>
              </w:rPr>
            </w:pPr>
            <w:r w:rsidRPr="00B967A9">
              <w:rPr>
                <w:rFonts w:ascii="Calibri" w:hAnsi="Calibri" w:cs="Calibri"/>
                <w:b/>
                <w:color w:val="0D5F78"/>
              </w:rPr>
              <w:t>Data</w:t>
            </w:r>
          </w:p>
          <w:p w14:paraId="6A45905A" w14:textId="77777777" w:rsidR="00377113" w:rsidRPr="00B967A9" w:rsidRDefault="00377113">
            <w:pPr>
              <w:rPr>
                <w:rFonts w:ascii="Calibri" w:hAnsi="Calibri" w:cs="Calibri"/>
              </w:rPr>
            </w:pPr>
          </w:p>
        </w:tc>
        <w:tc>
          <w:tcPr>
            <w:tcW w:w="4818" w:type="dxa"/>
          </w:tcPr>
          <w:p w14:paraId="09BFB97F" w14:textId="77777777" w:rsidR="00377113" w:rsidRPr="00B967A9" w:rsidRDefault="00DD26A9">
            <w:pPr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Pr="00B967A9" w:rsidRDefault="00377113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</w:tcPr>
          <w:p w14:paraId="640F19C7" w14:textId="77777777" w:rsidR="00377113" w:rsidRPr="00B967A9" w:rsidRDefault="00DD26A9">
            <w:pPr>
              <w:rPr>
                <w:rFonts w:ascii="Calibri" w:hAnsi="Calibri" w:cs="Calibri"/>
              </w:rPr>
            </w:pPr>
            <w:proofErr w:type="spellStart"/>
            <w:r w:rsidRPr="00B967A9">
              <w:rPr>
                <w:rFonts w:ascii="Calibri" w:hAnsi="Calibri" w:cs="Calibri"/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Pr="00B967A9" w:rsidRDefault="00377113">
            <w:pPr>
              <w:rPr>
                <w:rFonts w:ascii="Calibri" w:hAnsi="Calibri" w:cs="Calibri"/>
              </w:rPr>
            </w:pPr>
          </w:p>
        </w:tc>
      </w:tr>
    </w:tbl>
    <w:p w14:paraId="2943DD2B" w14:textId="77777777" w:rsidR="00377113" w:rsidRPr="00B967A9" w:rsidRDefault="00377113">
      <w:pPr>
        <w:spacing w:line="168" w:lineRule="auto"/>
        <w:rPr>
          <w:rFonts w:ascii="Calibri" w:hAnsi="Calibri" w:cs="Calibri"/>
        </w:rPr>
      </w:pPr>
    </w:p>
    <w:sectPr w:rsidR="00377113" w:rsidRPr="00B967A9" w:rsidSect="00E41B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54" w:left="1134" w:header="525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137EF" w14:textId="77777777" w:rsidR="003E766E" w:rsidRDefault="003E766E">
      <w:r>
        <w:separator/>
      </w:r>
    </w:p>
  </w:endnote>
  <w:endnote w:type="continuationSeparator" w:id="0">
    <w:p w14:paraId="5A349CA6" w14:textId="77777777" w:rsidR="003E766E" w:rsidRDefault="003E7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9B2AD" w14:textId="77777777" w:rsidR="00B967A9" w:rsidRDefault="00B967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Pr="00B967A9" w:rsidRDefault="00DD26A9">
    <w:pPr>
      <w:pStyle w:val="Footer"/>
      <w:tabs>
        <w:tab w:val="right" w:pos="9639"/>
      </w:tabs>
      <w:rPr>
        <w:rFonts w:asciiTheme="majorHAnsi" w:hAnsiTheme="majorHAnsi" w:cstheme="majorHAnsi"/>
        <w:sz w:val="14"/>
        <w:szCs w:val="14"/>
      </w:rPr>
    </w:pPr>
    <w:r w:rsidRPr="00B967A9">
      <w:rPr>
        <w:rFonts w:asciiTheme="majorHAnsi" w:hAnsiTheme="majorHAnsi" w:cstheme="majorHAnsi"/>
        <w:color w:val="595959"/>
        <w:sz w:val="14"/>
        <w:szCs w:val="14"/>
      </w:rPr>
      <w:t xml:space="preserve">F_CU_03 · </w:t>
    </w:r>
    <w:proofErr w:type="spellStart"/>
    <w:r w:rsidRPr="00B967A9">
      <w:rPr>
        <w:rFonts w:asciiTheme="majorHAnsi" w:hAnsiTheme="majorHAnsi" w:cstheme="majorHAnsi"/>
        <w:color w:val="595959"/>
        <w:sz w:val="14"/>
        <w:szCs w:val="14"/>
      </w:rPr>
      <w:t>versiunea</w:t>
    </w:r>
    <w:proofErr w:type="spellEnd"/>
    <w:r w:rsidRPr="00B967A9">
      <w:rPr>
        <w:rFonts w:asciiTheme="majorHAnsi" w:hAnsiTheme="majorHAnsi" w:cstheme="majorHAnsi"/>
        <w:color w:val="595959"/>
        <w:sz w:val="14"/>
        <w:szCs w:val="14"/>
      </w:rPr>
      <w:t xml:space="preserve"> 1.0</w:t>
    </w:r>
    <w:r w:rsidRPr="00B967A9">
      <w:rPr>
        <w:rFonts w:asciiTheme="majorHAnsi" w:hAnsiTheme="majorHAnsi" w:cstheme="majorHAnsi"/>
        <w:color w:val="595959"/>
        <w:sz w:val="14"/>
        <w:szCs w:val="14"/>
      </w:rPr>
      <w:tab/>
    </w:r>
    <w:proofErr w:type="spellStart"/>
    <w:r w:rsidRPr="00B967A9">
      <w:rPr>
        <w:rFonts w:asciiTheme="majorHAnsi" w:hAnsiTheme="majorHAnsi" w:cstheme="majorHAnsi"/>
        <w:color w:val="595959"/>
        <w:sz w:val="14"/>
        <w:szCs w:val="14"/>
      </w:rPr>
      <w:t>pagina</w:t>
    </w:r>
    <w:proofErr w:type="spellEnd"/>
    <w:r w:rsidRPr="00B967A9">
      <w:rPr>
        <w:rFonts w:asciiTheme="majorHAnsi" w:hAnsiTheme="majorHAnsi" w:cstheme="majorHAnsi"/>
        <w:color w:val="595959"/>
        <w:sz w:val="14"/>
        <w:szCs w:val="14"/>
      </w:rPr>
      <w:t xml:space="preserve"> </w:t>
    </w:r>
    <w:r w:rsidRPr="00B967A9">
      <w:rPr>
        <w:rFonts w:asciiTheme="majorHAnsi" w:hAnsiTheme="majorHAnsi" w:cstheme="majorHAnsi"/>
        <w:color w:val="595959"/>
        <w:sz w:val="14"/>
        <w:szCs w:val="14"/>
      </w:rPr>
      <w:fldChar w:fldCharType="begin"/>
    </w:r>
    <w:r w:rsidRPr="00B967A9">
      <w:rPr>
        <w:rFonts w:asciiTheme="majorHAnsi" w:hAnsiTheme="majorHAnsi" w:cstheme="majorHAnsi"/>
        <w:color w:val="595959"/>
        <w:sz w:val="14"/>
        <w:szCs w:val="14"/>
      </w:rPr>
      <w:instrText xml:space="preserve"> PAGE </w:instrText>
    </w:r>
    <w:r w:rsidRPr="00B967A9">
      <w:rPr>
        <w:rFonts w:asciiTheme="majorHAnsi" w:hAnsiTheme="majorHAnsi" w:cstheme="majorHAnsi"/>
        <w:color w:val="595959"/>
        <w:sz w:val="14"/>
        <w:szCs w:val="14"/>
      </w:rPr>
      <w:fldChar w:fldCharType="separate"/>
    </w:r>
    <w:r w:rsidR="00343BBA" w:rsidRPr="00B967A9">
      <w:rPr>
        <w:rFonts w:asciiTheme="majorHAnsi" w:hAnsiTheme="majorHAnsi" w:cstheme="majorHAnsi"/>
        <w:noProof/>
        <w:color w:val="595959"/>
        <w:sz w:val="14"/>
        <w:szCs w:val="14"/>
      </w:rPr>
      <w:t>1</w:t>
    </w:r>
    <w:r w:rsidRPr="00B967A9">
      <w:rPr>
        <w:rFonts w:asciiTheme="majorHAnsi" w:hAnsiTheme="majorHAnsi" w:cstheme="majorHAnsi"/>
        <w:color w:val="595959"/>
        <w:sz w:val="14"/>
        <w:szCs w:val="14"/>
      </w:rPr>
      <w:fldChar w:fldCharType="end"/>
    </w:r>
    <w:r w:rsidRPr="00B967A9">
      <w:rPr>
        <w:rFonts w:asciiTheme="majorHAnsi" w:hAnsiTheme="majorHAnsi" w:cstheme="majorHAnsi"/>
        <w:color w:val="595959"/>
        <w:sz w:val="14"/>
        <w:szCs w:val="14"/>
      </w:rPr>
      <w:t xml:space="preserve"> din </w:t>
    </w:r>
    <w:r w:rsidRPr="00B967A9">
      <w:rPr>
        <w:rFonts w:asciiTheme="majorHAnsi" w:hAnsiTheme="majorHAnsi" w:cstheme="majorHAnsi"/>
        <w:color w:val="595959"/>
        <w:sz w:val="14"/>
        <w:szCs w:val="14"/>
      </w:rPr>
      <w:fldChar w:fldCharType="begin"/>
    </w:r>
    <w:r w:rsidRPr="00B967A9">
      <w:rPr>
        <w:rFonts w:asciiTheme="majorHAnsi" w:hAnsiTheme="majorHAnsi" w:cstheme="majorHAnsi"/>
        <w:color w:val="595959"/>
        <w:sz w:val="14"/>
        <w:szCs w:val="14"/>
      </w:rPr>
      <w:instrText xml:space="preserve"> NUMPAGES </w:instrText>
    </w:r>
    <w:r w:rsidRPr="00B967A9">
      <w:rPr>
        <w:rFonts w:asciiTheme="majorHAnsi" w:hAnsiTheme="majorHAnsi" w:cstheme="majorHAnsi"/>
        <w:color w:val="595959"/>
        <w:sz w:val="14"/>
        <w:szCs w:val="14"/>
      </w:rPr>
      <w:fldChar w:fldCharType="separate"/>
    </w:r>
    <w:r w:rsidR="00343BBA" w:rsidRPr="00B967A9">
      <w:rPr>
        <w:rFonts w:asciiTheme="majorHAnsi" w:hAnsiTheme="majorHAnsi" w:cstheme="majorHAnsi"/>
        <w:noProof/>
        <w:color w:val="595959"/>
        <w:sz w:val="14"/>
        <w:szCs w:val="14"/>
      </w:rPr>
      <w:t>1</w:t>
    </w:r>
    <w:r w:rsidRPr="00B967A9">
      <w:rPr>
        <w:rFonts w:asciiTheme="majorHAnsi" w:hAnsiTheme="majorHAnsi" w:cstheme="majorHAnsi"/>
        <w:color w:val="595959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975EE" w14:textId="77777777" w:rsidR="00B967A9" w:rsidRDefault="00B967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D8157" w14:textId="77777777" w:rsidR="003E766E" w:rsidRDefault="003E766E">
      <w:r>
        <w:separator/>
      </w:r>
    </w:p>
  </w:footnote>
  <w:footnote w:type="continuationSeparator" w:id="0">
    <w:p w14:paraId="5338350D" w14:textId="77777777" w:rsidR="003E766E" w:rsidRDefault="003E7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E776C" w14:textId="77777777" w:rsidR="00B967A9" w:rsidRDefault="00B967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96530" w14:textId="48BBDA76" w:rsidR="00E41BB8" w:rsidRPr="00B967A9" w:rsidRDefault="00E41BB8" w:rsidP="00E41BB8">
    <w:pPr>
      <w:pStyle w:val="Header"/>
      <w:rPr>
        <w:rFonts w:ascii="Calibri" w:hAnsi="Calibri" w:cs="Calibri"/>
        <w:b/>
        <w:bCs/>
        <w:i/>
        <w:iCs/>
        <w:color w:val="595959"/>
        <w:sz w:val="14"/>
        <w:szCs w:val="14"/>
        <w:u w:val="single"/>
        <w:lang w:val="pt-BR"/>
      </w:rPr>
    </w:pPr>
    <w:r w:rsidRPr="00B967A9">
      <w:rPr>
        <w:rFonts w:ascii="Calibri" w:hAnsi="Calibri" w:cs="Calibri"/>
        <w:b/>
        <w:bCs/>
        <w:i/>
        <w:iCs/>
        <w:color w:val="595959"/>
        <w:sz w:val="14"/>
        <w:szCs w:val="14"/>
        <w:u w:val="single"/>
        <w:lang w:val="pt-BR"/>
      </w:rPr>
      <w:t xml:space="preserve">Anexa nr.1  </w:t>
    </w:r>
  </w:p>
  <w:p w14:paraId="216BC1AC" w14:textId="600F7A33" w:rsidR="00E41BB8" w:rsidRPr="00B967A9" w:rsidRDefault="00E41BB8" w:rsidP="00E41BB8">
    <w:pPr>
      <w:pStyle w:val="Header"/>
      <w:rPr>
        <w:rFonts w:ascii="Calibri" w:hAnsi="Calibri" w:cs="Calibri"/>
        <w:color w:val="595959"/>
        <w:sz w:val="14"/>
        <w:szCs w:val="14"/>
        <w:lang w:val="pt-BR"/>
      </w:rPr>
    </w:pPr>
    <w:r w:rsidRPr="00B967A9">
      <w:rPr>
        <w:rFonts w:ascii="Calibri" w:hAnsi="Calibri" w:cs="Calibri"/>
        <w:color w:val="595959"/>
        <w:sz w:val="14"/>
        <w:szCs w:val="14"/>
        <w:lang w:val="pt-BR"/>
      </w:rPr>
      <w:t>F_CU_03 Cerere prelungirea valabilității certificatului de urbanism</w:t>
    </w:r>
  </w:p>
  <w:p w14:paraId="6C794FB4" w14:textId="77777777" w:rsidR="00E41BB8" w:rsidRPr="009028CF" w:rsidRDefault="00E41BB8" w:rsidP="00E41BB8">
    <w:pPr>
      <w:pStyle w:val="Header"/>
      <w:rPr>
        <w:b/>
        <w:bCs/>
        <w:color w:val="595959"/>
        <w:sz w:val="14"/>
        <w:szCs w:val="14"/>
        <w:lang w:val="ro-RO"/>
      </w:rPr>
    </w:pPr>
  </w:p>
  <w:p w14:paraId="6CD89E0C" w14:textId="5252ACCB" w:rsidR="00E41BB8" w:rsidRDefault="00E41BB8">
    <w:pPr>
      <w:pStyle w:val="Header"/>
    </w:pPr>
  </w:p>
  <w:p w14:paraId="115A9D82" w14:textId="77777777" w:rsidR="00E41BB8" w:rsidRDefault="00E41B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56F4" w14:textId="77777777" w:rsidR="00B967A9" w:rsidRDefault="00B967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26"/>
    <w:rsid w:val="00004412"/>
    <w:rsid w:val="00030AA0"/>
    <w:rsid w:val="00034616"/>
    <w:rsid w:val="0006063C"/>
    <w:rsid w:val="0015074B"/>
    <w:rsid w:val="00200236"/>
    <w:rsid w:val="00205F1A"/>
    <w:rsid w:val="0029639D"/>
    <w:rsid w:val="00326F90"/>
    <w:rsid w:val="0034124E"/>
    <w:rsid w:val="00343BBA"/>
    <w:rsid w:val="00345CC0"/>
    <w:rsid w:val="00377113"/>
    <w:rsid w:val="003E766E"/>
    <w:rsid w:val="00430E68"/>
    <w:rsid w:val="0053384A"/>
    <w:rsid w:val="005675FC"/>
    <w:rsid w:val="005841B8"/>
    <w:rsid w:val="005D691E"/>
    <w:rsid w:val="0060136C"/>
    <w:rsid w:val="006C103E"/>
    <w:rsid w:val="00736C13"/>
    <w:rsid w:val="00793446"/>
    <w:rsid w:val="007C07B9"/>
    <w:rsid w:val="00885E02"/>
    <w:rsid w:val="008D18A7"/>
    <w:rsid w:val="009414DE"/>
    <w:rsid w:val="00A147C8"/>
    <w:rsid w:val="00A3333E"/>
    <w:rsid w:val="00A75BC0"/>
    <w:rsid w:val="00AA1D8D"/>
    <w:rsid w:val="00B1612F"/>
    <w:rsid w:val="00B47730"/>
    <w:rsid w:val="00B66592"/>
    <w:rsid w:val="00B967A9"/>
    <w:rsid w:val="00CA4B76"/>
    <w:rsid w:val="00CB0664"/>
    <w:rsid w:val="00CD60E9"/>
    <w:rsid w:val="00CF6EF6"/>
    <w:rsid w:val="00DA3B71"/>
    <w:rsid w:val="00DD26A9"/>
    <w:rsid w:val="00E05E69"/>
    <w:rsid w:val="00E41BB8"/>
    <w:rsid w:val="00E834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215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Mirela VLADESCU</cp:lastModifiedBy>
  <cp:revision>17</cp:revision>
  <dcterms:created xsi:type="dcterms:W3CDTF">2013-12-23T23:15:00Z</dcterms:created>
  <dcterms:modified xsi:type="dcterms:W3CDTF">2026-10-16T06:20:00Z</dcterms:modified>
  <cp:category/>
</cp:coreProperties>
</file>