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347"/>
        <w:gridCol w:w="2409"/>
        <w:gridCol w:w="3212"/>
      </w:tblGrid>
      <w:tr w:rsidR="005F0EC3" w:rsidRPr="00ED77DF" w14:paraId="52D6A76F" w14:textId="77777777" w:rsidTr="0049430F">
        <w:trPr>
          <w:cantSplit/>
          <w:trHeight w:val="267"/>
        </w:trPr>
        <w:tc>
          <w:tcPr>
            <w:tcW w:w="1668" w:type="dxa"/>
            <w:vMerge w:val="restart"/>
            <w:vAlign w:val="center"/>
          </w:tcPr>
          <w:p w14:paraId="74D3E301" w14:textId="542C2CD8" w:rsidR="005F0EC3" w:rsidRPr="00ED77DF" w:rsidRDefault="001F5417" w:rsidP="00CF3AF2">
            <w:pPr>
              <w:keepNext/>
              <w:jc w:val="center"/>
              <w:rPr>
                <w:rFonts w:asciiTheme="majorHAnsi" w:hAnsiTheme="majorHAnsi" w:cstheme="majorHAnsi"/>
                <w:i/>
                <w:color w:val="595959"/>
              </w:rPr>
            </w:pPr>
            <w:r>
              <w:rPr>
                <w:rFonts w:asciiTheme="majorHAnsi" w:hAnsiTheme="majorHAnsi" w:cstheme="majorHAnsi"/>
                <w:noProof/>
                <w:lang w:val="ro-RO"/>
              </w:rPr>
              <w:drawing>
                <wp:anchor distT="0" distB="0" distL="114300" distR="114300" simplePos="0" relativeHeight="251658240" behindDoc="0" locked="0" layoutInCell="1" allowOverlap="1" wp14:anchorId="7C6341D9" wp14:editId="151F5189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6985</wp:posOffset>
                  </wp:positionV>
                  <wp:extent cx="910590" cy="1078865"/>
                  <wp:effectExtent l="0" t="0" r="3810" b="6985"/>
                  <wp:wrapNone/>
                  <wp:docPr id="1867689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0EC3" w:rsidRPr="00ED77DF">
              <w:rPr>
                <w:rFonts w:asciiTheme="majorHAnsi" w:hAnsiTheme="majorHAnsi" w:cstheme="majorHAnsi"/>
                <w:noProof/>
                <w:lang w:val="ro-RO"/>
              </w:rPr>
              <w:t xml:space="preserve"> </w:t>
            </w:r>
          </w:p>
          <w:p w14:paraId="7FB885BC" w14:textId="77777777" w:rsidR="005F0EC3" w:rsidRPr="00ED77DF" w:rsidRDefault="005F0EC3" w:rsidP="00CF3AF2">
            <w:pPr>
              <w:keepNext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968" w:type="dxa"/>
            <w:gridSpan w:val="3"/>
            <w:shd w:val="clear" w:color="auto" w:fill="F0F0F0"/>
          </w:tcPr>
          <w:p w14:paraId="64EF7E8C" w14:textId="77777777" w:rsidR="005F0EC3" w:rsidRPr="00ED77DF" w:rsidRDefault="005F0EC3" w:rsidP="00CF3AF2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sz w:val="20"/>
                <w:szCs w:val="20"/>
              </w:rPr>
              <w:t>Județul</w:t>
            </w:r>
            <w:proofErr w:type="spellEnd"/>
            <w:r w:rsidRPr="00ED77D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b/>
                <w:sz w:val="20"/>
                <w:szCs w:val="20"/>
              </w:rPr>
              <w:t>Argeș</w:t>
            </w:r>
            <w:proofErr w:type="spellEnd"/>
          </w:p>
        </w:tc>
      </w:tr>
      <w:tr w:rsidR="005F0EC3" w:rsidRPr="00ED77DF" w14:paraId="7875A4B6" w14:textId="77777777" w:rsidTr="0049430F">
        <w:trPr>
          <w:cantSplit/>
          <w:trHeight w:val="510"/>
        </w:trPr>
        <w:tc>
          <w:tcPr>
            <w:tcW w:w="1668" w:type="dxa"/>
            <w:vMerge/>
          </w:tcPr>
          <w:p w14:paraId="0FE240B8" w14:textId="77777777" w:rsidR="005F0EC3" w:rsidRPr="00ED77DF" w:rsidRDefault="005F0EC3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68" w:type="dxa"/>
            <w:gridSpan w:val="3"/>
            <w:shd w:val="clear" w:color="auto" w:fill="F0F0F0"/>
          </w:tcPr>
          <w:p w14:paraId="3276A945" w14:textId="77777777" w:rsidR="0045104E" w:rsidRPr="00ED77DF" w:rsidRDefault="0045104E" w:rsidP="0045104E">
            <w:pPr>
              <w:keepNext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33705B91" w14:textId="77777777" w:rsidR="005F0EC3" w:rsidRPr="00ED77DF" w:rsidRDefault="005F0EC3" w:rsidP="00CF3AF2">
            <w:pPr>
              <w:keepNext/>
              <w:rPr>
                <w:rFonts w:asciiTheme="majorHAnsi" w:hAnsiTheme="majorHAnsi" w:cstheme="majorHAnsi"/>
                <w:b/>
                <w:bCs/>
              </w:rPr>
            </w:pPr>
            <w:r w:rsidRPr="00ED77DF">
              <w:rPr>
                <w:rFonts w:asciiTheme="majorHAnsi" w:hAnsiTheme="majorHAnsi" w:cstheme="majorHAnsi"/>
                <w:b/>
                <w:bCs/>
                <w:sz w:val="20"/>
                <w:szCs w:val="32"/>
              </w:rPr>
              <w:t>CONSILIUL JUDEȚEAN ARGEȘ</w:t>
            </w:r>
          </w:p>
        </w:tc>
      </w:tr>
      <w:tr w:rsidR="0049430F" w:rsidRPr="00ED77DF" w14:paraId="42DCB763" w14:textId="77777777" w:rsidTr="0049430F">
        <w:trPr>
          <w:cantSplit/>
          <w:trHeight w:val="510"/>
        </w:trPr>
        <w:tc>
          <w:tcPr>
            <w:tcW w:w="1668" w:type="dxa"/>
            <w:vMerge/>
          </w:tcPr>
          <w:p w14:paraId="543CCE8E" w14:textId="77777777" w:rsidR="0049430F" w:rsidRPr="00ED77DF" w:rsidRDefault="0049430F" w:rsidP="0049430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47" w:type="dxa"/>
            <w:shd w:val="clear" w:color="auto" w:fill="F0F0F0"/>
          </w:tcPr>
          <w:p w14:paraId="14F6F51E" w14:textId="77777777" w:rsidR="0049430F" w:rsidRPr="00ED77DF" w:rsidRDefault="0049430F" w:rsidP="0049430F">
            <w:pPr>
              <w:keepNext/>
              <w:rPr>
                <w:rFonts w:asciiTheme="majorHAnsi" w:hAnsiTheme="majorHAnsi" w:cstheme="majorHAnsi"/>
                <w:sz w:val="14"/>
                <w:szCs w:val="14"/>
                <w:lang w:val="fr-FR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42CF502A" w14:textId="612633E6" w:rsidR="0049430F" w:rsidRPr="00ED77DF" w:rsidRDefault="0049430F" w:rsidP="0049430F">
            <w:pPr>
              <w:keepNext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  <w:r w:rsidRPr="00ED77DF">
              <w:rPr>
                <w:rFonts w:asciiTheme="majorHAnsi" w:hAnsiTheme="majorHAnsi" w:cstheme="majorHAns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A7A0F9F" w14:textId="77777777" w:rsidR="0049430F" w:rsidRPr="00ED77DF" w:rsidRDefault="0049430F" w:rsidP="0049430F">
            <w:pPr>
              <w:keepNext/>
              <w:rPr>
                <w:rFonts w:asciiTheme="majorHAnsi" w:hAnsiTheme="majorHAnsi" w:cstheme="majorHAnsi"/>
                <w:sz w:val="14"/>
                <w:szCs w:val="14"/>
                <w:lang w:val="pt-BR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47B627B8" w14:textId="77777777" w:rsidR="0049430F" w:rsidRPr="00ED77DF" w:rsidRDefault="0049430F" w:rsidP="0049430F">
            <w:pPr>
              <w:keepNext/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</w:pPr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: 110053</w:t>
            </w:r>
          </w:p>
          <w:p w14:paraId="30D3A7E5" w14:textId="321E9955" w:rsidR="0049430F" w:rsidRPr="00ED77DF" w:rsidRDefault="0049430F" w:rsidP="0049430F">
            <w:pPr>
              <w:keepNext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ED77DF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49430F" w:rsidRPr="00ED77DF" w14:paraId="470B15AD" w14:textId="77777777" w:rsidTr="0049430F">
        <w:trPr>
          <w:cantSplit/>
          <w:trHeight w:val="510"/>
        </w:trPr>
        <w:tc>
          <w:tcPr>
            <w:tcW w:w="1668" w:type="dxa"/>
            <w:vMerge/>
          </w:tcPr>
          <w:p w14:paraId="28741779" w14:textId="77777777" w:rsidR="0049430F" w:rsidRPr="00ED77DF" w:rsidRDefault="0049430F" w:rsidP="0049430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6" w:type="dxa"/>
            <w:gridSpan w:val="2"/>
            <w:shd w:val="clear" w:color="auto" w:fill="F0F0F0"/>
          </w:tcPr>
          <w:p w14:paraId="08B553E1" w14:textId="77777777" w:rsidR="0049430F" w:rsidRPr="001F5417" w:rsidRDefault="0049430F" w:rsidP="0049430F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1F541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1F541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1F541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12" w:type="dxa"/>
            <w:shd w:val="clear" w:color="auto" w:fill="F0F0F0"/>
          </w:tcPr>
          <w:p w14:paraId="2F5F86D4" w14:textId="77777777" w:rsidR="0049430F" w:rsidRPr="001F5417" w:rsidRDefault="0049430F" w:rsidP="0049430F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r w:rsidRPr="001F541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Data</w:t>
            </w:r>
          </w:p>
          <w:p w14:paraId="7EC42D4E" w14:textId="77777777" w:rsidR="0049430F" w:rsidRPr="001F5417" w:rsidRDefault="0049430F" w:rsidP="0049430F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2D816C29" w14:textId="591F1D10" w:rsidR="00341BE2" w:rsidRPr="00ED77DF" w:rsidRDefault="001D3725" w:rsidP="00341BE2">
      <w:pPr>
        <w:spacing w:before="140" w:after="4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ED77DF">
        <w:rPr>
          <w:rFonts w:asciiTheme="majorHAnsi" w:hAnsiTheme="majorHAnsi" w:cstheme="majorHAnsi"/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ED77DF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 1.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CĂTRE</w:t>
            </w:r>
          </w:p>
        </w:tc>
      </w:tr>
      <w:tr w:rsidR="001E1635" w:rsidRPr="00ED77DF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ED77DF" w:rsidRDefault="001D372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ED77DF" w:rsidRDefault="001D372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municipiului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orașului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comunei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sector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consiliul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ED77DF" w:rsidRDefault="001E1635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1E1635" w:rsidRPr="00ED77DF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ED77DF" w:rsidRDefault="001D3725">
            <w:pPr>
              <w:spacing w:line="228" w:lineRule="auto"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Cererea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va fi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transmisă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către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președintele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consiliului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județean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general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sector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sau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municipiului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orașului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comunei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după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caz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>.</w:t>
            </w:r>
          </w:p>
        </w:tc>
      </w:tr>
    </w:tbl>
    <w:p w14:paraId="143A0FF9" w14:textId="77777777" w:rsidR="001E1635" w:rsidRPr="00ED77DF" w:rsidRDefault="001E1635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:rsidRPr="00ED77DF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2.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SOLICITANTUL</w:t>
            </w:r>
          </w:p>
        </w:tc>
      </w:tr>
      <w:tr w:rsidR="001E1635" w:rsidRPr="00ED77DF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și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</w:p>
          <w:p w14:paraId="7B1283D5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015" w:type="dxa"/>
            <w:gridSpan w:val="3"/>
          </w:tcPr>
          <w:p w14:paraId="10587865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CNP</w:t>
            </w:r>
          </w:p>
          <w:p w14:paraId="2D0F7177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sz w:val="16"/>
              </w:rPr>
              <w:t xml:space="preserve"> Act de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</w:rPr>
              <w:t>identitate</w:t>
            </w:r>
            <w:proofErr w:type="spellEnd"/>
          </w:p>
        </w:tc>
      </w:tr>
      <w:tr w:rsidR="001E1635" w:rsidRPr="00ED77DF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Seria</w:t>
            </w:r>
          </w:p>
          <w:p w14:paraId="275A06B3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43BFC13E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Numărul</w:t>
            </w:r>
            <w:proofErr w:type="spellEnd"/>
          </w:p>
          <w:p w14:paraId="2E65348D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5"/>
          </w:tcPr>
          <w:p w14:paraId="7B9DD492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Eliberat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de</w:t>
            </w:r>
          </w:p>
          <w:p w14:paraId="70F0CC96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60E597E4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La data</w:t>
            </w:r>
          </w:p>
          <w:p w14:paraId="6300FA57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</w:rPr>
              <w:t>Domiciliul</w:t>
            </w:r>
            <w:proofErr w:type="spellEnd"/>
          </w:p>
        </w:tc>
      </w:tr>
      <w:tr w:rsidR="001E1635" w:rsidRPr="00ED77DF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Județul</w:t>
            </w:r>
            <w:proofErr w:type="spellEnd"/>
          </w:p>
          <w:p w14:paraId="48DBA502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4"/>
          </w:tcPr>
          <w:p w14:paraId="2D5606EF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Municipiul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orașul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comuna</w:t>
            </w:r>
            <w:proofErr w:type="spellEnd"/>
          </w:p>
          <w:p w14:paraId="5854C40F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46F246FF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Satul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sectorul</w:t>
            </w:r>
            <w:proofErr w:type="spellEnd"/>
          </w:p>
          <w:p w14:paraId="579A6C6B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1AB7831E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0D2DE660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34EBA780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4F859CEF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Sc.</w:t>
            </w:r>
          </w:p>
          <w:p w14:paraId="53E268F2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2FE0E9E0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Et.</w:t>
            </w:r>
          </w:p>
          <w:p w14:paraId="627907AC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58282E65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Ap.</w:t>
            </w:r>
          </w:p>
          <w:p w14:paraId="1888BB86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508ECD8F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1170C48A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2E309097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Țara</w:t>
            </w:r>
            <w:proofErr w:type="spellEnd"/>
          </w:p>
          <w:p w14:paraId="1827BC03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sz w:val="16"/>
              </w:rPr>
              <w:t xml:space="preserve"> Date de contact</w:t>
            </w:r>
          </w:p>
        </w:tc>
      </w:tr>
      <w:tr w:rsidR="001E1635" w:rsidRPr="00ED77DF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Telefon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fax</w:t>
            </w:r>
          </w:p>
          <w:p w14:paraId="7BBE1A21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5621" w:type="dxa"/>
            <w:gridSpan w:val="5"/>
          </w:tcPr>
          <w:p w14:paraId="46FD555B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E-mail</w:t>
            </w:r>
          </w:p>
          <w:p w14:paraId="7FC05727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</w:rPr>
              <w:t>Reprezentare</w:t>
            </w:r>
            <w:proofErr w:type="spellEnd"/>
          </w:p>
        </w:tc>
      </w:tr>
      <w:tr w:rsidR="001E1635" w:rsidRPr="00ED77DF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calitate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reprezentant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al</w:t>
            </w:r>
          </w:p>
          <w:p w14:paraId="2BCE0519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19A65997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CUI / CIF</w:t>
            </w:r>
          </w:p>
          <w:p w14:paraId="1DC7B09A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ED77DF" w:rsidRDefault="001D3725">
            <w:pPr>
              <w:rPr>
                <w:rFonts w:asciiTheme="majorHAnsi" w:hAnsiTheme="majorHAnsi" w:cstheme="majorHAnsi"/>
                <w:lang w:val="fr-FR"/>
              </w:rPr>
            </w:pP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titular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dreptului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proprietate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="Calibri" w:hAnsi="Calibri" w:cs="Calibri"/>
                <w:sz w:val="16"/>
                <w:lang w:val="fr-FR"/>
              </w:rPr>
              <w:t>î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mputernicit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ED77DF" w:rsidRDefault="001E1635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2B137E9F" w14:textId="77777777" w:rsidR="001E1635" w:rsidRPr="00ED77DF" w:rsidRDefault="001D3725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ED77DF">
        <w:rPr>
          <w:rFonts w:asciiTheme="majorHAnsi" w:hAnsiTheme="majorHAnsi" w:cstheme="majorHAnsi"/>
          <w:sz w:val="18"/>
          <w:lang w:val="fr-FR"/>
        </w:rPr>
        <w:t>în</w:t>
      </w:r>
      <w:proofErr w:type="spellEnd"/>
      <w:proofErr w:type="gram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conformitate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cu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prevederile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Legii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nr. 169/2026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privind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Codul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amenajării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teritoriului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,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urbanismului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și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construcțiilor</w:t>
      </w:r>
      <w:proofErr w:type="spellEnd"/>
      <w:r w:rsidRPr="00ED77DF">
        <w:rPr>
          <w:rFonts w:asciiTheme="majorHAnsi" w:hAnsiTheme="majorHAnsi" w:cstheme="majorHAnsi"/>
          <w:sz w:val="18"/>
          <w:lang w:val="fr-FR"/>
        </w:rPr>
        <w:t>,</w:t>
      </w:r>
    </w:p>
    <w:p w14:paraId="25ED7088" w14:textId="77777777" w:rsidR="001E1635" w:rsidRPr="00ED77DF" w:rsidRDefault="001D3725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ED77DF">
        <w:rPr>
          <w:rFonts w:asciiTheme="majorHAnsi" w:hAnsiTheme="majorHAnsi" w:cstheme="majorHAnsi"/>
          <w:sz w:val="18"/>
          <w:lang w:val="fr-FR"/>
        </w:rPr>
        <w:t>solicit</w:t>
      </w:r>
      <w:proofErr w:type="spellEnd"/>
      <w:proofErr w:type="gramEnd"/>
      <w:r w:rsidRPr="00ED77DF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ED77DF">
        <w:rPr>
          <w:rFonts w:asciiTheme="majorHAnsi" w:hAnsiTheme="majorHAnsi" w:cstheme="majorHAnsi"/>
          <w:sz w:val="18"/>
          <w:lang w:val="fr-FR"/>
        </w:rPr>
        <w:t>emiterea</w:t>
      </w:r>
      <w:proofErr w:type="spellEnd"/>
    </w:p>
    <w:p w14:paraId="043C0D46" w14:textId="2A3AC508" w:rsidR="001E1635" w:rsidRPr="00ED77DF" w:rsidRDefault="001D3725">
      <w:pPr>
        <w:spacing w:after="160"/>
        <w:jc w:val="center"/>
        <w:rPr>
          <w:rFonts w:asciiTheme="majorHAnsi" w:hAnsiTheme="majorHAnsi" w:cstheme="majorHAnsi"/>
          <w:b/>
          <w:sz w:val="20"/>
          <w:lang w:val="fr-FR"/>
        </w:rPr>
      </w:pPr>
      <w:r w:rsidRPr="00ED77DF">
        <w:rPr>
          <w:rFonts w:asciiTheme="majorHAnsi" w:hAnsiTheme="majorHAnsi" w:cstheme="majorHAnsi"/>
          <w:b/>
          <w:sz w:val="20"/>
          <w:lang w:val="fr-FR"/>
        </w:rPr>
        <w:t>CERTIFICATULUI DE URBANISM</w:t>
      </w:r>
      <w:r w:rsidR="00ED77DF">
        <w:rPr>
          <w:rFonts w:asciiTheme="majorHAnsi" w:hAnsiTheme="majorHAnsi" w:cstheme="majorHAnsi"/>
          <w:b/>
          <w:sz w:val="20"/>
          <w:lang w:val="fr-FR"/>
        </w:rPr>
        <w:t xml:space="preserve"> </w:t>
      </w:r>
      <w:r w:rsidRPr="00ED77DF">
        <w:rPr>
          <w:rFonts w:asciiTheme="majorHAnsi" w:hAnsiTheme="majorHAnsi" w:cstheme="majorHAnsi"/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ED77DF" w14:paraId="1F9B2A48" w14:textId="77777777" w:rsidTr="006257CA">
        <w:tc>
          <w:tcPr>
            <w:tcW w:w="9636" w:type="dxa"/>
          </w:tcPr>
          <w:p w14:paraId="231CB6BD" w14:textId="5A290929" w:rsidR="006257CA" w:rsidRPr="00ED77DF" w:rsidRDefault="006257CA" w:rsidP="00C245E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ED77D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ED77D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ÎN  VEDEREA</w:t>
            </w:r>
            <w:proofErr w:type="gramEnd"/>
            <w:r w:rsidRPr="00ED77D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ED77D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ED77DF" w14:paraId="3DEC5D63" w14:textId="77777777" w:rsidTr="006257CA">
        <w:tc>
          <w:tcPr>
            <w:tcW w:w="9636" w:type="dxa"/>
          </w:tcPr>
          <w:p w14:paraId="008D0B05" w14:textId="66A0E979" w:rsidR="006257CA" w:rsidRPr="00ED77DF" w:rsidRDefault="00C8623A" w:rsidP="00C245EC">
            <w:pPr>
              <w:rPr>
                <w:rFonts w:asciiTheme="majorHAnsi" w:hAnsiTheme="majorHAnsi" w:cstheme="majorHAnsi"/>
                <w:lang w:val="fr-FR"/>
              </w:rPr>
            </w:pPr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r w:rsidR="006257CA" w:rsidRPr="00ED77D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comasare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(</w:t>
            </w:r>
            <w:proofErr w:type="spellStart"/>
            <w:proofErr w:type="gramStart"/>
            <w:r w:rsidR="006257CA" w:rsidRPr="00ED77DF">
              <w:rPr>
                <w:rFonts w:asciiTheme="majorHAnsi" w:hAnsiTheme="majorHAnsi" w:cstheme="majorHAnsi"/>
                <w:lang w:val="fr-FR"/>
              </w:rPr>
              <w:t>alipire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)   </w:t>
            </w:r>
            <w:proofErr w:type="gram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 </w:t>
            </w:r>
            <w:r w:rsidR="006257CA" w:rsidRPr="00ED77D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dezmembrare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(</w:t>
            </w:r>
            <w:proofErr w:type="spellStart"/>
            <w:proofErr w:type="gramStart"/>
            <w:r w:rsidR="006257CA" w:rsidRPr="00ED77DF">
              <w:rPr>
                <w:rFonts w:asciiTheme="majorHAnsi" w:hAnsiTheme="majorHAnsi" w:cstheme="majorHAnsi"/>
                <w:lang w:val="fr-FR"/>
              </w:rPr>
              <w:t>dezlipire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)   </w:t>
            </w:r>
            <w:proofErr w:type="gram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 </w:t>
            </w:r>
            <w:r w:rsidR="006257CA" w:rsidRPr="00ED77DF">
              <w:rPr>
                <w:rFonts w:ascii="Segoe UI Symbol" w:hAnsi="Segoe UI Symbol" w:cs="Segoe UI Symbol"/>
                <w:lang w:val="fr-FR"/>
              </w:rPr>
              <w:t>☐</w:t>
            </w:r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înscrierea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unor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servituți</w:t>
            </w:r>
            <w:proofErr w:type="spellEnd"/>
            <w:r w:rsidR="006257CA" w:rsidRPr="00ED77DF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="006257CA" w:rsidRPr="00ED77DF">
              <w:rPr>
                <w:rFonts w:asciiTheme="majorHAnsi" w:hAnsiTheme="majorHAnsi" w:cstheme="majorHAnsi"/>
                <w:lang w:val="fr-FR"/>
              </w:rPr>
              <w:t>trecere</w:t>
            </w:r>
            <w:proofErr w:type="spellEnd"/>
          </w:p>
        </w:tc>
      </w:tr>
      <w:tr w:rsidR="006257CA" w:rsidRPr="00ED77DF" w14:paraId="13134CBC" w14:textId="77777777" w:rsidTr="006257CA">
        <w:tc>
          <w:tcPr>
            <w:tcW w:w="9636" w:type="dxa"/>
          </w:tcPr>
          <w:p w14:paraId="2FC77D01" w14:textId="77777777" w:rsidR="006257CA" w:rsidRPr="00ED77DF" w:rsidRDefault="006257CA" w:rsidP="00C245EC">
            <w:pPr>
              <w:rPr>
                <w:rFonts w:asciiTheme="majorHAnsi" w:hAnsiTheme="majorHAnsi" w:cstheme="majorHAnsi"/>
                <w:lang w:val="fr-FR"/>
              </w:rPr>
            </w:pPr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r w:rsidRPr="00ED77DF">
              <w:rPr>
                <w:rFonts w:ascii="Segoe UI Symbol" w:hAnsi="Segoe UI Symbol" w:cs="Segoe UI Symbol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evidențieri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imobile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cartea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funciară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    </w:t>
            </w:r>
            <w:r w:rsidRPr="00ED77DF">
              <w:rPr>
                <w:rFonts w:ascii="Segoe UI Symbol" w:hAnsi="Segoe UI Symbol" w:cs="Segoe UI Symbol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reevidențieri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imobile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cartea</w:t>
            </w:r>
            <w:proofErr w:type="spellEnd"/>
            <w:r w:rsidRPr="00ED77DF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lang w:val="fr-FR"/>
              </w:rPr>
              <w:t>funciară</w:t>
            </w:r>
            <w:proofErr w:type="spellEnd"/>
          </w:p>
        </w:tc>
      </w:tr>
      <w:tr w:rsidR="001E1635" w:rsidRPr="00ED77DF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Pr="00ED77DF" w:rsidRDefault="006257CA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Descrierea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operațiunii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cadastrale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propuse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 :</w:t>
            </w:r>
          </w:p>
        </w:tc>
      </w:tr>
      <w:tr w:rsidR="001E1635" w:rsidRPr="00ED77DF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Pr="00ED77DF" w:rsidRDefault="001E1635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  <w:p w14:paraId="5E9FABF3" w14:textId="77777777" w:rsidR="001E1635" w:rsidRPr="00ED77DF" w:rsidRDefault="001E1635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</w:tc>
      </w:tr>
    </w:tbl>
    <w:p w14:paraId="11939A91" w14:textId="77777777" w:rsidR="001E1635" w:rsidRPr="00ED77DF" w:rsidRDefault="001E1635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:rsidRPr="00ED77DF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="006257CA" w:rsidRPr="00ED77DF">
              <w:rPr>
                <w:rFonts w:asciiTheme="majorHAnsi" w:hAnsiTheme="majorHAnsi" w:cstheme="majorHAnsi"/>
                <w:b/>
                <w:sz w:val="16"/>
              </w:rPr>
              <w:t>4</w:t>
            </w: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IMOBILUL</w:t>
            </w:r>
          </w:p>
        </w:tc>
      </w:tr>
      <w:tr w:rsidR="001E1635" w:rsidRPr="00ED77DF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ED77DF">
              <w:rPr>
                <w:rFonts w:ascii="Segoe UI Symbol" w:hAnsi="Segoe UI Symbol" w:cs="Segoe UI Symbol"/>
                <w:sz w:val="16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</w:rPr>
              <w:t>teren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ED77DF">
              <w:rPr>
                <w:rFonts w:ascii="Segoe UI Symbol" w:hAnsi="Segoe UI Symbol" w:cs="Segoe UI Symbol"/>
                <w:sz w:val="16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</w:rPr>
              <w:t>construc</w:t>
            </w:r>
            <w:r w:rsidRPr="00ED77DF">
              <w:rPr>
                <w:rFonts w:ascii="Calibri" w:hAnsi="Calibri" w:cs="Calibri"/>
                <w:sz w:val="16"/>
              </w:rPr>
              <w:t>ț</w:t>
            </w:r>
            <w:r w:rsidRPr="00ED77DF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</w:p>
        </w:tc>
      </w:tr>
      <w:tr w:rsidR="001E1635" w:rsidRPr="00ED77DF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Județ</w:t>
            </w:r>
            <w:proofErr w:type="spellEnd"/>
          </w:p>
          <w:p w14:paraId="5D01A21B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22B4CBF0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Municipiu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oraș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comună</w:t>
            </w:r>
            <w:proofErr w:type="spellEnd"/>
          </w:p>
          <w:p w14:paraId="0D007FC5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67326A47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Sat / sector</w:t>
            </w:r>
          </w:p>
          <w:p w14:paraId="14240B19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1DB9B8CA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19A492AB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599B76C6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3C285CCD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737CFA43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Bl. / sc. / et. / ap.</w:t>
            </w:r>
          </w:p>
          <w:p w14:paraId="1C99DBB8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1E1635" w:rsidRPr="00ED77DF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ED77DF" w:rsidRDefault="001D372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  <w:lang w:val="fr-FR"/>
              </w:rPr>
              <w:t>Număr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ED77DF" w:rsidRDefault="001D372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imobilul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înscris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ED77DF" w:rsidRDefault="001E1635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Carte </w:t>
            </w: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funciară</w:t>
            </w:r>
            <w:proofErr w:type="spellEnd"/>
            <w:r w:rsidRPr="00ED77DF">
              <w:rPr>
                <w:rFonts w:asciiTheme="majorHAnsi" w:hAnsiTheme="majorHAnsi" w:cstheme="majorHAnsi"/>
                <w:b/>
                <w:color w:val="0D5F78"/>
              </w:rPr>
              <w:t xml:space="preserve"> nr.</w:t>
            </w:r>
          </w:p>
          <w:p w14:paraId="085D4033" w14:textId="77777777" w:rsidR="001E1635" w:rsidRPr="00ED77DF" w:rsidRDefault="001E1635">
            <w:pPr>
              <w:keepNext/>
              <w:rPr>
                <w:rFonts w:asciiTheme="majorHAnsi" w:hAnsiTheme="majorHAnsi" w:cstheme="majorHAnsi"/>
              </w:rPr>
            </w:pPr>
          </w:p>
        </w:tc>
      </w:tr>
    </w:tbl>
    <w:p w14:paraId="6A8F4A2A" w14:textId="1AAC5F68" w:rsidR="001E1635" w:rsidRPr="00ED77DF" w:rsidRDefault="001E1635" w:rsidP="006257CA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ED77DF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5.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SE ANEXEAZĂ</w:t>
            </w:r>
          </w:p>
        </w:tc>
      </w:tr>
      <w:tr w:rsidR="001E1635" w:rsidRPr="00ED77DF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Pr="00ED77DF" w:rsidRDefault="001D3725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documenta</w:t>
            </w:r>
            <w:r w:rsidRPr="00ED77DF">
              <w:rPr>
                <w:rFonts w:ascii="Calibri" w:hAnsi="Calibri" w:cs="Calibri"/>
                <w:sz w:val="16"/>
                <w:lang w:val="fr-FR"/>
              </w:rPr>
              <w:t>ț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ia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cadastral</w:t>
            </w:r>
            <w:r w:rsidRPr="00ED77DF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                    </w:t>
            </w:r>
            <w:r w:rsidR="006257CA"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plan </w:t>
            </w:r>
            <w:proofErr w:type="spellStart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o </w:t>
            </w:r>
            <w:proofErr w:type="spellStart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>propunere</w:t>
            </w:r>
            <w:proofErr w:type="spellEnd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>comasare</w:t>
            </w:r>
            <w:proofErr w:type="spellEnd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>/</w:t>
            </w:r>
            <w:proofErr w:type="spellStart"/>
            <w:r w:rsidR="006257CA" w:rsidRPr="00ED77DF">
              <w:rPr>
                <w:rFonts w:asciiTheme="majorHAnsi" w:hAnsiTheme="majorHAnsi" w:cstheme="majorHAnsi"/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ED77DF" w:rsidRDefault="006257CA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extras de carte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funciară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actualizat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       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plan de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încadrare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zonă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sistem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Stereo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70                  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împuternicirea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dacă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este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cazul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ED77DF" w:rsidRDefault="001E1635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ED77DF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6.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ED77DF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ED77DF" w:rsidRDefault="001D3725">
            <w:pPr>
              <w:rPr>
                <w:rFonts w:asciiTheme="majorHAnsi" w:hAnsiTheme="majorHAnsi" w:cstheme="majorHAnsi"/>
                <w:lang w:val="fr-FR"/>
              </w:rPr>
            </w:pP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="Calibri" w:hAnsi="Calibri" w:cs="Calibri"/>
                <w:sz w:val="16"/>
                <w:lang w:val="fr-FR"/>
              </w:rPr>
              <w:t>î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format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scris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, prin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poștă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="Calibri" w:hAnsi="Calibri" w:cs="Calibri"/>
                <w:sz w:val="16"/>
                <w:lang w:val="fr-FR"/>
              </w:rPr>
              <w:t>î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format digital, la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adresa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gram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de e-mail</w:t>
            </w:r>
            <w:proofErr w:type="gram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indicat</w:t>
            </w:r>
            <w:r w:rsidRPr="00ED77DF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ED77DF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ridicare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de la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sediul</w:t>
            </w:r>
            <w:proofErr w:type="spellEnd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autorit</w:t>
            </w:r>
            <w:r w:rsidRPr="00ED77DF">
              <w:rPr>
                <w:rFonts w:ascii="Calibri" w:hAnsi="Calibri" w:cs="Calibri"/>
                <w:sz w:val="16"/>
                <w:lang w:val="fr-FR"/>
              </w:rPr>
              <w:t>ăț</w:t>
            </w:r>
            <w:r w:rsidRPr="00ED77DF">
              <w:rPr>
                <w:rFonts w:asciiTheme="majorHAnsi" w:hAnsiTheme="majorHAnsi" w:cstheme="majorHAnsi"/>
                <w:sz w:val="16"/>
                <w:lang w:val="fr-FR"/>
              </w:rPr>
              <w:t>ii</w:t>
            </w:r>
            <w:proofErr w:type="spellEnd"/>
          </w:p>
        </w:tc>
      </w:tr>
    </w:tbl>
    <w:p w14:paraId="335F2CDC" w14:textId="77777777" w:rsidR="001E1635" w:rsidRPr="00ED77DF" w:rsidRDefault="001E1635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:rsidRPr="00ED77DF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Pr="00ED77DF" w:rsidRDefault="001D3725">
            <w:pPr>
              <w:keepNext/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D77DF">
              <w:rPr>
                <w:rFonts w:asciiTheme="majorHAnsi" w:hAnsiTheme="majorHAnsi" w:cstheme="majorHAnsi"/>
                <w:b/>
                <w:sz w:val="16"/>
              </w:rPr>
              <w:t xml:space="preserve">7. </w:t>
            </w:r>
            <w:r w:rsidRPr="00ED77DF">
              <w:rPr>
                <w:rFonts w:asciiTheme="majorHAnsi" w:hAnsiTheme="majorHAnsi" w:cstheme="majorHAnsi"/>
                <w:b/>
                <w:color w:val="000000"/>
                <w:sz w:val="18"/>
              </w:rPr>
              <w:t>DATA ȘI SEMNĂTURA</w:t>
            </w:r>
          </w:p>
        </w:tc>
      </w:tr>
      <w:tr w:rsidR="001E1635" w:rsidRPr="00ED77DF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ED77DF" w:rsidRDefault="001D3725">
            <w:pPr>
              <w:rPr>
                <w:rFonts w:asciiTheme="majorHAnsi" w:hAnsiTheme="majorHAnsi" w:cstheme="majorHAnsi"/>
              </w:rPr>
            </w:pPr>
            <w:r w:rsidRPr="00ED77DF">
              <w:rPr>
                <w:rFonts w:asciiTheme="majorHAnsi" w:hAnsiTheme="majorHAnsi" w:cstheme="majorHAnsi"/>
                <w:b/>
                <w:color w:val="0D5F78"/>
              </w:rPr>
              <w:t>Data</w:t>
            </w:r>
          </w:p>
          <w:p w14:paraId="05BFAAF9" w14:textId="77777777" w:rsidR="001E1635" w:rsidRPr="00ED77DF" w:rsidRDefault="001E163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</w:tcPr>
          <w:p w14:paraId="250ED718" w14:textId="77777777" w:rsidR="001E1635" w:rsidRPr="00ED77DF" w:rsidRDefault="001D3725">
            <w:pPr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Solicitantul</w:t>
            </w:r>
            <w:proofErr w:type="spellEnd"/>
          </w:p>
          <w:p w14:paraId="455E75E1" w14:textId="77777777" w:rsidR="001E1635" w:rsidRPr="00ED77DF" w:rsidRDefault="001E163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53DD217D" w14:textId="77777777" w:rsidR="001E1635" w:rsidRPr="00ED77DF" w:rsidRDefault="001D3725">
            <w:pPr>
              <w:rPr>
                <w:rFonts w:asciiTheme="majorHAnsi" w:hAnsiTheme="majorHAnsi" w:cstheme="majorHAnsi"/>
              </w:rPr>
            </w:pPr>
            <w:proofErr w:type="spellStart"/>
            <w:r w:rsidRPr="00ED77DF">
              <w:rPr>
                <w:rFonts w:asciiTheme="majorHAnsi" w:hAnsiTheme="majorHAnsi" w:cstheme="majorHAnsi"/>
                <w:b/>
                <w:color w:val="0D5F78"/>
              </w:rPr>
              <w:t>Semnătura</w:t>
            </w:r>
            <w:proofErr w:type="spellEnd"/>
          </w:p>
          <w:p w14:paraId="655A8FB3" w14:textId="77777777" w:rsidR="001E1635" w:rsidRPr="00ED77DF" w:rsidRDefault="001E1635">
            <w:pPr>
              <w:rPr>
                <w:rFonts w:asciiTheme="majorHAnsi" w:hAnsiTheme="majorHAnsi" w:cstheme="majorHAnsi"/>
              </w:rPr>
            </w:pPr>
          </w:p>
        </w:tc>
      </w:tr>
    </w:tbl>
    <w:p w14:paraId="005090D8" w14:textId="77777777" w:rsidR="001E1635" w:rsidRPr="00ED77DF" w:rsidRDefault="001E1635">
      <w:pPr>
        <w:spacing w:line="168" w:lineRule="auto"/>
        <w:rPr>
          <w:rFonts w:asciiTheme="majorHAnsi" w:hAnsiTheme="majorHAnsi" w:cstheme="majorHAnsi"/>
        </w:rPr>
      </w:pPr>
    </w:p>
    <w:sectPr w:rsidR="001E1635" w:rsidRPr="00ED77DF" w:rsidSect="004943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454" w:left="1134" w:header="284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1961" w14:textId="77777777" w:rsidR="00AE37A2" w:rsidRDefault="00AE37A2">
      <w:r>
        <w:separator/>
      </w:r>
    </w:p>
  </w:endnote>
  <w:endnote w:type="continuationSeparator" w:id="0">
    <w:p w14:paraId="310B7ECB" w14:textId="77777777" w:rsidR="00AE37A2" w:rsidRDefault="00AE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7041" w14:textId="77777777" w:rsidR="000D66C6" w:rsidRDefault="000D6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Pr="000D66C6" w:rsidRDefault="001D3725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20"/>
      </w:rPr>
    </w:pPr>
    <w:r w:rsidRPr="000D66C6">
      <w:rPr>
        <w:rFonts w:asciiTheme="majorHAnsi" w:hAnsiTheme="majorHAnsi" w:cstheme="majorHAnsi"/>
        <w:color w:val="595959"/>
        <w:sz w:val="13"/>
        <w:szCs w:val="20"/>
      </w:rPr>
      <w:t xml:space="preserve">F_CU_02 · </w:t>
    </w:r>
    <w:proofErr w:type="spellStart"/>
    <w:r w:rsidRPr="000D66C6">
      <w:rPr>
        <w:rFonts w:asciiTheme="majorHAnsi" w:hAnsiTheme="majorHAnsi" w:cstheme="majorHAnsi"/>
        <w:color w:val="595959"/>
        <w:sz w:val="13"/>
        <w:szCs w:val="20"/>
      </w:rPr>
      <w:t>versiunea</w:t>
    </w:r>
    <w:proofErr w:type="spellEnd"/>
    <w:r w:rsidRPr="000D66C6">
      <w:rPr>
        <w:rFonts w:asciiTheme="majorHAnsi" w:hAnsiTheme="majorHAnsi" w:cstheme="majorHAnsi"/>
        <w:color w:val="595959"/>
        <w:sz w:val="13"/>
        <w:szCs w:val="20"/>
      </w:rPr>
      <w:t xml:space="preserve"> 1.0</w:t>
    </w:r>
    <w:r w:rsidRPr="000D66C6">
      <w:rPr>
        <w:rFonts w:asciiTheme="majorHAnsi" w:hAnsiTheme="majorHAnsi" w:cstheme="majorHAnsi"/>
        <w:color w:val="595959"/>
        <w:sz w:val="13"/>
        <w:szCs w:val="20"/>
      </w:rPr>
      <w:tab/>
    </w:r>
    <w:proofErr w:type="spellStart"/>
    <w:r w:rsidRPr="000D66C6">
      <w:rPr>
        <w:rFonts w:asciiTheme="majorHAnsi" w:hAnsiTheme="majorHAnsi" w:cstheme="majorHAnsi"/>
        <w:color w:val="595959"/>
        <w:sz w:val="13"/>
        <w:szCs w:val="20"/>
      </w:rPr>
      <w:t>pagina</w:t>
    </w:r>
    <w:proofErr w:type="spellEnd"/>
    <w:r w:rsidRPr="000D66C6">
      <w:rPr>
        <w:rFonts w:asciiTheme="majorHAnsi" w:hAnsiTheme="majorHAnsi" w:cstheme="majorHAnsi"/>
        <w:color w:val="595959"/>
        <w:sz w:val="13"/>
        <w:szCs w:val="20"/>
      </w:rPr>
      <w:t xml:space="preserve"> </w: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begin"/>
    </w:r>
    <w:r w:rsidRPr="000D66C6">
      <w:rPr>
        <w:rFonts w:asciiTheme="majorHAnsi" w:hAnsiTheme="majorHAnsi" w:cstheme="majorHAnsi"/>
        <w:color w:val="595959"/>
        <w:sz w:val="13"/>
        <w:szCs w:val="20"/>
      </w:rPr>
      <w:instrText xml:space="preserve"> PAGE </w:instrTex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separate"/>
    </w:r>
    <w:r w:rsidR="006257CA" w:rsidRPr="000D66C6">
      <w:rPr>
        <w:rFonts w:asciiTheme="majorHAnsi" w:hAnsiTheme="majorHAnsi" w:cstheme="majorHAnsi"/>
        <w:noProof/>
        <w:color w:val="595959"/>
        <w:sz w:val="13"/>
        <w:szCs w:val="20"/>
      </w:rPr>
      <w:t>1</w: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end"/>
    </w:r>
    <w:r w:rsidRPr="000D66C6">
      <w:rPr>
        <w:rFonts w:asciiTheme="majorHAnsi" w:hAnsiTheme="majorHAnsi" w:cstheme="majorHAnsi"/>
        <w:color w:val="595959"/>
        <w:sz w:val="13"/>
        <w:szCs w:val="20"/>
      </w:rPr>
      <w:t xml:space="preserve"> din </w: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begin"/>
    </w:r>
    <w:r w:rsidRPr="000D66C6">
      <w:rPr>
        <w:rFonts w:asciiTheme="majorHAnsi" w:hAnsiTheme="majorHAnsi" w:cstheme="majorHAnsi"/>
        <w:color w:val="595959"/>
        <w:sz w:val="13"/>
        <w:szCs w:val="20"/>
      </w:rPr>
      <w:instrText xml:space="preserve"> NUMPAGES </w:instrTex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separate"/>
    </w:r>
    <w:r w:rsidR="006257CA" w:rsidRPr="000D66C6">
      <w:rPr>
        <w:rFonts w:asciiTheme="majorHAnsi" w:hAnsiTheme="majorHAnsi" w:cstheme="majorHAnsi"/>
        <w:noProof/>
        <w:color w:val="595959"/>
        <w:sz w:val="13"/>
        <w:szCs w:val="20"/>
      </w:rPr>
      <w:t>2</w:t>
    </w:r>
    <w:r w:rsidRPr="000D66C6">
      <w:rPr>
        <w:rFonts w:asciiTheme="majorHAnsi" w:hAnsiTheme="majorHAnsi" w:cstheme="majorHAnsi"/>
        <w:color w:val="595959"/>
        <w:sz w:val="13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708D" w14:textId="77777777" w:rsidR="000D66C6" w:rsidRDefault="000D6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F6613" w14:textId="77777777" w:rsidR="00AE37A2" w:rsidRDefault="00AE37A2">
      <w:r>
        <w:separator/>
      </w:r>
    </w:p>
  </w:footnote>
  <w:footnote w:type="continuationSeparator" w:id="0">
    <w:p w14:paraId="4F516D18" w14:textId="77777777" w:rsidR="00AE37A2" w:rsidRDefault="00AE3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110E" w14:textId="77777777" w:rsidR="000D66C6" w:rsidRDefault="000D6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49B6" w14:textId="77777777" w:rsidR="0049430F" w:rsidRDefault="0049430F" w:rsidP="0049430F">
    <w:pPr>
      <w:pStyle w:val="Header"/>
      <w:rPr>
        <w:b/>
        <w:bCs/>
        <w:i/>
        <w:iCs/>
        <w:color w:val="595959"/>
        <w:sz w:val="16"/>
        <w:szCs w:val="16"/>
        <w:u w:val="single"/>
        <w:lang w:val="pt-BR"/>
      </w:rPr>
    </w:pPr>
  </w:p>
  <w:p w14:paraId="032853E7" w14:textId="01D6A53A" w:rsidR="0049430F" w:rsidRPr="000D66C6" w:rsidRDefault="0049430F" w:rsidP="0049430F">
    <w:pPr>
      <w:pStyle w:val="Header"/>
      <w:rPr>
        <w:rFonts w:ascii="Calibri" w:hAnsi="Calibri" w:cs="Calibri"/>
        <w:b/>
        <w:bCs/>
        <w:i/>
        <w:iCs/>
        <w:color w:val="595959"/>
        <w:sz w:val="14"/>
        <w:szCs w:val="14"/>
        <w:u w:val="single"/>
        <w:lang w:val="pt-BR"/>
      </w:rPr>
    </w:pPr>
    <w:r w:rsidRPr="000D66C6">
      <w:rPr>
        <w:rFonts w:ascii="Calibri" w:hAnsi="Calibri" w:cs="Calibri"/>
        <w:b/>
        <w:bCs/>
        <w:i/>
        <w:iCs/>
        <w:color w:val="595959"/>
        <w:sz w:val="14"/>
        <w:szCs w:val="14"/>
        <w:u w:val="single"/>
        <w:lang w:val="pt-BR"/>
      </w:rPr>
      <w:t xml:space="preserve">Anexa nr.1  </w:t>
    </w:r>
  </w:p>
  <w:p w14:paraId="5CCB3E53" w14:textId="4E9E576A" w:rsidR="0049430F" w:rsidRPr="000D66C6" w:rsidRDefault="0049430F" w:rsidP="0049430F">
    <w:pPr>
      <w:spacing w:after="160"/>
      <w:rPr>
        <w:rFonts w:ascii="Calibri" w:hAnsi="Calibri" w:cs="Calibri"/>
        <w:color w:val="595959"/>
        <w:sz w:val="14"/>
        <w:szCs w:val="14"/>
        <w:lang w:val="pt-BR"/>
      </w:rPr>
    </w:pPr>
    <w:r w:rsidRPr="000D66C6">
      <w:rPr>
        <w:rFonts w:ascii="Calibri" w:hAnsi="Calibri" w:cs="Calibri"/>
        <w:color w:val="595959"/>
        <w:sz w:val="14"/>
        <w:szCs w:val="14"/>
        <w:lang w:val="pt-BR"/>
      </w:rPr>
      <w:t>F_CU_02 Cerere emitere certificatului de urbanism pentru operațiuni cadastrale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9C3F" w14:textId="77777777" w:rsidR="000D66C6" w:rsidRDefault="000D6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F7B"/>
    <w:rsid w:val="000D66C6"/>
    <w:rsid w:val="000E53CA"/>
    <w:rsid w:val="0015074B"/>
    <w:rsid w:val="001D3725"/>
    <w:rsid w:val="001E1635"/>
    <w:rsid w:val="001F5417"/>
    <w:rsid w:val="00205F1A"/>
    <w:rsid w:val="0029639D"/>
    <w:rsid w:val="00326F90"/>
    <w:rsid w:val="00341BE2"/>
    <w:rsid w:val="00366752"/>
    <w:rsid w:val="003A19D8"/>
    <w:rsid w:val="0045104E"/>
    <w:rsid w:val="0049430F"/>
    <w:rsid w:val="004C238F"/>
    <w:rsid w:val="005F0EC3"/>
    <w:rsid w:val="006257CA"/>
    <w:rsid w:val="006967CC"/>
    <w:rsid w:val="006C103E"/>
    <w:rsid w:val="007C07B9"/>
    <w:rsid w:val="00886CAA"/>
    <w:rsid w:val="00956B02"/>
    <w:rsid w:val="009D782F"/>
    <w:rsid w:val="00A3333E"/>
    <w:rsid w:val="00A37FAC"/>
    <w:rsid w:val="00AA1D8D"/>
    <w:rsid w:val="00AC5F99"/>
    <w:rsid w:val="00AE37A2"/>
    <w:rsid w:val="00B06E5F"/>
    <w:rsid w:val="00B47730"/>
    <w:rsid w:val="00B97C75"/>
    <w:rsid w:val="00C8623A"/>
    <w:rsid w:val="00CB0664"/>
    <w:rsid w:val="00CF6EF6"/>
    <w:rsid w:val="00DC29F1"/>
    <w:rsid w:val="00DC7F1B"/>
    <w:rsid w:val="00DD157C"/>
    <w:rsid w:val="00ED405F"/>
    <w:rsid w:val="00ED77DF"/>
    <w:rsid w:val="00F26213"/>
    <w:rsid w:val="00F945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315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14</cp:revision>
  <dcterms:created xsi:type="dcterms:W3CDTF">2013-12-23T23:15:00Z</dcterms:created>
  <dcterms:modified xsi:type="dcterms:W3CDTF">2026-10-16T05:14:00Z</dcterms:modified>
  <cp:category/>
</cp:coreProperties>
</file>