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2343"/>
        <w:gridCol w:w="2406"/>
        <w:gridCol w:w="3208"/>
      </w:tblGrid>
      <w:tr w:rsidR="00E25052" w:rsidRPr="003F51D9" w14:paraId="5181C894" w14:textId="77777777" w:rsidTr="00C735DD">
        <w:trPr>
          <w:cantSplit/>
          <w:trHeight w:val="468"/>
        </w:trPr>
        <w:tc>
          <w:tcPr>
            <w:tcW w:w="1665" w:type="dxa"/>
            <w:vMerge w:val="restart"/>
            <w:vAlign w:val="center"/>
          </w:tcPr>
          <w:p w14:paraId="77FC5BF6" w14:textId="06BE2D06" w:rsidR="00E25052" w:rsidRPr="003F51D9" w:rsidRDefault="00235599">
            <w:pPr>
              <w:keepNext/>
              <w:jc w:val="center"/>
              <w:rPr>
                <w:rFonts w:ascii="Calibri" w:hAnsi="Calibri" w:cs="Calibri"/>
                <w:i/>
                <w:color w:val="595959"/>
              </w:rPr>
            </w:pPr>
            <w:r>
              <w:rPr>
                <w:rFonts w:ascii="Calibri" w:hAnsi="Calibri" w:cs="Calibri"/>
                <w:noProof/>
                <w:lang w:val="ro-RO"/>
              </w:rPr>
              <w:drawing>
                <wp:anchor distT="0" distB="0" distL="114300" distR="114300" simplePos="0" relativeHeight="251657216" behindDoc="0" locked="0" layoutInCell="1" allowOverlap="1" wp14:anchorId="43370AF6" wp14:editId="17CD00FC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36195</wp:posOffset>
                  </wp:positionV>
                  <wp:extent cx="910590" cy="1078865"/>
                  <wp:effectExtent l="0" t="0" r="3810" b="6985"/>
                  <wp:wrapNone/>
                  <wp:docPr id="12759232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C4277" w:rsidRPr="003F51D9">
              <w:rPr>
                <w:rFonts w:ascii="Calibri" w:hAnsi="Calibri" w:cs="Calibri"/>
                <w:noProof/>
                <w:lang w:val="ro-RO"/>
              </w:rPr>
              <w:t xml:space="preserve"> </w:t>
            </w:r>
          </w:p>
          <w:p w14:paraId="2BE93D8A" w14:textId="26BFEB66" w:rsidR="00F801F2" w:rsidRPr="003F51D9" w:rsidRDefault="00F801F2">
            <w:pPr>
              <w:keepNext/>
              <w:jc w:val="center"/>
              <w:rPr>
                <w:rFonts w:ascii="Calibri" w:hAnsi="Calibri" w:cs="Calibri"/>
              </w:rPr>
            </w:pPr>
          </w:p>
        </w:tc>
        <w:tc>
          <w:tcPr>
            <w:tcW w:w="7957" w:type="dxa"/>
            <w:gridSpan w:val="3"/>
            <w:shd w:val="clear" w:color="auto" w:fill="F0F0F0"/>
          </w:tcPr>
          <w:p w14:paraId="2DEAB026" w14:textId="5CE785D9" w:rsidR="00E25052" w:rsidRPr="003F51D9" w:rsidRDefault="00830455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F51D9">
              <w:rPr>
                <w:rFonts w:ascii="Calibri" w:hAnsi="Calibri" w:cs="Calibri"/>
                <w:b/>
                <w:sz w:val="20"/>
                <w:szCs w:val="20"/>
              </w:rPr>
              <w:t>Județul</w:t>
            </w:r>
            <w:proofErr w:type="spellEnd"/>
            <w:r w:rsidR="003C4277" w:rsidRPr="003F51D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3C4277" w:rsidRPr="003F51D9">
              <w:rPr>
                <w:rFonts w:ascii="Calibri" w:hAnsi="Calibri" w:cs="Calibri"/>
                <w:b/>
                <w:sz w:val="20"/>
                <w:szCs w:val="20"/>
              </w:rPr>
              <w:t>Argeș</w:t>
            </w:r>
            <w:proofErr w:type="spellEnd"/>
          </w:p>
          <w:p w14:paraId="1F74738E" w14:textId="53766CEB" w:rsidR="00E25052" w:rsidRPr="003F51D9" w:rsidRDefault="003C4277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r w:rsidRPr="003F51D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E25052" w:rsidRPr="003F51D9" w14:paraId="6B015EDC" w14:textId="77777777" w:rsidTr="00C735DD">
        <w:trPr>
          <w:cantSplit/>
          <w:trHeight w:val="468"/>
        </w:trPr>
        <w:tc>
          <w:tcPr>
            <w:tcW w:w="1665" w:type="dxa"/>
            <w:vMerge/>
          </w:tcPr>
          <w:p w14:paraId="7AF8C63B" w14:textId="77777777" w:rsidR="00E25052" w:rsidRPr="003F51D9" w:rsidRDefault="00E25052">
            <w:pPr>
              <w:rPr>
                <w:rFonts w:ascii="Calibri" w:hAnsi="Calibri" w:cs="Calibri"/>
              </w:rPr>
            </w:pPr>
          </w:p>
        </w:tc>
        <w:tc>
          <w:tcPr>
            <w:tcW w:w="7957" w:type="dxa"/>
            <w:gridSpan w:val="3"/>
            <w:shd w:val="clear" w:color="auto" w:fill="F0F0F0"/>
          </w:tcPr>
          <w:p w14:paraId="0D01EB31" w14:textId="77777777" w:rsidR="008318B5" w:rsidRPr="003F51D9" w:rsidRDefault="008318B5" w:rsidP="008318B5">
            <w:pPr>
              <w:keepNext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1F71C78E" w14:textId="127D0C2D" w:rsidR="00E25052" w:rsidRPr="003F51D9" w:rsidRDefault="003C4277">
            <w:pPr>
              <w:keepNext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F51D9">
              <w:rPr>
                <w:rFonts w:ascii="Calibri" w:hAnsi="Calibri" w:cs="Calibr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A8469A" w:rsidRPr="003F51D9" w14:paraId="7354B52B" w14:textId="77777777" w:rsidTr="00C735DD">
        <w:trPr>
          <w:cantSplit/>
          <w:trHeight w:val="468"/>
        </w:trPr>
        <w:tc>
          <w:tcPr>
            <w:tcW w:w="1665" w:type="dxa"/>
            <w:vMerge/>
          </w:tcPr>
          <w:p w14:paraId="2EA11AAE" w14:textId="77777777" w:rsidR="00A8469A" w:rsidRPr="003F51D9" w:rsidRDefault="00A8469A" w:rsidP="00A8469A">
            <w:pPr>
              <w:rPr>
                <w:rFonts w:ascii="Calibri" w:hAnsi="Calibri" w:cs="Calibri"/>
              </w:rPr>
            </w:pPr>
          </w:p>
        </w:tc>
        <w:tc>
          <w:tcPr>
            <w:tcW w:w="2343" w:type="dxa"/>
            <w:shd w:val="clear" w:color="auto" w:fill="F0F0F0"/>
          </w:tcPr>
          <w:p w14:paraId="1A8FE1B1" w14:textId="5FE5A170" w:rsidR="00A8469A" w:rsidRPr="003F51D9" w:rsidRDefault="00A8469A" w:rsidP="00A8469A">
            <w:pPr>
              <w:keepNext/>
              <w:rPr>
                <w:rFonts w:ascii="Calibri" w:hAnsi="Calibri" w:cs="Calibri"/>
                <w:sz w:val="14"/>
                <w:szCs w:val="14"/>
                <w:lang w:val="fr-FR"/>
              </w:rPr>
            </w:pPr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2ECEACE6" w14:textId="1CD20B50" w:rsidR="00A8469A" w:rsidRPr="003F51D9" w:rsidRDefault="00A8469A" w:rsidP="00A8469A">
            <w:pPr>
              <w:keepNext/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</w:pPr>
            <w:r w:rsidRPr="003F51D9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14" w:type="dxa"/>
            <w:gridSpan w:val="2"/>
            <w:shd w:val="clear" w:color="auto" w:fill="F0F0F0"/>
          </w:tcPr>
          <w:p w14:paraId="49CBD2CA" w14:textId="77777777" w:rsidR="00A8469A" w:rsidRPr="003F51D9" w:rsidRDefault="00A8469A" w:rsidP="00A8469A">
            <w:pPr>
              <w:keepNext/>
              <w:rPr>
                <w:rFonts w:ascii="Calibri" w:hAnsi="Calibri" w:cs="Calibri"/>
                <w:sz w:val="14"/>
                <w:szCs w:val="14"/>
                <w:lang w:val="pt-BR"/>
              </w:rPr>
            </w:pPr>
            <w:r w:rsidRPr="003F51D9">
              <w:rPr>
                <w:rFonts w:ascii="Calibri" w:hAnsi="Calibri" w:cs="Calibr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49DFD79A" w14:textId="4AC23A95" w:rsidR="00A8469A" w:rsidRPr="003F51D9" w:rsidRDefault="00A8469A" w:rsidP="00A8469A">
            <w:pPr>
              <w:keepNext/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</w:pPr>
            <w:r w:rsidRPr="003F51D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3F51D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3F51D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3F51D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3F51D9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: 110053</w:t>
            </w:r>
          </w:p>
          <w:p w14:paraId="78A52A4D" w14:textId="0895AE52" w:rsidR="00A8469A" w:rsidRPr="003F51D9" w:rsidRDefault="00A8469A" w:rsidP="00A8469A">
            <w:pPr>
              <w:keepNext/>
              <w:rPr>
                <w:rFonts w:ascii="Calibri" w:hAnsi="Calibri" w:cs="Calibri"/>
                <w:iCs/>
                <w:sz w:val="20"/>
                <w:szCs w:val="20"/>
                <w:lang w:val="pt-BR"/>
              </w:rPr>
            </w:pPr>
            <w:r w:rsidRPr="003F51D9">
              <w:rPr>
                <w:rFonts w:ascii="Calibri" w:hAnsi="Calibri" w:cs="Calibr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E25052" w:rsidRPr="003F51D9" w14:paraId="0DABC460" w14:textId="77777777" w:rsidTr="00C735DD">
        <w:trPr>
          <w:cantSplit/>
          <w:trHeight w:val="468"/>
        </w:trPr>
        <w:tc>
          <w:tcPr>
            <w:tcW w:w="1665" w:type="dxa"/>
            <w:vMerge/>
          </w:tcPr>
          <w:p w14:paraId="13B733BA" w14:textId="77777777" w:rsidR="00E25052" w:rsidRPr="003F51D9" w:rsidRDefault="00E25052">
            <w:pPr>
              <w:rPr>
                <w:rFonts w:ascii="Calibri" w:hAnsi="Calibri" w:cs="Calibri"/>
                <w:lang w:val="pt-BR"/>
              </w:rPr>
            </w:pPr>
          </w:p>
        </w:tc>
        <w:tc>
          <w:tcPr>
            <w:tcW w:w="4749" w:type="dxa"/>
            <w:gridSpan w:val="2"/>
            <w:shd w:val="clear" w:color="auto" w:fill="F0F0F0"/>
          </w:tcPr>
          <w:p w14:paraId="46EE121A" w14:textId="663DD39D" w:rsidR="00E25052" w:rsidRPr="00657778" w:rsidRDefault="00830455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57778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657778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657778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08" w:type="dxa"/>
            <w:shd w:val="clear" w:color="auto" w:fill="F0F0F0"/>
          </w:tcPr>
          <w:p w14:paraId="36393E32" w14:textId="77777777" w:rsidR="00E25052" w:rsidRPr="00657778" w:rsidRDefault="00830455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r w:rsidRPr="00657778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Data</w:t>
            </w:r>
          </w:p>
          <w:p w14:paraId="4D13DA55" w14:textId="77777777" w:rsidR="00E25052" w:rsidRPr="00657778" w:rsidRDefault="00E25052">
            <w:pPr>
              <w:keepNext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FB5BB70" w14:textId="61A15EC9" w:rsidR="00E25052" w:rsidRPr="003F51D9" w:rsidRDefault="00E25052">
      <w:pPr>
        <w:spacing w:line="168" w:lineRule="auto"/>
        <w:rPr>
          <w:rFonts w:ascii="Calibri" w:hAnsi="Calibri" w:cs="Calibri"/>
          <w:lang w:val="fr-FR"/>
        </w:rPr>
      </w:pPr>
    </w:p>
    <w:p w14:paraId="19E46984" w14:textId="77777777" w:rsidR="00E25052" w:rsidRPr="003F51D9" w:rsidRDefault="00830455">
      <w:pPr>
        <w:spacing w:before="140" w:after="40"/>
        <w:jc w:val="center"/>
        <w:rPr>
          <w:rFonts w:ascii="Calibri" w:hAnsi="Calibri" w:cs="Calibri"/>
          <w:sz w:val="28"/>
          <w:szCs w:val="28"/>
        </w:rPr>
      </w:pPr>
      <w:r w:rsidRPr="003F51D9">
        <w:rPr>
          <w:rFonts w:ascii="Calibri" w:hAnsi="Calibri" w:cs="Calibri"/>
          <w:b/>
          <w:sz w:val="28"/>
          <w:szCs w:val="28"/>
        </w:rPr>
        <w:t>CERERE</w:t>
      </w:r>
    </w:p>
    <w:p w14:paraId="6AB0BEC6" w14:textId="77777777" w:rsidR="00E25052" w:rsidRPr="003F51D9" w:rsidRDefault="00E25052">
      <w:pPr>
        <w:spacing w:after="60"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3F51D9" w14:paraId="4E6B3EF6" w14:textId="77777777" w:rsidTr="003F51D9">
        <w:trPr>
          <w:cantSplit/>
        </w:trPr>
        <w:tc>
          <w:tcPr>
            <w:tcW w:w="9636" w:type="dxa"/>
            <w:shd w:val="clear" w:color="auto" w:fill="F2F2F2" w:themeFill="background1" w:themeFillShade="F2"/>
          </w:tcPr>
          <w:p w14:paraId="19939942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sz w:val="16"/>
              </w:rPr>
              <w:t xml:space="preserve"> 1. </w:t>
            </w:r>
            <w:r w:rsidRPr="003F51D9">
              <w:rPr>
                <w:rFonts w:ascii="Calibri" w:hAnsi="Calibri" w:cs="Calibri"/>
                <w:b/>
                <w:color w:val="000000"/>
                <w:sz w:val="18"/>
              </w:rPr>
              <w:t>CĂTRE</w:t>
            </w:r>
          </w:p>
        </w:tc>
      </w:tr>
      <w:tr w:rsidR="00E25052" w:rsidRPr="003F51D9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3F51D9" w:rsidRDefault="00830455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3F51D9">
              <w:rPr>
                <w:rFonts w:ascii="Calibri" w:hAnsi="Calibri" w:cs="Calibri"/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3F51D9" w:rsidRDefault="00830455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municipiului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orașului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comunei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de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sector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consiliul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3F51D9" w:rsidRDefault="00E25052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E25052" w:rsidRPr="003F51D9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3F51D9" w:rsidRDefault="00830455">
            <w:pPr>
              <w:spacing w:line="228" w:lineRule="auto"/>
              <w:rPr>
                <w:rFonts w:ascii="Calibri" w:hAnsi="Calibri" w:cs="Calibri"/>
                <w:lang w:val="fr-FR"/>
              </w:rPr>
            </w:pPr>
            <w:proofErr w:type="spellStart"/>
            <w:r w:rsidRPr="003F51D9">
              <w:rPr>
                <w:rFonts w:ascii="Calibri" w:hAnsi="Calibri" w:cs="Calibri"/>
                <w:lang w:val="fr-FR"/>
              </w:rPr>
              <w:t>Cererea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va fi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transmisă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către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președintele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consiliului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județean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general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de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sector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sau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municipiului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orașului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comunei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după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lang w:val="fr-FR"/>
              </w:rPr>
              <w:t>caz</w:t>
            </w:r>
            <w:proofErr w:type="spellEnd"/>
            <w:r w:rsidRPr="003F51D9">
              <w:rPr>
                <w:rFonts w:ascii="Calibri" w:hAnsi="Calibri" w:cs="Calibri"/>
                <w:lang w:val="fr-FR"/>
              </w:rPr>
              <w:t>.</w:t>
            </w:r>
          </w:p>
        </w:tc>
      </w:tr>
    </w:tbl>
    <w:p w14:paraId="159276EE" w14:textId="77777777" w:rsidR="00E25052" w:rsidRPr="003F51D9" w:rsidRDefault="00E25052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:rsidRPr="003F51D9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3F51D9">
              <w:rPr>
                <w:rFonts w:ascii="Calibri" w:hAnsi="Calibri" w:cs="Calibri"/>
                <w:b/>
                <w:sz w:val="16"/>
              </w:rPr>
              <w:t xml:space="preserve">2. </w:t>
            </w:r>
            <w:r w:rsidRPr="003F51D9">
              <w:rPr>
                <w:rFonts w:ascii="Calibri" w:hAnsi="Calibri" w:cs="Calibri"/>
                <w:b/>
                <w:color w:val="000000"/>
                <w:sz w:val="18"/>
              </w:rPr>
              <w:t>SOLICITANTUL</w:t>
            </w:r>
          </w:p>
        </w:tc>
      </w:tr>
      <w:tr w:rsidR="00E25052" w:rsidRPr="003F51D9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Nume și prenume</w:t>
            </w:r>
          </w:p>
          <w:p w14:paraId="50ECD17B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CNP</w:t>
            </w:r>
          </w:p>
          <w:p w14:paraId="6B11B457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sz w:val="16"/>
              </w:rPr>
              <w:t xml:space="preserve"> Act de identitate</w:t>
            </w:r>
          </w:p>
        </w:tc>
      </w:tr>
      <w:tr w:rsidR="00E25052" w:rsidRPr="003F51D9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Seria</w:t>
            </w:r>
          </w:p>
          <w:p w14:paraId="1742791D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6C2D16F6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Numărul</w:t>
            </w:r>
          </w:p>
          <w:p w14:paraId="18D6DBDF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Eliberat de</w:t>
            </w:r>
          </w:p>
          <w:p w14:paraId="5BAC43F0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7AB74026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La data</w:t>
            </w:r>
          </w:p>
          <w:p w14:paraId="6324FC92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sz w:val="16"/>
              </w:rPr>
              <w:t xml:space="preserve"> Domiciliul</w:t>
            </w:r>
          </w:p>
        </w:tc>
      </w:tr>
      <w:tr w:rsidR="00E25052" w:rsidRPr="003F51D9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Județul</w:t>
            </w:r>
          </w:p>
          <w:p w14:paraId="27F852AB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Municipiul / orașul / comuna</w:t>
            </w:r>
          </w:p>
          <w:p w14:paraId="0D48E3BB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Satul / sectorul</w:t>
            </w:r>
          </w:p>
          <w:p w14:paraId="20822E8F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141E58F7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6B47B93F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399A8499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7DDABD5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Sc.</w:t>
            </w:r>
          </w:p>
          <w:p w14:paraId="0E160ACF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EA9678F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Et.</w:t>
            </w:r>
          </w:p>
          <w:p w14:paraId="43F6DA47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0209D0C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Ap.</w:t>
            </w:r>
          </w:p>
          <w:p w14:paraId="2E35CB99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60D07855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Cod poștal</w:t>
            </w:r>
          </w:p>
          <w:p w14:paraId="38A54738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37AA103A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Țara</w:t>
            </w:r>
          </w:p>
          <w:p w14:paraId="123D5598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sz w:val="16"/>
              </w:rPr>
              <w:t xml:space="preserve"> Date de contact</w:t>
            </w:r>
          </w:p>
        </w:tc>
      </w:tr>
      <w:tr w:rsidR="00E25052" w:rsidRPr="003F51D9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Telefon / fax</w:t>
            </w:r>
          </w:p>
          <w:p w14:paraId="2DEDAC5B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E-mail</w:t>
            </w:r>
          </w:p>
          <w:p w14:paraId="3C2D93FB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sz w:val="16"/>
              </w:rPr>
              <w:t xml:space="preserve"> Reprezentare</w:t>
            </w:r>
          </w:p>
        </w:tc>
      </w:tr>
      <w:tr w:rsidR="00E25052" w:rsidRPr="003F51D9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Pr="003F51D9" w:rsidRDefault="00830455">
            <w:pPr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În calitate de reprezentant al</w:t>
            </w:r>
          </w:p>
          <w:p w14:paraId="6834604F" w14:textId="77777777" w:rsidR="00E25052" w:rsidRPr="003F51D9" w:rsidRDefault="00E25052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3F51D9" w:rsidRDefault="00830455">
            <w:pPr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CUI / CIF</w:t>
            </w:r>
          </w:p>
          <w:p w14:paraId="3B9A3463" w14:textId="77777777" w:rsidR="00E25052" w:rsidRPr="003F51D9" w:rsidRDefault="00E25052">
            <w:pPr>
              <w:rPr>
                <w:rFonts w:ascii="Calibri" w:hAnsi="Calibri" w:cs="Calibri"/>
              </w:rPr>
            </w:pPr>
          </w:p>
        </w:tc>
      </w:tr>
    </w:tbl>
    <w:p w14:paraId="01E74949" w14:textId="77777777" w:rsidR="00E25052" w:rsidRPr="003F51D9" w:rsidRDefault="00E25052">
      <w:pPr>
        <w:spacing w:line="168" w:lineRule="auto"/>
        <w:rPr>
          <w:rFonts w:ascii="Calibri" w:hAnsi="Calibri" w:cs="Calibri"/>
        </w:rPr>
      </w:pPr>
    </w:p>
    <w:p w14:paraId="20F32F97" w14:textId="77777777" w:rsidR="00E25052" w:rsidRPr="003F51D9" w:rsidRDefault="00830455">
      <w:pPr>
        <w:spacing w:before="80" w:after="60"/>
        <w:jc w:val="center"/>
        <w:rPr>
          <w:rFonts w:ascii="Calibri" w:hAnsi="Calibri" w:cs="Calibri"/>
          <w:lang w:val="pt-BR"/>
        </w:rPr>
      </w:pPr>
      <w:r w:rsidRPr="003F51D9">
        <w:rPr>
          <w:rFonts w:ascii="Calibri" w:hAnsi="Calibri" w:cs="Calibri"/>
          <w:sz w:val="18"/>
          <w:lang w:val="pt-BR"/>
        </w:rPr>
        <w:t>în conformitate cu prevederile Legii nr. 169/2026 privind Codul amenajării teritoriului, urbanismului și construcțiilor,</w:t>
      </w:r>
    </w:p>
    <w:p w14:paraId="14CE8A1A" w14:textId="77777777" w:rsidR="00A928D3" w:rsidRPr="003F51D9" w:rsidRDefault="00A928D3" w:rsidP="001F0275">
      <w:pPr>
        <w:pStyle w:val="spar"/>
        <w:jc w:val="center"/>
        <w:rPr>
          <w:rFonts w:ascii="Calibri" w:hAnsi="Calibri" w:cs="Calibri"/>
          <w:sz w:val="18"/>
          <w:szCs w:val="22"/>
          <w:lang w:val="pt-BR" w:eastAsia="en-US"/>
        </w:rPr>
      </w:pPr>
      <w:r w:rsidRPr="003F51D9">
        <w:rPr>
          <w:rFonts w:ascii="Calibri" w:hAnsi="Calibri" w:cs="Calibri"/>
          <w:sz w:val="18"/>
          <w:szCs w:val="22"/>
          <w:lang w:val="pt-BR" w:eastAsia="en-US"/>
        </w:rPr>
        <w:t>solicit emiterea</w:t>
      </w:r>
    </w:p>
    <w:p w14:paraId="2E9518D6" w14:textId="77777777" w:rsidR="00A928D3" w:rsidRPr="003F51D9" w:rsidRDefault="00A928D3" w:rsidP="001F0275">
      <w:pPr>
        <w:pStyle w:val="spar"/>
        <w:jc w:val="center"/>
        <w:rPr>
          <w:rFonts w:ascii="Calibri" w:hAnsi="Calibri" w:cs="Calibri"/>
          <w:sz w:val="18"/>
          <w:szCs w:val="22"/>
          <w:lang w:val="pt-BR" w:eastAsia="en-US"/>
        </w:rPr>
      </w:pPr>
    </w:p>
    <w:p w14:paraId="5294CD81" w14:textId="77777777" w:rsidR="00A928D3" w:rsidRPr="003F51D9" w:rsidRDefault="00A928D3" w:rsidP="00A928D3">
      <w:pPr>
        <w:pStyle w:val="spar"/>
        <w:jc w:val="center"/>
        <w:rPr>
          <w:rFonts w:ascii="Calibri" w:hAnsi="Calibri" w:cs="Calibri"/>
          <w:b/>
          <w:bCs/>
          <w:sz w:val="18"/>
          <w:szCs w:val="22"/>
          <w:lang w:val="pt-BR" w:eastAsia="en-US"/>
        </w:rPr>
      </w:pPr>
      <w:r w:rsidRPr="003F51D9">
        <w:rPr>
          <w:rFonts w:ascii="Calibri" w:hAnsi="Calibri" w:cs="Calibri"/>
          <w:b/>
          <w:bCs/>
          <w:sz w:val="18"/>
          <w:szCs w:val="22"/>
          <w:lang w:val="pt-BR" w:eastAsia="en-US"/>
        </w:rPr>
        <w:t>CERTIFICATULUI DE URBANISM DE INFORMARE</w:t>
      </w:r>
    </w:p>
    <w:p w14:paraId="6D13ACAB" w14:textId="77777777" w:rsidR="00A928D3" w:rsidRPr="003F51D9" w:rsidRDefault="00A928D3" w:rsidP="00A928D3">
      <w:pPr>
        <w:pStyle w:val="spar"/>
        <w:jc w:val="center"/>
        <w:rPr>
          <w:rFonts w:ascii="Calibri" w:hAnsi="Calibri" w:cs="Calibri"/>
          <w:b/>
          <w:bCs/>
          <w:sz w:val="18"/>
          <w:szCs w:val="22"/>
          <w:lang w:val="pt-BR" w:eastAsia="en-US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:rsidRPr="003F51D9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3F51D9">
              <w:rPr>
                <w:rFonts w:ascii="Calibri" w:hAnsi="Calibri" w:cs="Calibri"/>
                <w:b/>
                <w:sz w:val="16"/>
              </w:rPr>
              <w:t xml:space="preserve">3. </w:t>
            </w:r>
            <w:r w:rsidRPr="003F51D9">
              <w:rPr>
                <w:rFonts w:ascii="Calibri" w:hAnsi="Calibri" w:cs="Calibri"/>
                <w:b/>
                <w:color w:val="000000"/>
                <w:sz w:val="18"/>
              </w:rPr>
              <w:t>IMOBILUL</w:t>
            </w:r>
          </w:p>
        </w:tc>
      </w:tr>
      <w:tr w:rsidR="00E25052" w:rsidRPr="003F51D9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sz w:val="16"/>
              </w:rPr>
              <w:t xml:space="preserve"> </w:t>
            </w:r>
            <w:r w:rsidRPr="003F51D9">
              <w:rPr>
                <w:rFonts w:ascii="Segoe UI Symbol" w:hAnsi="Segoe UI Symbol" w:cs="Segoe UI Symbol"/>
                <w:sz w:val="16"/>
              </w:rPr>
              <w:t>☐</w:t>
            </w:r>
            <w:r w:rsidRPr="003F51D9">
              <w:rPr>
                <w:rFonts w:ascii="Calibri" w:hAnsi="Calibri" w:cs="Calibri"/>
                <w:sz w:val="16"/>
              </w:rPr>
              <w:t xml:space="preserve"> teren     </w:t>
            </w:r>
            <w:r w:rsidRPr="003F51D9">
              <w:rPr>
                <w:rFonts w:ascii="Segoe UI Symbol" w:hAnsi="Segoe UI Symbol" w:cs="Segoe UI Symbol"/>
                <w:sz w:val="16"/>
              </w:rPr>
              <w:t>☐</w:t>
            </w:r>
            <w:r w:rsidRPr="003F51D9">
              <w:rPr>
                <w:rFonts w:ascii="Calibri" w:hAnsi="Calibri" w:cs="Calibri"/>
                <w:sz w:val="16"/>
              </w:rPr>
              <w:t xml:space="preserve"> construcții</w:t>
            </w:r>
          </w:p>
        </w:tc>
      </w:tr>
      <w:tr w:rsidR="00E25052" w:rsidRPr="003F51D9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Județ</w:t>
            </w:r>
          </w:p>
          <w:p w14:paraId="6D07226C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Municipiu / oraș / comună</w:t>
            </w:r>
          </w:p>
          <w:p w14:paraId="01BF54FB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Sat / sector</w:t>
            </w:r>
          </w:p>
          <w:p w14:paraId="3E7C20BC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Cod poștal</w:t>
            </w:r>
          </w:p>
          <w:p w14:paraId="0DC3F395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6FBE06C3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6816659E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3E454520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0279B798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Bl. / sc. / et. / ap.</w:t>
            </w:r>
          </w:p>
          <w:p w14:paraId="1284E2F7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Suprafața terenului (m²)</w:t>
            </w:r>
          </w:p>
          <w:p w14:paraId="375B3DAF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3F51D9" w:rsidRDefault="00830455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3F51D9">
              <w:rPr>
                <w:rFonts w:ascii="Calibri" w:hAnsi="Calibri" w:cs="Calibri"/>
                <w:b/>
                <w:color w:val="0D5F78"/>
                <w:lang w:val="fr-FR"/>
              </w:rPr>
              <w:t>Număr</w:t>
            </w:r>
            <w:proofErr w:type="spellEnd"/>
            <w:r w:rsidRPr="003F51D9">
              <w:rPr>
                <w:rFonts w:ascii="Calibri" w:hAnsi="Calibri" w:cs="Calibri"/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3F51D9" w:rsidRDefault="00830455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imobilul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e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înscris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>în</w:t>
            </w:r>
            <w:proofErr w:type="spellEnd"/>
            <w:r w:rsidRPr="003F51D9">
              <w:rPr>
                <w:rFonts w:ascii="Calibri" w:hAnsi="Calibri" w:cs="Calibri"/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3F51D9" w:rsidRDefault="00E25052">
            <w:pPr>
              <w:keepNext/>
              <w:rPr>
                <w:rFonts w:ascii="Calibri" w:hAnsi="Calibri" w:cs="Calibr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 xml:space="preserve">Carte </w:t>
            </w:r>
            <w:proofErr w:type="spellStart"/>
            <w:r w:rsidRPr="003F51D9">
              <w:rPr>
                <w:rFonts w:ascii="Calibri" w:hAnsi="Calibri" w:cs="Calibri"/>
                <w:b/>
                <w:color w:val="0D5F78"/>
              </w:rPr>
              <w:t>funciară</w:t>
            </w:r>
            <w:proofErr w:type="spellEnd"/>
            <w:r w:rsidRPr="003F51D9">
              <w:rPr>
                <w:rFonts w:ascii="Calibri" w:hAnsi="Calibri" w:cs="Calibri"/>
                <w:b/>
                <w:color w:val="0D5F78"/>
              </w:rPr>
              <w:t xml:space="preserve"> nr.</w:t>
            </w:r>
          </w:p>
          <w:p w14:paraId="2038AD22" w14:textId="77777777" w:rsidR="00E25052" w:rsidRPr="003F51D9" w:rsidRDefault="00E25052">
            <w:pPr>
              <w:keepNext/>
              <w:rPr>
                <w:rFonts w:ascii="Calibri" w:hAnsi="Calibri" w:cs="Calibri"/>
              </w:rPr>
            </w:pPr>
          </w:p>
        </w:tc>
      </w:tr>
      <w:tr w:rsidR="00E25052" w:rsidRPr="003F51D9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3F51D9" w:rsidRDefault="00830455">
            <w:pPr>
              <w:rPr>
                <w:rFonts w:ascii="Calibri" w:hAnsi="Calibri" w:cs="Calibri"/>
                <w:sz w:val="16"/>
                <w:lang w:val="fr-FR"/>
              </w:rPr>
            </w:pP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r w:rsidRPr="003F51D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extras de carte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funciară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actualizat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,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anexat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    </w:t>
            </w:r>
          </w:p>
          <w:p w14:paraId="4D8DB8B6" w14:textId="6B074625" w:rsidR="00E25052" w:rsidRPr="003F51D9" w:rsidRDefault="00830455">
            <w:pPr>
              <w:rPr>
                <w:rFonts w:ascii="Calibri" w:hAnsi="Calibri" w:cs="Calibri"/>
                <w:lang w:val="fr-FR"/>
              </w:rPr>
            </w:pPr>
            <w:r w:rsidRPr="003F51D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plan de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încadrare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în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zonă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în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sistem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Stereo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70,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anexat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eliberat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, la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cerere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, de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către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Agenția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Națională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de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Cadastru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și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Publicitate</w:t>
            </w:r>
            <w:proofErr w:type="spellEnd"/>
            <w:r w:rsidR="00F8517F"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="00F8517F" w:rsidRPr="003F51D9">
              <w:rPr>
                <w:rFonts w:ascii="Calibri" w:hAnsi="Calibri" w:cs="Calibri"/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3F51D9" w:rsidRDefault="00E25052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:rsidRPr="003F51D9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3F51D9">
              <w:rPr>
                <w:rFonts w:ascii="Calibri" w:hAnsi="Calibri" w:cs="Calibri"/>
                <w:b/>
                <w:sz w:val="16"/>
              </w:rPr>
              <w:t xml:space="preserve">4. </w:t>
            </w:r>
            <w:r w:rsidRPr="003F51D9">
              <w:rPr>
                <w:rFonts w:ascii="Calibri" w:hAnsi="Calibri" w:cs="Calibri"/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3F51D9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3F51D9" w:rsidRDefault="00830455">
            <w:pPr>
              <w:rPr>
                <w:rFonts w:ascii="Calibri" w:hAnsi="Calibri" w:cs="Calibri"/>
                <w:lang w:val="fr-FR"/>
              </w:rPr>
            </w:pP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r w:rsidRPr="003F51D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în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format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scris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, prin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poștă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    </w:t>
            </w:r>
            <w:r w:rsidRPr="003F51D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în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format digital, la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adresa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gramStart"/>
            <w:r w:rsidRPr="003F51D9">
              <w:rPr>
                <w:rFonts w:ascii="Calibri" w:hAnsi="Calibri" w:cs="Calibri"/>
                <w:sz w:val="16"/>
                <w:lang w:val="fr-FR"/>
              </w:rPr>
              <w:t>de e-mail</w:t>
            </w:r>
            <w:proofErr w:type="gram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indicată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    </w:t>
            </w:r>
            <w:r w:rsidRPr="003F51D9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ridicare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de la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sediul</w:t>
            </w:r>
            <w:proofErr w:type="spellEnd"/>
            <w:r w:rsidRPr="003F51D9">
              <w:rPr>
                <w:rFonts w:ascii="Calibri" w:hAnsi="Calibri" w:cs="Calibri"/>
                <w:sz w:val="16"/>
                <w:lang w:val="fr-FR"/>
              </w:rPr>
              <w:t xml:space="preserve"> </w:t>
            </w:r>
            <w:proofErr w:type="spellStart"/>
            <w:r w:rsidRPr="003F51D9">
              <w:rPr>
                <w:rFonts w:ascii="Calibri" w:hAnsi="Calibri" w:cs="Calibri"/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3F51D9" w:rsidRDefault="00E25052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:rsidRPr="003F51D9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3F51D9" w:rsidRDefault="00830455">
            <w:pPr>
              <w:keepNext/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3F51D9">
              <w:rPr>
                <w:rFonts w:ascii="Calibri" w:hAnsi="Calibri" w:cs="Calibri"/>
                <w:b/>
                <w:sz w:val="16"/>
              </w:rPr>
              <w:t xml:space="preserve">5. </w:t>
            </w:r>
            <w:r w:rsidRPr="003F51D9">
              <w:rPr>
                <w:rFonts w:ascii="Calibri" w:hAnsi="Calibri" w:cs="Calibri"/>
                <w:b/>
                <w:color w:val="000000"/>
                <w:sz w:val="18"/>
              </w:rPr>
              <w:t>DATA ȘI SEMNĂTURA</w:t>
            </w:r>
          </w:p>
        </w:tc>
      </w:tr>
      <w:tr w:rsidR="00E25052" w:rsidRPr="003F51D9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3F51D9" w:rsidRDefault="00830455">
            <w:pPr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Data</w:t>
            </w:r>
          </w:p>
          <w:p w14:paraId="725AA280" w14:textId="77777777" w:rsidR="00E25052" w:rsidRPr="003F51D9" w:rsidRDefault="00E25052">
            <w:pPr>
              <w:rPr>
                <w:rFonts w:ascii="Calibri" w:hAnsi="Calibri" w:cs="Calibri"/>
              </w:rPr>
            </w:pPr>
          </w:p>
        </w:tc>
        <w:tc>
          <w:tcPr>
            <w:tcW w:w="4818" w:type="dxa"/>
          </w:tcPr>
          <w:p w14:paraId="1A18FEF7" w14:textId="77777777" w:rsidR="00E25052" w:rsidRPr="003F51D9" w:rsidRDefault="00830455">
            <w:pPr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Solicitantul</w:t>
            </w:r>
          </w:p>
          <w:p w14:paraId="4BFA03F3" w14:textId="77777777" w:rsidR="00E25052" w:rsidRPr="003F51D9" w:rsidRDefault="00E25052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51766049" w14:textId="77777777" w:rsidR="00E25052" w:rsidRPr="003F51D9" w:rsidRDefault="00830455">
            <w:pPr>
              <w:rPr>
                <w:rFonts w:ascii="Calibri" w:hAnsi="Calibri" w:cs="Calibri"/>
              </w:rPr>
            </w:pPr>
            <w:r w:rsidRPr="003F51D9">
              <w:rPr>
                <w:rFonts w:ascii="Calibri" w:hAnsi="Calibri" w:cs="Calibri"/>
                <w:b/>
                <w:color w:val="0D5F78"/>
              </w:rPr>
              <w:t>Semnătura</w:t>
            </w:r>
          </w:p>
          <w:p w14:paraId="4558B6A6" w14:textId="77777777" w:rsidR="00E25052" w:rsidRPr="003F51D9" w:rsidRDefault="00E25052">
            <w:pPr>
              <w:rPr>
                <w:rFonts w:ascii="Calibri" w:hAnsi="Calibri" w:cs="Calibri"/>
              </w:rPr>
            </w:pPr>
          </w:p>
        </w:tc>
      </w:tr>
    </w:tbl>
    <w:p w14:paraId="49F8112D" w14:textId="77777777" w:rsidR="00E25052" w:rsidRPr="003F51D9" w:rsidRDefault="00E25052">
      <w:pPr>
        <w:spacing w:line="168" w:lineRule="auto"/>
        <w:rPr>
          <w:rFonts w:ascii="Calibri" w:hAnsi="Calibri" w:cs="Calibri"/>
        </w:rPr>
      </w:pPr>
    </w:p>
    <w:p w14:paraId="242D1965" w14:textId="77777777" w:rsidR="00F8517F" w:rsidRPr="003F51D9" w:rsidRDefault="00F8517F" w:rsidP="00F8517F">
      <w:pPr>
        <w:rPr>
          <w:rFonts w:ascii="Calibri" w:hAnsi="Calibri" w:cs="Calibri"/>
        </w:rPr>
      </w:pPr>
    </w:p>
    <w:p w14:paraId="7207E8D0" w14:textId="77777777" w:rsidR="00F8517F" w:rsidRPr="003F51D9" w:rsidRDefault="00F8517F" w:rsidP="00F8517F">
      <w:pPr>
        <w:rPr>
          <w:rFonts w:ascii="Calibri" w:hAnsi="Calibri" w:cs="Calibri"/>
        </w:rPr>
      </w:pPr>
    </w:p>
    <w:p w14:paraId="7E180354" w14:textId="7A449F41" w:rsidR="00F8517F" w:rsidRPr="003F51D9" w:rsidRDefault="00F8517F" w:rsidP="00F8517F">
      <w:pPr>
        <w:tabs>
          <w:tab w:val="left" w:pos="3005"/>
        </w:tabs>
        <w:rPr>
          <w:rFonts w:ascii="Calibri" w:hAnsi="Calibri" w:cs="Calibri"/>
        </w:rPr>
      </w:pPr>
      <w:r w:rsidRPr="003F51D9">
        <w:rPr>
          <w:rFonts w:ascii="Calibri" w:hAnsi="Calibri" w:cs="Calibri"/>
        </w:rPr>
        <w:tab/>
      </w:r>
    </w:p>
    <w:sectPr w:rsidR="00F8517F" w:rsidRPr="003F51D9" w:rsidSect="009028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05671" w14:textId="77777777" w:rsidR="0025734F" w:rsidRDefault="0025734F">
      <w:r>
        <w:separator/>
      </w:r>
    </w:p>
  </w:endnote>
  <w:endnote w:type="continuationSeparator" w:id="0">
    <w:p w14:paraId="5E50B99D" w14:textId="77777777" w:rsidR="0025734F" w:rsidRDefault="00257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C4CC" w14:textId="77777777" w:rsidR="00431D67" w:rsidRDefault="00431D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Pr="00431D67" w:rsidRDefault="00F801F2">
    <w:pPr>
      <w:pStyle w:val="Footer"/>
      <w:tabs>
        <w:tab w:val="right" w:pos="9639"/>
      </w:tabs>
      <w:rPr>
        <w:rFonts w:asciiTheme="majorHAnsi" w:hAnsiTheme="majorHAnsi" w:cstheme="majorHAnsi"/>
        <w:sz w:val="13"/>
        <w:szCs w:val="20"/>
      </w:rPr>
    </w:pPr>
    <w:r w:rsidRPr="00431D67">
      <w:rPr>
        <w:rFonts w:asciiTheme="majorHAnsi" w:hAnsiTheme="majorHAnsi" w:cstheme="majorHAnsi"/>
        <w:color w:val="595959"/>
        <w:sz w:val="13"/>
        <w:szCs w:val="20"/>
      </w:rPr>
      <w:t xml:space="preserve">F_CU_01 · </w:t>
    </w:r>
    <w:proofErr w:type="spellStart"/>
    <w:r w:rsidRPr="00431D67">
      <w:rPr>
        <w:rFonts w:asciiTheme="majorHAnsi" w:hAnsiTheme="majorHAnsi" w:cstheme="majorHAnsi"/>
        <w:color w:val="595959"/>
        <w:sz w:val="13"/>
        <w:szCs w:val="20"/>
      </w:rPr>
      <w:t>versiunea</w:t>
    </w:r>
    <w:proofErr w:type="spellEnd"/>
    <w:r w:rsidRPr="00431D67">
      <w:rPr>
        <w:rFonts w:asciiTheme="majorHAnsi" w:hAnsiTheme="majorHAnsi" w:cstheme="majorHAnsi"/>
        <w:color w:val="595959"/>
        <w:sz w:val="13"/>
        <w:szCs w:val="20"/>
      </w:rPr>
      <w:t xml:space="preserve"> 1.0</w:t>
    </w:r>
    <w:r w:rsidRPr="00431D67">
      <w:rPr>
        <w:rFonts w:asciiTheme="majorHAnsi" w:hAnsiTheme="majorHAnsi" w:cstheme="majorHAnsi"/>
        <w:color w:val="595959"/>
        <w:sz w:val="13"/>
        <w:szCs w:val="20"/>
      </w:rPr>
      <w:tab/>
    </w:r>
    <w:proofErr w:type="spellStart"/>
    <w:r w:rsidRPr="00431D67">
      <w:rPr>
        <w:rFonts w:asciiTheme="majorHAnsi" w:hAnsiTheme="majorHAnsi" w:cstheme="majorHAnsi"/>
        <w:color w:val="595959"/>
        <w:sz w:val="13"/>
        <w:szCs w:val="20"/>
      </w:rPr>
      <w:t>pagina</w:t>
    </w:r>
    <w:proofErr w:type="spellEnd"/>
    <w:r w:rsidRPr="00431D67">
      <w:rPr>
        <w:rFonts w:asciiTheme="majorHAnsi" w:hAnsiTheme="majorHAnsi" w:cstheme="majorHAnsi"/>
        <w:color w:val="595959"/>
        <w:sz w:val="13"/>
        <w:szCs w:val="20"/>
      </w:rPr>
      <w:t xml:space="preserve"> </w:t>
    </w:r>
    <w:r w:rsidRPr="00431D67">
      <w:rPr>
        <w:rFonts w:asciiTheme="majorHAnsi" w:hAnsiTheme="majorHAnsi" w:cstheme="majorHAnsi"/>
        <w:color w:val="595959"/>
        <w:sz w:val="13"/>
        <w:szCs w:val="20"/>
      </w:rPr>
      <w:fldChar w:fldCharType="begin"/>
    </w:r>
    <w:r w:rsidRPr="00431D67">
      <w:rPr>
        <w:rFonts w:asciiTheme="majorHAnsi" w:hAnsiTheme="majorHAnsi" w:cstheme="majorHAnsi"/>
        <w:color w:val="595959"/>
        <w:sz w:val="13"/>
        <w:szCs w:val="20"/>
      </w:rPr>
      <w:instrText xml:space="preserve"> PAGE </w:instrText>
    </w:r>
    <w:r w:rsidRPr="00431D67">
      <w:rPr>
        <w:rFonts w:asciiTheme="majorHAnsi" w:hAnsiTheme="majorHAnsi" w:cstheme="majorHAnsi"/>
        <w:color w:val="595959"/>
        <w:sz w:val="13"/>
        <w:szCs w:val="20"/>
      </w:rPr>
      <w:fldChar w:fldCharType="separate"/>
    </w:r>
    <w:r w:rsidRPr="00431D67">
      <w:rPr>
        <w:rFonts w:asciiTheme="majorHAnsi" w:hAnsiTheme="majorHAnsi" w:cstheme="majorHAnsi"/>
        <w:noProof/>
        <w:color w:val="595959"/>
        <w:sz w:val="13"/>
        <w:szCs w:val="20"/>
      </w:rPr>
      <w:t>1</w:t>
    </w:r>
    <w:r w:rsidRPr="00431D67">
      <w:rPr>
        <w:rFonts w:asciiTheme="majorHAnsi" w:hAnsiTheme="majorHAnsi" w:cstheme="majorHAnsi"/>
        <w:color w:val="595959"/>
        <w:sz w:val="13"/>
        <w:szCs w:val="20"/>
      </w:rPr>
      <w:fldChar w:fldCharType="end"/>
    </w:r>
    <w:r w:rsidRPr="00431D67">
      <w:rPr>
        <w:rFonts w:asciiTheme="majorHAnsi" w:hAnsiTheme="majorHAnsi" w:cstheme="majorHAnsi"/>
        <w:color w:val="595959"/>
        <w:sz w:val="13"/>
        <w:szCs w:val="20"/>
      </w:rPr>
      <w:t xml:space="preserve"> din </w:t>
    </w:r>
    <w:r w:rsidRPr="00431D67">
      <w:rPr>
        <w:rFonts w:asciiTheme="majorHAnsi" w:hAnsiTheme="majorHAnsi" w:cstheme="majorHAnsi"/>
        <w:color w:val="595959"/>
        <w:sz w:val="13"/>
        <w:szCs w:val="20"/>
      </w:rPr>
      <w:fldChar w:fldCharType="begin"/>
    </w:r>
    <w:r w:rsidRPr="00431D67">
      <w:rPr>
        <w:rFonts w:asciiTheme="majorHAnsi" w:hAnsiTheme="majorHAnsi" w:cstheme="majorHAnsi"/>
        <w:color w:val="595959"/>
        <w:sz w:val="13"/>
        <w:szCs w:val="20"/>
      </w:rPr>
      <w:instrText xml:space="preserve"> NUMPAGES </w:instrText>
    </w:r>
    <w:r w:rsidRPr="00431D67">
      <w:rPr>
        <w:rFonts w:asciiTheme="majorHAnsi" w:hAnsiTheme="majorHAnsi" w:cstheme="majorHAnsi"/>
        <w:color w:val="595959"/>
        <w:sz w:val="13"/>
        <w:szCs w:val="20"/>
      </w:rPr>
      <w:fldChar w:fldCharType="separate"/>
    </w:r>
    <w:r w:rsidRPr="00431D67">
      <w:rPr>
        <w:rFonts w:asciiTheme="majorHAnsi" w:hAnsiTheme="majorHAnsi" w:cstheme="majorHAnsi"/>
        <w:noProof/>
        <w:color w:val="595959"/>
        <w:sz w:val="13"/>
        <w:szCs w:val="20"/>
      </w:rPr>
      <w:t>1</w:t>
    </w:r>
    <w:r w:rsidRPr="00431D67">
      <w:rPr>
        <w:rFonts w:asciiTheme="majorHAnsi" w:hAnsiTheme="majorHAnsi" w:cstheme="majorHAnsi"/>
        <w:color w:val="595959"/>
        <w:sz w:val="13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A667" w14:textId="77777777" w:rsidR="00431D67" w:rsidRDefault="00431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40BF" w14:textId="77777777" w:rsidR="0025734F" w:rsidRDefault="0025734F">
      <w:r>
        <w:separator/>
      </w:r>
    </w:p>
  </w:footnote>
  <w:footnote w:type="continuationSeparator" w:id="0">
    <w:p w14:paraId="612378B4" w14:textId="77777777" w:rsidR="0025734F" w:rsidRDefault="00257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968D" w14:textId="77777777" w:rsidR="00431D67" w:rsidRDefault="00431D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431D67" w:rsidRDefault="00F8517F" w:rsidP="00F8517F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431D67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nr.1  </w:t>
    </w:r>
  </w:p>
  <w:p w14:paraId="30A11B91" w14:textId="22C53C94" w:rsidR="00F8517F" w:rsidRPr="00431D67" w:rsidRDefault="00F8517F" w:rsidP="00F8517F">
    <w:pPr>
      <w:pStyle w:val="Header"/>
      <w:rPr>
        <w:rFonts w:asciiTheme="majorHAnsi" w:hAnsiTheme="majorHAnsi" w:cstheme="majorHAnsi"/>
        <w:b/>
        <w:bCs/>
        <w:color w:val="595959"/>
        <w:sz w:val="14"/>
        <w:szCs w:val="14"/>
        <w:lang w:val="ro-RO"/>
      </w:rPr>
    </w:pPr>
    <w:r w:rsidRPr="00431D67">
      <w:rPr>
        <w:rFonts w:asciiTheme="majorHAnsi" w:hAnsiTheme="majorHAnsi" w:cstheme="majorHAnsi"/>
        <w:color w:val="595959"/>
        <w:sz w:val="14"/>
        <w:szCs w:val="14"/>
        <w:lang w:val="pt-BR"/>
      </w:rPr>
      <w:t xml:space="preserve">F_CU_01 </w:t>
    </w:r>
    <w:r w:rsidR="00A928D3" w:rsidRPr="00431D67">
      <w:rPr>
        <w:rFonts w:asciiTheme="majorHAnsi" w:hAnsiTheme="majorHAnsi" w:cstheme="majorHAnsi"/>
        <w:color w:val="595959"/>
        <w:sz w:val="14"/>
        <w:szCs w:val="14"/>
        <w:lang w:val="pt-BR"/>
      </w:rPr>
      <w:t>Cerere emitere Certificat de Urbanism de Informare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32CA" w14:textId="77777777" w:rsidR="00431D67" w:rsidRDefault="00431D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A31"/>
    <w:rsid w:val="0006063C"/>
    <w:rsid w:val="000F41F9"/>
    <w:rsid w:val="000F55B4"/>
    <w:rsid w:val="0015074B"/>
    <w:rsid w:val="00185B4D"/>
    <w:rsid w:val="00194E59"/>
    <w:rsid w:val="0021562A"/>
    <w:rsid w:val="00235599"/>
    <w:rsid w:val="0025734F"/>
    <w:rsid w:val="00287BFF"/>
    <w:rsid w:val="0029639D"/>
    <w:rsid w:val="00326F90"/>
    <w:rsid w:val="003C4277"/>
    <w:rsid w:val="003D11FB"/>
    <w:rsid w:val="003F51D9"/>
    <w:rsid w:val="00431D67"/>
    <w:rsid w:val="0047724A"/>
    <w:rsid w:val="004957D3"/>
    <w:rsid w:val="00560C88"/>
    <w:rsid w:val="00657778"/>
    <w:rsid w:val="0068382E"/>
    <w:rsid w:val="00691A42"/>
    <w:rsid w:val="006C103E"/>
    <w:rsid w:val="006C2A61"/>
    <w:rsid w:val="00763A7C"/>
    <w:rsid w:val="007C07B9"/>
    <w:rsid w:val="00814DB1"/>
    <w:rsid w:val="00830455"/>
    <w:rsid w:val="008318B5"/>
    <w:rsid w:val="00833134"/>
    <w:rsid w:val="00861954"/>
    <w:rsid w:val="00865E16"/>
    <w:rsid w:val="00872FE0"/>
    <w:rsid w:val="008D5332"/>
    <w:rsid w:val="009028CF"/>
    <w:rsid w:val="00936FC2"/>
    <w:rsid w:val="009B5021"/>
    <w:rsid w:val="00A3333E"/>
    <w:rsid w:val="00A661EA"/>
    <w:rsid w:val="00A8469A"/>
    <w:rsid w:val="00A927C4"/>
    <w:rsid w:val="00A928D3"/>
    <w:rsid w:val="00AA1D8D"/>
    <w:rsid w:val="00B16250"/>
    <w:rsid w:val="00B47730"/>
    <w:rsid w:val="00B97C75"/>
    <w:rsid w:val="00BF6945"/>
    <w:rsid w:val="00C735DD"/>
    <w:rsid w:val="00CB0664"/>
    <w:rsid w:val="00CF6EF6"/>
    <w:rsid w:val="00D9149A"/>
    <w:rsid w:val="00E0611D"/>
    <w:rsid w:val="00E25052"/>
    <w:rsid w:val="00E529C5"/>
    <w:rsid w:val="00E531B5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par">
    <w:name w:val="s_par"/>
    <w:basedOn w:val="Normal"/>
    <w:rsid w:val="00A928D3"/>
    <w:pPr>
      <w:ind w:left="225"/>
    </w:pPr>
    <w:rPr>
      <w:rFonts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251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18</cp:revision>
  <dcterms:created xsi:type="dcterms:W3CDTF">2013-12-23T23:15:00Z</dcterms:created>
  <dcterms:modified xsi:type="dcterms:W3CDTF">2026-10-16T06:13:00Z</dcterms:modified>
  <cp:category/>
</cp:coreProperties>
</file>