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236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2356"/>
        <w:gridCol w:w="2420"/>
        <w:gridCol w:w="3225"/>
      </w:tblGrid>
      <w:tr w:rsidR="00D66507" w:rsidRPr="00B04F35" w14:paraId="228D4B2D" w14:textId="77777777" w:rsidTr="00B04F35">
        <w:trPr>
          <w:cantSplit/>
          <w:trHeight w:val="477"/>
        </w:trPr>
        <w:tc>
          <w:tcPr>
            <w:tcW w:w="1675" w:type="dxa"/>
            <w:vMerge w:val="restart"/>
            <w:vAlign w:val="center"/>
          </w:tcPr>
          <w:p w14:paraId="6A82BC79" w14:textId="1A8F84AC" w:rsidR="00D66507" w:rsidRPr="00B04F35" w:rsidRDefault="00B04F35" w:rsidP="00A400BA">
            <w:pPr>
              <w:keepNext/>
              <w:jc w:val="center"/>
              <w:rPr>
                <w:rFonts w:ascii="Calibri" w:hAnsi="Calibri" w:cs="Calibr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D5D5FA1" wp14:editId="429335B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-3175</wp:posOffset>
                  </wp:positionV>
                  <wp:extent cx="922020" cy="1089025"/>
                  <wp:effectExtent l="0" t="0" r="0" b="0"/>
                  <wp:wrapNone/>
                  <wp:docPr id="12260412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6507" w:rsidRPr="00B04F35">
              <w:rPr>
                <w:rFonts w:ascii="Calibri" w:hAnsi="Calibri" w:cs="Calibri"/>
                <w:noProof/>
                <w:lang w:val="ro-RO"/>
              </w:rPr>
              <w:t xml:space="preserve"> </w:t>
            </w:r>
          </w:p>
          <w:p w14:paraId="34855942" w14:textId="77777777" w:rsidR="00D66507" w:rsidRPr="00B04F35" w:rsidRDefault="00D66507" w:rsidP="00A400BA">
            <w:pPr>
              <w:keepNext/>
              <w:jc w:val="center"/>
              <w:rPr>
                <w:rFonts w:ascii="Calibri" w:hAnsi="Calibri" w:cs="Calibri"/>
              </w:rPr>
            </w:pPr>
          </w:p>
        </w:tc>
        <w:tc>
          <w:tcPr>
            <w:tcW w:w="8001" w:type="dxa"/>
            <w:gridSpan w:val="3"/>
            <w:shd w:val="clear" w:color="auto" w:fill="F0F0F0"/>
          </w:tcPr>
          <w:p w14:paraId="7ABDFC1C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04F35">
              <w:rPr>
                <w:rFonts w:ascii="Calibri" w:hAnsi="Calibri" w:cs="Calibri"/>
                <w:b/>
                <w:sz w:val="20"/>
                <w:szCs w:val="20"/>
              </w:rPr>
              <w:t>Județul</w:t>
            </w:r>
            <w:proofErr w:type="spellEnd"/>
            <w:r w:rsidRPr="00B04F3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sz w:val="20"/>
                <w:szCs w:val="20"/>
              </w:rPr>
              <w:t>Argeș</w:t>
            </w:r>
            <w:proofErr w:type="spellEnd"/>
          </w:p>
          <w:p w14:paraId="657DB4C8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r w:rsidRPr="00B04F3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D66507" w:rsidRPr="00B04F35" w14:paraId="43531739" w14:textId="77777777" w:rsidTr="00B04F35">
        <w:trPr>
          <w:cantSplit/>
          <w:trHeight w:val="477"/>
        </w:trPr>
        <w:tc>
          <w:tcPr>
            <w:tcW w:w="1675" w:type="dxa"/>
            <w:vMerge/>
          </w:tcPr>
          <w:p w14:paraId="2189D41E" w14:textId="77777777" w:rsidR="00D66507" w:rsidRPr="00B04F35" w:rsidRDefault="00D66507" w:rsidP="00A400BA">
            <w:pPr>
              <w:rPr>
                <w:rFonts w:ascii="Calibri" w:hAnsi="Calibri" w:cs="Calibri"/>
              </w:rPr>
            </w:pPr>
          </w:p>
        </w:tc>
        <w:tc>
          <w:tcPr>
            <w:tcW w:w="8001" w:type="dxa"/>
            <w:gridSpan w:val="3"/>
            <w:shd w:val="clear" w:color="auto" w:fill="F0F0F0"/>
          </w:tcPr>
          <w:p w14:paraId="3F9B4369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4275FC0B" w14:textId="77777777" w:rsidR="00D66507" w:rsidRPr="00B04F35" w:rsidRDefault="00D66507" w:rsidP="00A400BA">
            <w:pPr>
              <w:keepNext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04F35">
              <w:rPr>
                <w:rFonts w:ascii="Calibri" w:hAnsi="Calibri" w:cs="Calibr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A400BA" w:rsidRPr="00B04F35" w14:paraId="55D03747" w14:textId="77777777" w:rsidTr="00B04F35">
        <w:trPr>
          <w:cantSplit/>
          <w:trHeight w:val="477"/>
        </w:trPr>
        <w:tc>
          <w:tcPr>
            <w:tcW w:w="1675" w:type="dxa"/>
            <w:vMerge/>
          </w:tcPr>
          <w:p w14:paraId="65AECEC1" w14:textId="77777777" w:rsidR="00A400BA" w:rsidRPr="00B04F35" w:rsidRDefault="00A400BA" w:rsidP="00A400BA">
            <w:pPr>
              <w:rPr>
                <w:rFonts w:ascii="Calibri" w:hAnsi="Calibri" w:cs="Calibri"/>
              </w:rPr>
            </w:pPr>
          </w:p>
        </w:tc>
        <w:tc>
          <w:tcPr>
            <w:tcW w:w="2356" w:type="dxa"/>
            <w:shd w:val="clear" w:color="auto" w:fill="F0F0F0"/>
          </w:tcPr>
          <w:p w14:paraId="198D41D6" w14:textId="77777777" w:rsidR="00A400BA" w:rsidRPr="00B04F35" w:rsidRDefault="00A400BA" w:rsidP="00A400BA">
            <w:pPr>
              <w:keepNext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46BD459A" w14:textId="5B23716D" w:rsidR="00A400BA" w:rsidRPr="00B04F35" w:rsidRDefault="00A400BA" w:rsidP="00A400BA">
            <w:pPr>
              <w:keepNext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B04F35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44" w:type="dxa"/>
            <w:gridSpan w:val="2"/>
            <w:shd w:val="clear" w:color="auto" w:fill="F0F0F0"/>
          </w:tcPr>
          <w:p w14:paraId="4407EA49" w14:textId="77777777" w:rsidR="00A400BA" w:rsidRPr="00B04F35" w:rsidRDefault="00A400BA" w:rsidP="00A400BA">
            <w:pPr>
              <w:keepNext/>
              <w:rPr>
                <w:rFonts w:ascii="Calibri" w:hAnsi="Calibri" w:cs="Calibri"/>
                <w:sz w:val="14"/>
                <w:szCs w:val="14"/>
                <w:lang w:val="pt-BR"/>
              </w:rPr>
            </w:pPr>
            <w:r w:rsidRPr="00B04F35">
              <w:rPr>
                <w:rFonts w:ascii="Calibri" w:hAnsi="Calibri" w:cs="Calibr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7EB3C709" w14:textId="77777777" w:rsidR="00A400BA" w:rsidRPr="00B04F35" w:rsidRDefault="00A400BA" w:rsidP="00A400BA">
            <w:pPr>
              <w:keepNext/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</w:pPr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: 110053</w:t>
            </w:r>
          </w:p>
          <w:p w14:paraId="42B5DC46" w14:textId="51E7A046" w:rsidR="00A400BA" w:rsidRPr="00B04F35" w:rsidRDefault="00A400BA" w:rsidP="00A400BA">
            <w:pPr>
              <w:keepNext/>
              <w:rPr>
                <w:rFonts w:ascii="Calibri" w:hAnsi="Calibri" w:cs="Calibri"/>
                <w:iCs/>
                <w:sz w:val="20"/>
                <w:szCs w:val="20"/>
              </w:rPr>
            </w:pPr>
            <w:r w:rsidRPr="00B04F35">
              <w:rPr>
                <w:rFonts w:ascii="Calibri" w:hAnsi="Calibri" w:cs="Calibr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D66507" w:rsidRPr="00B04F35" w14:paraId="3E8D16DA" w14:textId="77777777" w:rsidTr="00B04F35">
        <w:trPr>
          <w:cantSplit/>
          <w:trHeight w:val="477"/>
        </w:trPr>
        <w:tc>
          <w:tcPr>
            <w:tcW w:w="1675" w:type="dxa"/>
            <w:vMerge/>
          </w:tcPr>
          <w:p w14:paraId="2FE5946F" w14:textId="77777777" w:rsidR="00D66507" w:rsidRPr="00B04F35" w:rsidRDefault="00D66507" w:rsidP="00A400BA">
            <w:pPr>
              <w:rPr>
                <w:rFonts w:ascii="Calibri" w:hAnsi="Calibri" w:cs="Calibri"/>
              </w:rPr>
            </w:pPr>
          </w:p>
        </w:tc>
        <w:tc>
          <w:tcPr>
            <w:tcW w:w="4776" w:type="dxa"/>
            <w:gridSpan w:val="2"/>
            <w:shd w:val="clear" w:color="auto" w:fill="F0F0F0"/>
          </w:tcPr>
          <w:p w14:paraId="157C208C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25" w:type="dxa"/>
            <w:shd w:val="clear" w:color="auto" w:fill="F0F0F0"/>
          </w:tcPr>
          <w:p w14:paraId="55F95381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r w:rsidRPr="00B04F35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Data</w:t>
            </w:r>
          </w:p>
          <w:p w14:paraId="590561FD" w14:textId="77777777" w:rsidR="00D66507" w:rsidRPr="00B04F35" w:rsidRDefault="00D66507" w:rsidP="00A400BA">
            <w:pPr>
              <w:keepNext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8FEB982" w14:textId="77777777" w:rsidR="00AD35FD" w:rsidRPr="00B04F35" w:rsidRDefault="00000000" w:rsidP="007050CD">
      <w:pPr>
        <w:spacing w:before="140" w:after="40"/>
        <w:jc w:val="center"/>
        <w:rPr>
          <w:rFonts w:ascii="Calibri" w:hAnsi="Calibri" w:cs="Calibri"/>
          <w:sz w:val="28"/>
          <w:szCs w:val="28"/>
        </w:rPr>
      </w:pPr>
      <w:r w:rsidRPr="00B04F35">
        <w:rPr>
          <w:rFonts w:ascii="Calibri" w:hAnsi="Calibri" w:cs="Calibri"/>
          <w:b/>
          <w:sz w:val="28"/>
          <w:szCs w:val="28"/>
        </w:rPr>
        <w:t>ÎNȘTIINȚARE</w:t>
      </w:r>
    </w:p>
    <w:p w14:paraId="3F1F960E" w14:textId="77777777" w:rsidR="00AD35FD" w:rsidRPr="00B04F35" w:rsidRDefault="00000000">
      <w:pPr>
        <w:spacing w:after="120"/>
        <w:jc w:val="center"/>
        <w:rPr>
          <w:rFonts w:ascii="Calibri" w:hAnsi="Calibri" w:cs="Calibri"/>
        </w:rPr>
      </w:pPr>
      <w:r w:rsidRPr="00B04F35">
        <w:rPr>
          <w:rFonts w:ascii="Calibri" w:hAnsi="Calibri" w:cs="Calibri"/>
          <w:sz w:val="19"/>
        </w:rPr>
        <w:t>privind încheierea execuției lucrărilor</w:t>
      </w:r>
    </w:p>
    <w:p w14:paraId="39CC6B28" w14:textId="77777777" w:rsidR="00AD35FD" w:rsidRPr="00B04F35" w:rsidRDefault="00AD35FD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:rsidRPr="00B04F35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sz w:val="16"/>
              </w:rPr>
              <w:t xml:space="preserve"> 1.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</w:rPr>
              <w:t>CĂTRE</w:t>
            </w:r>
          </w:p>
        </w:tc>
      </w:tr>
      <w:tr w:rsidR="00AD35FD" w:rsidRPr="00B04F35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B04F35" w:rsidRDefault="00AD35FD" w:rsidP="007050CD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AD35FD" w:rsidRPr="00B04F35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B04F35" w:rsidRDefault="00000000">
            <w:pPr>
              <w:spacing w:line="228" w:lineRule="auto"/>
              <w:rPr>
                <w:rFonts w:ascii="Calibri" w:hAnsi="Calibri" w:cs="Calibri"/>
              </w:rPr>
            </w:pPr>
            <w:proofErr w:type="spellStart"/>
            <w:r w:rsidRPr="00B04F35">
              <w:rPr>
                <w:rFonts w:ascii="Calibri" w:hAnsi="Calibri" w:cs="Calibri"/>
              </w:rPr>
              <w:t>Cererea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va</w:t>
            </w:r>
            <w:proofErr w:type="spellEnd"/>
            <w:r w:rsidRPr="00B04F35">
              <w:rPr>
                <w:rFonts w:ascii="Calibri" w:hAnsi="Calibri" w:cs="Calibri"/>
              </w:rPr>
              <w:t xml:space="preserve"> fi</w:t>
            </w:r>
            <w:r w:rsidR="007050CD"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="007050CD" w:rsidRPr="00B04F35">
              <w:rPr>
                <w:rFonts w:ascii="Calibri" w:hAnsi="Calibri" w:cs="Calibri"/>
              </w:rPr>
              <w:t>adresată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către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președintele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consiliului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județean</w:t>
            </w:r>
            <w:proofErr w:type="spellEnd"/>
            <w:r w:rsidRPr="00B04F35">
              <w:rPr>
                <w:rFonts w:ascii="Calibri" w:hAnsi="Calibri" w:cs="Calibri"/>
              </w:rPr>
              <w:t xml:space="preserve">, </w:t>
            </w:r>
            <w:proofErr w:type="spellStart"/>
            <w:r w:rsidRPr="00B04F35">
              <w:rPr>
                <w:rFonts w:ascii="Calibri" w:hAnsi="Calibri" w:cs="Calibri"/>
              </w:rPr>
              <w:t>primarul</w:t>
            </w:r>
            <w:proofErr w:type="spellEnd"/>
            <w:r w:rsidRPr="00B04F35">
              <w:rPr>
                <w:rFonts w:ascii="Calibri" w:hAnsi="Calibri" w:cs="Calibri"/>
              </w:rPr>
              <w:t xml:space="preserve"> general, </w:t>
            </w:r>
            <w:proofErr w:type="spellStart"/>
            <w:r w:rsidRPr="00B04F35">
              <w:rPr>
                <w:rFonts w:ascii="Calibri" w:hAnsi="Calibri" w:cs="Calibri"/>
              </w:rPr>
              <w:t>primarul</w:t>
            </w:r>
            <w:proofErr w:type="spellEnd"/>
            <w:r w:rsidRPr="00B04F35">
              <w:rPr>
                <w:rFonts w:ascii="Calibri" w:hAnsi="Calibri" w:cs="Calibri"/>
              </w:rPr>
              <w:t xml:space="preserve"> de sector </w:t>
            </w:r>
            <w:proofErr w:type="spellStart"/>
            <w:r w:rsidRPr="00B04F35">
              <w:rPr>
                <w:rFonts w:ascii="Calibri" w:hAnsi="Calibri" w:cs="Calibri"/>
              </w:rPr>
              <w:t>sau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primarul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municipiului</w:t>
            </w:r>
            <w:proofErr w:type="spellEnd"/>
            <w:r w:rsidRPr="00B04F35">
              <w:rPr>
                <w:rFonts w:ascii="Calibri" w:hAnsi="Calibri" w:cs="Calibri"/>
              </w:rPr>
              <w:t xml:space="preserve"> / </w:t>
            </w:r>
            <w:proofErr w:type="spellStart"/>
            <w:r w:rsidRPr="00B04F35">
              <w:rPr>
                <w:rFonts w:ascii="Calibri" w:hAnsi="Calibri" w:cs="Calibri"/>
              </w:rPr>
              <w:t>orașului</w:t>
            </w:r>
            <w:proofErr w:type="spellEnd"/>
            <w:r w:rsidRPr="00B04F35">
              <w:rPr>
                <w:rFonts w:ascii="Calibri" w:hAnsi="Calibri" w:cs="Calibri"/>
              </w:rPr>
              <w:t xml:space="preserve"> / </w:t>
            </w:r>
            <w:proofErr w:type="spellStart"/>
            <w:r w:rsidRPr="00B04F35">
              <w:rPr>
                <w:rFonts w:ascii="Calibri" w:hAnsi="Calibri" w:cs="Calibri"/>
              </w:rPr>
              <w:t>comunei</w:t>
            </w:r>
            <w:proofErr w:type="spellEnd"/>
            <w:r w:rsidRPr="00B04F35">
              <w:rPr>
                <w:rFonts w:ascii="Calibri" w:hAnsi="Calibri" w:cs="Calibri"/>
              </w:rPr>
              <w:t xml:space="preserve">, </w:t>
            </w:r>
            <w:proofErr w:type="spellStart"/>
            <w:r w:rsidRPr="00B04F35">
              <w:rPr>
                <w:rFonts w:ascii="Calibri" w:hAnsi="Calibri" w:cs="Calibri"/>
              </w:rPr>
              <w:t>după</w:t>
            </w:r>
            <w:proofErr w:type="spellEnd"/>
            <w:r w:rsidRPr="00B04F35">
              <w:rPr>
                <w:rFonts w:ascii="Calibri" w:hAnsi="Calibri" w:cs="Calibri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</w:rPr>
              <w:t>caz</w:t>
            </w:r>
            <w:proofErr w:type="spellEnd"/>
            <w:r w:rsidRPr="00B04F35">
              <w:rPr>
                <w:rFonts w:ascii="Calibri" w:hAnsi="Calibri" w:cs="Calibri"/>
              </w:rPr>
              <w:t>.</w:t>
            </w:r>
          </w:p>
        </w:tc>
      </w:tr>
    </w:tbl>
    <w:p w14:paraId="51D38FA9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B04F35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sz w:val="16"/>
              </w:rPr>
              <w:t xml:space="preserve"> 2.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</w:rPr>
              <w:t>SOLICITANTUL</w:t>
            </w:r>
          </w:p>
        </w:tc>
      </w:tr>
      <w:tr w:rsidR="00AD35FD" w:rsidRPr="00B04F35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Nume și prenume</w:t>
            </w:r>
          </w:p>
          <w:p w14:paraId="1460DBA2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CNP</w:t>
            </w:r>
          </w:p>
          <w:p w14:paraId="5C61E18C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sz w:val="16"/>
              </w:rPr>
              <w:t xml:space="preserve"> Act de identitate</w:t>
            </w:r>
          </w:p>
        </w:tc>
      </w:tr>
      <w:tr w:rsidR="00AD35FD" w:rsidRPr="00B04F35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Seria</w:t>
            </w:r>
          </w:p>
          <w:p w14:paraId="304A3F5A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2B6D2861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Numărul</w:t>
            </w:r>
          </w:p>
          <w:p w14:paraId="15B2CC0F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Eliberat de</w:t>
            </w:r>
          </w:p>
          <w:p w14:paraId="68E9A4D7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6665BF0B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La data</w:t>
            </w:r>
          </w:p>
          <w:p w14:paraId="685EFB42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sz w:val="16"/>
              </w:rPr>
              <w:t xml:space="preserve"> Domiciliul</w:t>
            </w:r>
          </w:p>
        </w:tc>
      </w:tr>
      <w:tr w:rsidR="00AD35FD" w:rsidRPr="00B04F35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Județul</w:t>
            </w:r>
          </w:p>
          <w:p w14:paraId="6176509F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Municipiul / orașul / comuna</w:t>
            </w:r>
          </w:p>
          <w:p w14:paraId="78AF07E4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Satul / sectorul</w:t>
            </w:r>
          </w:p>
          <w:p w14:paraId="2ABA8A3A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7BA56E68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1489889D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7B4ABA2F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CD5A464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Sc.</w:t>
            </w:r>
          </w:p>
          <w:p w14:paraId="2B109255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35CA800D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Et.</w:t>
            </w:r>
          </w:p>
          <w:p w14:paraId="349F3CE7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5BF03D03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Ap.</w:t>
            </w:r>
          </w:p>
          <w:p w14:paraId="2A6186CA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7A7CC008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1EDFEC25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0F72F70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Țara</w:t>
            </w:r>
          </w:p>
          <w:p w14:paraId="487B61C5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sz w:val="16"/>
              </w:rPr>
              <w:t xml:space="preserve"> Date de contact</w:t>
            </w:r>
          </w:p>
        </w:tc>
      </w:tr>
      <w:tr w:rsidR="00AD35FD" w:rsidRPr="00B04F35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Telefon / fax</w:t>
            </w:r>
          </w:p>
          <w:p w14:paraId="39CC712B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5"/>
          </w:tcPr>
          <w:p w14:paraId="731E3EAF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E-mail</w:t>
            </w:r>
          </w:p>
          <w:p w14:paraId="6A57A506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</w:tr>
    </w:tbl>
    <w:p w14:paraId="4D9D1FE5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B04F35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B04F35" w:rsidRDefault="00000000">
            <w:pPr>
              <w:keepNext/>
              <w:rPr>
                <w:rFonts w:ascii="Calibri" w:hAnsi="Calibri" w:cs="Calibri"/>
                <w:lang w:val="fr-FR"/>
              </w:rPr>
            </w:pPr>
            <w:r w:rsidRPr="00B04F35">
              <w:rPr>
                <w:rFonts w:ascii="Calibri" w:hAnsi="Calibri" w:cs="Calibri"/>
                <w:b/>
                <w:sz w:val="16"/>
                <w:lang w:val="fr-FR"/>
              </w:rPr>
              <w:t xml:space="preserve"> 3.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:rsidRPr="00B04F35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7D760159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331EAC7E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Din data</w:t>
            </w:r>
          </w:p>
          <w:p w14:paraId="3ACC2CAC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5621" w:type="dxa"/>
          </w:tcPr>
          <w:p w14:paraId="45DAA697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Emisă de</w:t>
            </w:r>
          </w:p>
          <w:p w14:paraId="7035BC1B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B04F35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B04F35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Denumirea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lucrării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,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capacitatea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și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categoria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lucrări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din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B04F35" w:rsidRDefault="00AD35FD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AD35FD" w:rsidRPr="00B04F35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Pr="00B04F35" w:rsidRDefault="00000000">
            <w:pPr>
              <w:rPr>
                <w:rFonts w:ascii="Calibri" w:hAnsi="Calibri" w:cs="Calibri"/>
              </w:rPr>
            </w:pPr>
            <w:proofErr w:type="spellStart"/>
            <w:r w:rsidRPr="00B04F35">
              <w:rPr>
                <w:rFonts w:ascii="Calibri" w:hAnsi="Calibri" w:cs="Calibri"/>
                <w:b/>
                <w:color w:val="0D5F78"/>
              </w:rPr>
              <w:t>în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</w:rPr>
              <w:t>valoare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</w:rPr>
              <w:t xml:space="preserve"> de (lei)</w:t>
            </w:r>
          </w:p>
          <w:p w14:paraId="3EFD05AE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</w:tr>
    </w:tbl>
    <w:p w14:paraId="6F25DA33" w14:textId="48CBC554" w:rsidR="00AD35FD" w:rsidRPr="00B04F35" w:rsidRDefault="00000000" w:rsidP="007050CD">
      <w:pPr>
        <w:spacing w:before="140" w:after="40"/>
        <w:jc w:val="center"/>
        <w:rPr>
          <w:rFonts w:ascii="Calibri" w:hAnsi="Calibri" w:cs="Calibri"/>
          <w:sz w:val="28"/>
          <w:szCs w:val="28"/>
        </w:rPr>
      </w:pPr>
      <w:r w:rsidRPr="00B04F35">
        <w:rPr>
          <w:rFonts w:ascii="Calibri" w:hAnsi="Calibri" w:cs="Calibri"/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B04F35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Că la data de</w:t>
            </w:r>
          </w:p>
          <w:p w14:paraId="5CE18A2B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37E7015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ora</w:t>
            </w:r>
          </w:p>
          <w:p w14:paraId="349EB503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  <w:tc>
          <w:tcPr>
            <w:tcW w:w="5621" w:type="dxa"/>
          </w:tcPr>
          <w:p w14:paraId="479316B2" w14:textId="77777777" w:rsidR="00AD35FD" w:rsidRPr="00B04F35" w:rsidRDefault="00000000">
            <w:pPr>
              <w:rPr>
                <w:rFonts w:ascii="Calibri" w:hAnsi="Calibri" w:cs="Calibri"/>
                <w:lang w:val="fr-FR"/>
              </w:rPr>
            </w:pPr>
            <w:proofErr w:type="gram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au</w:t>
            </w:r>
            <w:proofErr w:type="gram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fost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finalizate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lucrările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construcții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Pr="00B04F35" w:rsidRDefault="00000000">
            <w:pPr>
              <w:rPr>
                <w:rFonts w:ascii="Calibri" w:hAnsi="Calibri" w:cs="Calibri"/>
              </w:rPr>
            </w:pPr>
            <w:proofErr w:type="spellStart"/>
            <w:r w:rsidRPr="00B04F35">
              <w:rPr>
                <w:rFonts w:ascii="Calibri" w:hAnsi="Calibri" w:cs="Calibri"/>
                <w:i/>
                <w:color w:val="7A7A7A"/>
              </w:rPr>
              <w:t>pentru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i/>
                <w:color w:val="7A7A7A"/>
              </w:rPr>
              <w:t>imobilul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</w:rPr>
              <w:t xml:space="preserve"> de </w:t>
            </w:r>
            <w:proofErr w:type="spellStart"/>
            <w:r w:rsidRPr="00B04F35">
              <w:rPr>
                <w:rFonts w:ascii="Calibri" w:hAnsi="Calibri" w:cs="Calibri"/>
                <w:i/>
                <w:color w:val="7A7A7A"/>
              </w:rPr>
              <w:t>mai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</w:rPr>
              <w:t xml:space="preserve"> jos</w:t>
            </w:r>
          </w:p>
          <w:p w14:paraId="0A5397F4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</w:tr>
    </w:tbl>
    <w:p w14:paraId="46459DEB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B04F35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sz w:val="16"/>
              </w:rPr>
              <w:t xml:space="preserve"> 4.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</w:rPr>
              <w:t>IMOBILUL</w:t>
            </w:r>
          </w:p>
        </w:tc>
      </w:tr>
      <w:tr w:rsidR="00AD35FD" w:rsidRPr="00B04F35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sz w:val="16"/>
              </w:rPr>
              <w:t xml:space="preserve"> </w:t>
            </w:r>
            <w:r w:rsidRPr="00B04F35">
              <w:rPr>
                <w:rFonts w:ascii="Segoe UI Symbol" w:hAnsi="Segoe UI Symbol" w:cs="Segoe UI Symbol"/>
                <w:sz w:val="16"/>
              </w:rPr>
              <w:t>☐</w:t>
            </w:r>
            <w:r w:rsidRPr="00B04F35">
              <w:rPr>
                <w:rFonts w:ascii="Calibri" w:hAnsi="Calibri" w:cs="Calibri"/>
                <w:sz w:val="16"/>
              </w:rPr>
              <w:t xml:space="preserve"> teren     </w:t>
            </w:r>
            <w:r w:rsidRPr="00B04F35">
              <w:rPr>
                <w:rFonts w:ascii="Segoe UI Symbol" w:hAnsi="Segoe UI Symbol" w:cs="Segoe UI Symbol"/>
                <w:sz w:val="16"/>
              </w:rPr>
              <w:t>☐</w:t>
            </w:r>
            <w:r w:rsidRPr="00B04F35">
              <w:rPr>
                <w:rFonts w:ascii="Calibri" w:hAnsi="Calibri" w:cs="Calibri"/>
                <w:sz w:val="16"/>
              </w:rPr>
              <w:t xml:space="preserve"> construcții</w:t>
            </w:r>
          </w:p>
        </w:tc>
      </w:tr>
      <w:tr w:rsidR="00AD35FD" w:rsidRPr="00B04F35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Județ</w:t>
            </w:r>
          </w:p>
          <w:p w14:paraId="3613F305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365ED677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Municipiu / oraș / comună</w:t>
            </w:r>
          </w:p>
          <w:p w14:paraId="6F56704A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621EB7A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Sat / sector</w:t>
            </w:r>
          </w:p>
          <w:p w14:paraId="4F784361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492DB3D9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76B7FC7B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0B5DE63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2C554BE8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5F4DD626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Bl. / sc. / et. / ap.</w:t>
            </w:r>
          </w:p>
          <w:p w14:paraId="481D6BF6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  <w:tr w:rsidR="00AD35FD" w:rsidRPr="00B04F35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B04F35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Număr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B04F35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>imobilul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 xml:space="preserve"> e </w:t>
            </w:r>
            <w:proofErr w:type="spellStart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>înscris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>în</w:t>
            </w:r>
            <w:proofErr w:type="spellEnd"/>
            <w:r w:rsidRPr="00B04F35">
              <w:rPr>
                <w:rFonts w:ascii="Calibri" w:hAnsi="Calibri" w:cs="Calibri"/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B04F35" w:rsidRDefault="00AD35FD">
            <w:pPr>
              <w:keepNext/>
              <w:rPr>
                <w:rFonts w:ascii="Calibri" w:hAnsi="Calibri" w:cs="Calibr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 xml:space="preserve">Carte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</w:rPr>
              <w:t>funciară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</w:rPr>
              <w:t xml:space="preserve"> nr.</w:t>
            </w:r>
          </w:p>
          <w:p w14:paraId="7460EFF8" w14:textId="77777777" w:rsidR="00AD35FD" w:rsidRPr="00B04F35" w:rsidRDefault="00AD35FD">
            <w:pPr>
              <w:keepNext/>
              <w:rPr>
                <w:rFonts w:ascii="Calibri" w:hAnsi="Calibri" w:cs="Calibri"/>
              </w:rPr>
            </w:pPr>
          </w:p>
        </w:tc>
      </w:tr>
    </w:tbl>
    <w:p w14:paraId="4310081F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B04F35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sz w:val="16"/>
              </w:rPr>
              <w:t xml:space="preserve"> 5.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:rsidRPr="00B04F35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B04F35" w:rsidRDefault="00000000">
            <w:pPr>
              <w:rPr>
                <w:rFonts w:ascii="Calibri" w:hAnsi="Calibri" w:cs="Calibri"/>
                <w:lang w:val="fr-FR"/>
              </w:rPr>
            </w:pPr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Se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convoacă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comisia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recepție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la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terminarea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lucrărilor</w:t>
            </w:r>
            <w:proofErr w:type="spellEnd"/>
            <w:r w:rsidRPr="00B04F35">
              <w:rPr>
                <w:rFonts w:ascii="Calibri" w:hAnsi="Calibri" w:cs="Calibri"/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B04F35" w:rsidRDefault="00AD35FD">
            <w:pPr>
              <w:rPr>
                <w:rFonts w:ascii="Calibri" w:hAnsi="Calibri" w:cs="Calibri"/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ora</w:t>
            </w:r>
          </w:p>
          <w:p w14:paraId="67115499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</w:tr>
    </w:tbl>
    <w:p w14:paraId="2CA6B2E0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B04F35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B04F35" w:rsidRDefault="00000000">
            <w:pPr>
              <w:keepNext/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sz w:val="16"/>
              </w:rPr>
              <w:t xml:space="preserve"> 6. </w:t>
            </w:r>
            <w:r w:rsidRPr="00B04F35">
              <w:rPr>
                <w:rFonts w:ascii="Calibri" w:hAnsi="Calibri" w:cs="Calibri"/>
                <w:b/>
                <w:color w:val="000000"/>
                <w:sz w:val="18"/>
              </w:rPr>
              <w:t>DATA ȘI SEMNĂTURA</w:t>
            </w:r>
          </w:p>
        </w:tc>
      </w:tr>
      <w:tr w:rsidR="00AD35FD" w:rsidRPr="00B04F35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Data</w:t>
            </w:r>
          </w:p>
          <w:p w14:paraId="71990700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16AE7494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Titularul autorizației</w:t>
            </w:r>
          </w:p>
          <w:p w14:paraId="3DBB02B2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4A633198" w14:textId="77777777" w:rsidR="00AD35FD" w:rsidRPr="00B04F35" w:rsidRDefault="00000000">
            <w:pPr>
              <w:rPr>
                <w:rFonts w:ascii="Calibri" w:hAnsi="Calibri" w:cs="Calibri"/>
              </w:rPr>
            </w:pPr>
            <w:r w:rsidRPr="00B04F35">
              <w:rPr>
                <w:rFonts w:ascii="Calibri" w:hAnsi="Calibri" w:cs="Calibri"/>
                <w:b/>
                <w:color w:val="0D5F78"/>
              </w:rPr>
              <w:t>Semnătura</w:t>
            </w:r>
          </w:p>
          <w:p w14:paraId="5A726045" w14:textId="77777777" w:rsidR="00AD35FD" w:rsidRPr="00B04F35" w:rsidRDefault="00AD35FD">
            <w:pPr>
              <w:rPr>
                <w:rFonts w:ascii="Calibri" w:hAnsi="Calibri" w:cs="Calibri"/>
              </w:rPr>
            </w:pPr>
          </w:p>
        </w:tc>
      </w:tr>
    </w:tbl>
    <w:p w14:paraId="7A82EDC4" w14:textId="77777777" w:rsidR="00AD35FD" w:rsidRPr="00B04F35" w:rsidRDefault="00AD35FD">
      <w:pPr>
        <w:spacing w:line="168" w:lineRule="auto"/>
        <w:rPr>
          <w:rFonts w:ascii="Calibri" w:hAnsi="Calibri" w:cs="Calibri"/>
        </w:rPr>
      </w:pPr>
    </w:p>
    <w:sectPr w:rsidR="00AD35FD" w:rsidRPr="00B04F35" w:rsidSect="00A400BA">
      <w:headerReference w:type="default" r:id="rId9"/>
      <w:footerReference w:type="default" r:id="rId10"/>
      <w:pgSz w:w="11906" w:h="16838"/>
      <w:pgMar w:top="993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A981C" w14:textId="77777777" w:rsidR="009910C2" w:rsidRDefault="009910C2">
      <w:r>
        <w:separator/>
      </w:r>
    </w:p>
  </w:endnote>
  <w:endnote w:type="continuationSeparator" w:id="0">
    <w:p w14:paraId="6172C814" w14:textId="77777777" w:rsidR="009910C2" w:rsidRDefault="0099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Pr="00B04F35" w:rsidRDefault="00000000">
    <w:pPr>
      <w:pStyle w:val="Footer"/>
      <w:tabs>
        <w:tab w:val="right" w:pos="9639"/>
      </w:tabs>
      <w:rPr>
        <w:rFonts w:asciiTheme="majorHAnsi" w:hAnsiTheme="majorHAnsi" w:cstheme="majorHAnsi"/>
        <w:sz w:val="14"/>
        <w:szCs w:val="14"/>
      </w:rPr>
    </w:pPr>
    <w:r w:rsidRPr="00B04F35">
      <w:rPr>
        <w:rFonts w:asciiTheme="majorHAnsi" w:hAnsiTheme="majorHAnsi" w:cstheme="majorHAnsi"/>
        <w:color w:val="595959"/>
        <w:sz w:val="14"/>
        <w:szCs w:val="14"/>
      </w:rPr>
      <w:t>F_A_</w:t>
    </w:r>
    <w:r w:rsidR="005E6036" w:rsidRPr="00B04F35">
      <w:rPr>
        <w:rFonts w:asciiTheme="majorHAnsi" w:hAnsiTheme="majorHAnsi" w:cstheme="majorHAnsi"/>
        <w:color w:val="595959"/>
        <w:sz w:val="14"/>
        <w:szCs w:val="14"/>
      </w:rPr>
      <w:t>10</w:t>
    </w:r>
    <w:r w:rsidRPr="00B04F35">
      <w:rPr>
        <w:rFonts w:asciiTheme="majorHAnsi" w:hAnsiTheme="majorHAnsi" w:cstheme="majorHAnsi"/>
        <w:color w:val="595959"/>
        <w:sz w:val="14"/>
        <w:szCs w:val="14"/>
      </w:rPr>
      <w:t xml:space="preserve"> · </w:t>
    </w:r>
    <w:proofErr w:type="spellStart"/>
    <w:r w:rsidRPr="00B04F35">
      <w:rPr>
        <w:rFonts w:asciiTheme="majorHAnsi" w:hAnsiTheme="majorHAnsi" w:cstheme="majorHAnsi"/>
        <w:color w:val="595959"/>
        <w:sz w:val="14"/>
        <w:szCs w:val="14"/>
      </w:rPr>
      <w:t>versiunea</w:t>
    </w:r>
    <w:proofErr w:type="spellEnd"/>
    <w:r w:rsidRPr="00B04F35">
      <w:rPr>
        <w:rFonts w:asciiTheme="majorHAnsi" w:hAnsiTheme="majorHAnsi" w:cstheme="majorHAnsi"/>
        <w:color w:val="595959"/>
        <w:sz w:val="14"/>
        <w:szCs w:val="14"/>
      </w:rPr>
      <w:t xml:space="preserve"> 1.0</w:t>
    </w:r>
    <w:r w:rsidRPr="00B04F35">
      <w:rPr>
        <w:rFonts w:asciiTheme="majorHAnsi" w:hAnsiTheme="majorHAnsi" w:cstheme="majorHAnsi"/>
        <w:color w:val="595959"/>
        <w:sz w:val="14"/>
        <w:szCs w:val="14"/>
      </w:rPr>
      <w:tab/>
    </w:r>
    <w:proofErr w:type="spellStart"/>
    <w:r w:rsidRPr="00B04F35">
      <w:rPr>
        <w:rFonts w:asciiTheme="majorHAnsi" w:hAnsiTheme="majorHAnsi" w:cstheme="majorHAnsi"/>
        <w:color w:val="595959"/>
        <w:sz w:val="14"/>
        <w:szCs w:val="14"/>
      </w:rPr>
      <w:t>pagina</w:t>
    </w:r>
    <w:proofErr w:type="spellEnd"/>
    <w:r w:rsidRPr="00B04F35">
      <w:rPr>
        <w:rFonts w:asciiTheme="majorHAnsi" w:hAnsiTheme="majorHAnsi" w:cstheme="majorHAnsi"/>
        <w:color w:val="595959"/>
        <w:sz w:val="14"/>
        <w:szCs w:val="14"/>
      </w:rPr>
      <w:t xml:space="preserve"> </w: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B04F35">
      <w:rPr>
        <w:rFonts w:asciiTheme="majorHAnsi" w:hAnsiTheme="majorHAnsi" w:cstheme="majorHAnsi"/>
        <w:color w:val="595959"/>
        <w:sz w:val="14"/>
        <w:szCs w:val="14"/>
      </w:rPr>
      <w:instrText xml:space="preserve"> PAGE </w:instrTex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7050CD" w:rsidRPr="00B04F35">
      <w:rPr>
        <w:rFonts w:asciiTheme="majorHAnsi" w:hAnsiTheme="majorHAnsi" w:cstheme="majorHAnsi"/>
        <w:noProof/>
        <w:color w:val="595959"/>
        <w:sz w:val="14"/>
        <w:szCs w:val="14"/>
      </w:rPr>
      <w:t>1</w: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end"/>
    </w:r>
    <w:r w:rsidRPr="00B04F35">
      <w:rPr>
        <w:rFonts w:asciiTheme="majorHAnsi" w:hAnsiTheme="majorHAnsi" w:cstheme="majorHAnsi"/>
        <w:color w:val="595959"/>
        <w:sz w:val="14"/>
        <w:szCs w:val="14"/>
      </w:rPr>
      <w:t xml:space="preserve"> din </w: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B04F35">
      <w:rPr>
        <w:rFonts w:asciiTheme="majorHAnsi" w:hAnsiTheme="majorHAnsi" w:cstheme="majorHAnsi"/>
        <w:color w:val="595959"/>
        <w:sz w:val="14"/>
        <w:szCs w:val="14"/>
      </w:rPr>
      <w:instrText xml:space="preserve"> NUMPAGES </w:instrTex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7050CD" w:rsidRPr="00B04F35">
      <w:rPr>
        <w:rFonts w:asciiTheme="majorHAnsi" w:hAnsiTheme="majorHAnsi" w:cstheme="majorHAnsi"/>
        <w:noProof/>
        <w:color w:val="595959"/>
        <w:sz w:val="14"/>
        <w:szCs w:val="14"/>
      </w:rPr>
      <w:t>2</w:t>
    </w:r>
    <w:r w:rsidRPr="00B04F35">
      <w:rPr>
        <w:rFonts w:asciiTheme="majorHAnsi" w:hAnsiTheme="majorHAnsi" w:cstheme="majorHAnsi"/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84EE5" w14:textId="77777777" w:rsidR="009910C2" w:rsidRDefault="009910C2">
      <w:r>
        <w:separator/>
      </w:r>
    </w:p>
  </w:footnote>
  <w:footnote w:type="continuationSeparator" w:id="0">
    <w:p w14:paraId="36DF8E87" w14:textId="77777777" w:rsidR="009910C2" w:rsidRDefault="0099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FEBF8" w14:textId="428896E4" w:rsidR="00A400BA" w:rsidRPr="00B04F35" w:rsidRDefault="00A400BA" w:rsidP="00A400BA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B04F35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nr.2 </w:t>
    </w:r>
  </w:p>
  <w:p w14:paraId="28ABB3EF" w14:textId="520A6EC0" w:rsidR="00A400BA" w:rsidRPr="00B04F35" w:rsidRDefault="00A400BA">
    <w:pPr>
      <w:pStyle w:val="Header"/>
      <w:rPr>
        <w:rFonts w:asciiTheme="majorHAnsi" w:hAnsiTheme="majorHAnsi" w:cstheme="majorHAnsi"/>
        <w:color w:val="595959"/>
        <w:sz w:val="14"/>
        <w:szCs w:val="14"/>
        <w:lang w:val="pt-BR"/>
      </w:rPr>
    </w:pPr>
    <w:r w:rsidRPr="00B04F35">
      <w:rPr>
        <w:rFonts w:asciiTheme="majorHAnsi" w:hAnsiTheme="majorHAnsi" w:cstheme="majorHAnsi"/>
        <w:color w:val="595959"/>
      </w:rPr>
      <w:t xml:space="preserve">F_A_10 </w:t>
    </w:r>
    <w:r w:rsidRPr="00B04F35">
      <w:rPr>
        <w:rFonts w:asciiTheme="majorHAnsi" w:hAnsiTheme="majorHAnsi" w:cstheme="majorHAnsi"/>
        <w:color w:val="595959"/>
        <w:sz w:val="14"/>
        <w:szCs w:val="14"/>
        <w:lang w:val="pt-BR"/>
      </w:rPr>
      <w:t>Înștiințare privind încheierea execuției lucrărilor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62D0"/>
    <w:rsid w:val="0015074B"/>
    <w:rsid w:val="001D6E6F"/>
    <w:rsid w:val="0029639D"/>
    <w:rsid w:val="00326F90"/>
    <w:rsid w:val="005E6036"/>
    <w:rsid w:val="006C103E"/>
    <w:rsid w:val="007050CD"/>
    <w:rsid w:val="007A7620"/>
    <w:rsid w:val="007C07B9"/>
    <w:rsid w:val="008E3393"/>
    <w:rsid w:val="009910C2"/>
    <w:rsid w:val="00A400BA"/>
    <w:rsid w:val="00AA1D8D"/>
    <w:rsid w:val="00AD35FD"/>
    <w:rsid w:val="00B04F35"/>
    <w:rsid w:val="00B47730"/>
    <w:rsid w:val="00B769B5"/>
    <w:rsid w:val="00CA5737"/>
    <w:rsid w:val="00CB0664"/>
    <w:rsid w:val="00CF6EF6"/>
    <w:rsid w:val="00D66507"/>
    <w:rsid w:val="00D72C64"/>
    <w:rsid w:val="00E61A6B"/>
    <w:rsid w:val="00F345E5"/>
    <w:rsid w:val="00FC693F"/>
    <w:rsid w:val="00FE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6</cp:revision>
  <dcterms:created xsi:type="dcterms:W3CDTF">2013-12-23T23:15:00Z</dcterms:created>
  <dcterms:modified xsi:type="dcterms:W3CDTF">2026-10-16T05:30:00Z</dcterms:modified>
  <cp:category/>
</cp:coreProperties>
</file>