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Pr="0004223B" w:rsidRDefault="00000000">
      <w:pPr>
        <w:spacing w:after="160"/>
        <w:jc w:val="both"/>
        <w:rPr>
          <w:rFonts w:asciiTheme="majorHAnsi" w:hAnsiTheme="majorHAnsi" w:cstheme="majorHAnsi"/>
        </w:rPr>
      </w:pPr>
      <w:r w:rsidRPr="0004223B">
        <w:rPr>
          <w:rFonts w:asciiTheme="majorHAnsi" w:hAnsiTheme="majorHAnsi" w:cstheme="majorHAnsi"/>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71"/>
        <w:gridCol w:w="2351"/>
        <w:gridCol w:w="2413"/>
        <w:gridCol w:w="3218"/>
      </w:tblGrid>
      <w:tr w:rsidR="00AC4FEE" w:rsidRPr="0004223B" w14:paraId="0B757D7B" w14:textId="77777777" w:rsidTr="00B65A79">
        <w:trPr>
          <w:cantSplit/>
          <w:trHeight w:val="494"/>
        </w:trPr>
        <w:tc>
          <w:tcPr>
            <w:tcW w:w="1671" w:type="dxa"/>
            <w:vMerge w:val="restart"/>
            <w:vAlign w:val="center"/>
          </w:tcPr>
          <w:p w14:paraId="2F68F34E" w14:textId="3064E684" w:rsidR="00AC4FEE" w:rsidRPr="0004223B" w:rsidRDefault="0004223B" w:rsidP="00CF3AF2">
            <w:pPr>
              <w:keepNext/>
              <w:jc w:val="center"/>
              <w:rPr>
                <w:rFonts w:asciiTheme="majorHAnsi" w:hAnsiTheme="majorHAnsi" w:cstheme="majorHAnsi"/>
                <w:i/>
                <w:color w:val="595959"/>
              </w:rPr>
            </w:pPr>
            <w:r>
              <w:rPr>
                <w:noProof/>
              </w:rPr>
              <w:drawing>
                <wp:anchor distT="0" distB="0" distL="114300" distR="114300" simplePos="0" relativeHeight="251658240" behindDoc="0" locked="0" layoutInCell="1" allowOverlap="1" wp14:anchorId="034FE509" wp14:editId="6EC26CD3">
                  <wp:simplePos x="0" y="0"/>
                  <wp:positionH relativeFrom="column">
                    <wp:posOffset>1905</wp:posOffset>
                  </wp:positionH>
                  <wp:positionV relativeFrom="paragraph">
                    <wp:posOffset>3810</wp:posOffset>
                  </wp:positionV>
                  <wp:extent cx="922020" cy="1089025"/>
                  <wp:effectExtent l="0" t="0" r="0" b="0"/>
                  <wp:wrapNone/>
                  <wp:docPr id="203062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2020"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00AC4FEE" w:rsidRPr="0004223B">
              <w:rPr>
                <w:rFonts w:asciiTheme="majorHAnsi" w:hAnsiTheme="majorHAnsi" w:cstheme="majorHAnsi"/>
                <w:noProof/>
                <w:lang w:val="ro-RO"/>
              </w:rPr>
              <w:t xml:space="preserve"> </w:t>
            </w:r>
          </w:p>
          <w:p w14:paraId="684AC0EA" w14:textId="77777777" w:rsidR="00AC4FEE" w:rsidRPr="0004223B" w:rsidRDefault="00AC4FEE" w:rsidP="00CF3AF2">
            <w:pPr>
              <w:keepNext/>
              <w:jc w:val="center"/>
              <w:rPr>
                <w:rFonts w:asciiTheme="majorHAnsi" w:hAnsiTheme="majorHAnsi" w:cstheme="majorHAnsi"/>
              </w:rPr>
            </w:pPr>
          </w:p>
        </w:tc>
        <w:tc>
          <w:tcPr>
            <w:tcW w:w="7982" w:type="dxa"/>
            <w:gridSpan w:val="3"/>
            <w:shd w:val="clear" w:color="auto" w:fill="F0F0F0"/>
          </w:tcPr>
          <w:p w14:paraId="16D7B916" w14:textId="77777777" w:rsidR="00AC4FEE" w:rsidRPr="0004223B" w:rsidRDefault="00AC4FEE" w:rsidP="00CF3AF2">
            <w:pPr>
              <w:keepNext/>
              <w:rPr>
                <w:rFonts w:asciiTheme="majorHAnsi" w:hAnsiTheme="majorHAnsi" w:cstheme="majorHAnsi"/>
                <w:sz w:val="20"/>
                <w:szCs w:val="20"/>
              </w:rPr>
            </w:pPr>
            <w:r w:rsidRPr="0004223B">
              <w:rPr>
                <w:rFonts w:asciiTheme="majorHAnsi" w:hAnsiTheme="majorHAnsi" w:cstheme="majorHAnsi"/>
                <w:b/>
                <w:sz w:val="20"/>
                <w:szCs w:val="20"/>
              </w:rPr>
              <w:t>Județul Argeș</w:t>
            </w:r>
          </w:p>
          <w:p w14:paraId="6CE43FEE" w14:textId="77777777" w:rsidR="00AC4FEE" w:rsidRPr="0004223B" w:rsidRDefault="00AC4FEE" w:rsidP="00CF3AF2">
            <w:pPr>
              <w:keepNext/>
              <w:rPr>
                <w:rFonts w:asciiTheme="majorHAnsi" w:hAnsiTheme="majorHAnsi" w:cstheme="majorHAnsi"/>
                <w:sz w:val="20"/>
                <w:szCs w:val="20"/>
              </w:rPr>
            </w:pPr>
            <w:r w:rsidRPr="0004223B">
              <w:rPr>
                <w:rFonts w:asciiTheme="majorHAnsi" w:hAnsiTheme="majorHAnsi" w:cstheme="majorHAnsi"/>
                <w:sz w:val="20"/>
                <w:szCs w:val="20"/>
              </w:rPr>
              <w:t xml:space="preserve"> </w:t>
            </w:r>
          </w:p>
        </w:tc>
      </w:tr>
      <w:tr w:rsidR="00AC4FEE" w:rsidRPr="0004223B" w14:paraId="2D22F4FD" w14:textId="77777777" w:rsidTr="00B65A79">
        <w:trPr>
          <w:cantSplit/>
          <w:trHeight w:val="494"/>
        </w:trPr>
        <w:tc>
          <w:tcPr>
            <w:tcW w:w="1671" w:type="dxa"/>
            <w:vMerge/>
          </w:tcPr>
          <w:p w14:paraId="355BA071" w14:textId="77777777" w:rsidR="00AC4FEE" w:rsidRPr="0004223B" w:rsidRDefault="00AC4FEE" w:rsidP="00CF3AF2">
            <w:pPr>
              <w:rPr>
                <w:rFonts w:asciiTheme="majorHAnsi" w:hAnsiTheme="majorHAnsi" w:cstheme="majorHAnsi"/>
              </w:rPr>
            </w:pPr>
          </w:p>
        </w:tc>
        <w:tc>
          <w:tcPr>
            <w:tcW w:w="7982" w:type="dxa"/>
            <w:gridSpan w:val="3"/>
            <w:shd w:val="clear" w:color="auto" w:fill="F0F0F0"/>
          </w:tcPr>
          <w:p w14:paraId="1726D0D7" w14:textId="77777777" w:rsidR="00AC4FEE" w:rsidRPr="0004223B" w:rsidRDefault="00AC4FEE" w:rsidP="00CF3AF2">
            <w:pPr>
              <w:keepNext/>
              <w:rPr>
                <w:rFonts w:asciiTheme="majorHAnsi" w:hAnsiTheme="majorHAnsi" w:cstheme="majorHAnsi"/>
                <w:sz w:val="14"/>
                <w:szCs w:val="14"/>
              </w:rPr>
            </w:pPr>
            <w:r w:rsidRPr="0004223B">
              <w:rPr>
                <w:rFonts w:asciiTheme="majorHAnsi" w:hAnsiTheme="majorHAnsi" w:cstheme="majorHAnsi"/>
                <w:b/>
                <w:color w:val="0D5F78"/>
                <w:sz w:val="14"/>
                <w:szCs w:val="14"/>
              </w:rPr>
              <w:t>Autoritatea administrației publice</w:t>
            </w:r>
          </w:p>
          <w:p w14:paraId="47268E03" w14:textId="77777777" w:rsidR="00AC4FEE" w:rsidRPr="0004223B" w:rsidRDefault="00AC4FEE" w:rsidP="00CF3AF2">
            <w:pPr>
              <w:keepNext/>
              <w:rPr>
                <w:rFonts w:asciiTheme="majorHAnsi" w:hAnsiTheme="majorHAnsi" w:cstheme="majorHAnsi"/>
                <w:b/>
                <w:bCs/>
                <w:sz w:val="20"/>
                <w:szCs w:val="20"/>
              </w:rPr>
            </w:pPr>
            <w:r w:rsidRPr="0004223B">
              <w:rPr>
                <w:rFonts w:asciiTheme="majorHAnsi" w:hAnsiTheme="majorHAnsi" w:cstheme="majorHAnsi"/>
                <w:b/>
                <w:bCs/>
                <w:sz w:val="20"/>
                <w:szCs w:val="20"/>
              </w:rPr>
              <w:t>CONSILIUL JUDEȚEAN ARGEȘ</w:t>
            </w:r>
          </w:p>
        </w:tc>
      </w:tr>
      <w:tr w:rsidR="00E606D8" w:rsidRPr="0004223B" w14:paraId="66A6A161" w14:textId="77777777" w:rsidTr="00B65A79">
        <w:trPr>
          <w:cantSplit/>
          <w:trHeight w:val="494"/>
        </w:trPr>
        <w:tc>
          <w:tcPr>
            <w:tcW w:w="1671" w:type="dxa"/>
            <w:vMerge/>
          </w:tcPr>
          <w:p w14:paraId="311D56F7" w14:textId="77777777" w:rsidR="00E606D8" w:rsidRPr="0004223B" w:rsidRDefault="00E606D8" w:rsidP="00E606D8">
            <w:pPr>
              <w:rPr>
                <w:rFonts w:asciiTheme="majorHAnsi" w:hAnsiTheme="majorHAnsi" w:cstheme="majorHAnsi"/>
              </w:rPr>
            </w:pPr>
          </w:p>
        </w:tc>
        <w:tc>
          <w:tcPr>
            <w:tcW w:w="2351" w:type="dxa"/>
            <w:shd w:val="clear" w:color="auto" w:fill="F0F0F0"/>
          </w:tcPr>
          <w:p w14:paraId="212D80BB" w14:textId="77777777" w:rsidR="00E606D8" w:rsidRPr="0004223B" w:rsidRDefault="00E606D8" w:rsidP="00E606D8">
            <w:pPr>
              <w:keepNext/>
              <w:rPr>
                <w:rFonts w:asciiTheme="majorHAnsi" w:hAnsiTheme="majorHAnsi" w:cstheme="majorHAnsi"/>
                <w:sz w:val="14"/>
                <w:szCs w:val="14"/>
                <w:lang w:val="fr-FR"/>
              </w:rPr>
            </w:pPr>
            <w:r w:rsidRPr="0004223B">
              <w:rPr>
                <w:rFonts w:asciiTheme="majorHAnsi" w:hAnsiTheme="majorHAnsi" w:cstheme="majorHAnsi"/>
                <w:b/>
                <w:color w:val="0D5F78"/>
                <w:sz w:val="14"/>
                <w:szCs w:val="14"/>
                <w:lang w:val="fr-FR"/>
              </w:rPr>
              <w:t>Cod de identificare fiscală (CIF)</w:t>
            </w:r>
          </w:p>
          <w:p w14:paraId="46271B1D" w14:textId="69B038CF" w:rsidR="00E606D8" w:rsidRPr="0004223B" w:rsidRDefault="00E606D8" w:rsidP="00E606D8">
            <w:pPr>
              <w:keepNext/>
              <w:rPr>
                <w:rFonts w:asciiTheme="majorHAnsi" w:hAnsiTheme="majorHAnsi" w:cstheme="majorHAnsi"/>
                <w:sz w:val="20"/>
                <w:szCs w:val="20"/>
                <w:lang w:val="fr-FR"/>
              </w:rPr>
            </w:pPr>
            <w:r w:rsidRPr="0004223B">
              <w:rPr>
                <w:rFonts w:asciiTheme="majorHAnsi" w:hAnsiTheme="majorHAnsi" w:cstheme="majorHAnsi"/>
                <w:b/>
                <w:bCs/>
                <w:sz w:val="16"/>
                <w:szCs w:val="16"/>
                <w:lang w:val="fr-FR"/>
              </w:rPr>
              <w:t>4229512</w:t>
            </w:r>
          </w:p>
        </w:tc>
        <w:tc>
          <w:tcPr>
            <w:tcW w:w="5631" w:type="dxa"/>
            <w:gridSpan w:val="2"/>
            <w:shd w:val="clear" w:color="auto" w:fill="F0F0F0"/>
          </w:tcPr>
          <w:p w14:paraId="73787EA5" w14:textId="77777777" w:rsidR="00E606D8" w:rsidRPr="0004223B" w:rsidRDefault="00E606D8" w:rsidP="00E606D8">
            <w:pPr>
              <w:keepNext/>
              <w:rPr>
                <w:rFonts w:asciiTheme="majorHAnsi" w:hAnsiTheme="majorHAnsi" w:cstheme="majorHAnsi"/>
                <w:sz w:val="14"/>
                <w:szCs w:val="14"/>
                <w:lang w:val="pt-BR"/>
              </w:rPr>
            </w:pPr>
            <w:r w:rsidRPr="0004223B">
              <w:rPr>
                <w:rFonts w:asciiTheme="majorHAnsi" w:hAnsiTheme="majorHAnsi" w:cstheme="majorHAnsi"/>
                <w:b/>
                <w:color w:val="0D5F78"/>
                <w:sz w:val="14"/>
                <w:szCs w:val="14"/>
                <w:lang w:val="pt-BR"/>
              </w:rPr>
              <w:t>Adresa oficială</w:t>
            </w:r>
          </w:p>
          <w:p w14:paraId="709F6A69" w14:textId="77777777" w:rsidR="00E606D8" w:rsidRPr="0004223B" w:rsidRDefault="00E606D8" w:rsidP="00E606D8">
            <w:pPr>
              <w:keepNext/>
              <w:rPr>
                <w:rFonts w:asciiTheme="majorHAnsi" w:hAnsiTheme="majorHAnsi" w:cstheme="majorHAnsi"/>
                <w:b/>
                <w:bCs/>
                <w:iCs/>
                <w:sz w:val="16"/>
                <w:szCs w:val="16"/>
              </w:rPr>
            </w:pPr>
            <w:r w:rsidRPr="0004223B">
              <w:rPr>
                <w:rFonts w:asciiTheme="majorHAnsi" w:hAnsiTheme="majorHAnsi" w:cstheme="majorHAnsi"/>
                <w:b/>
                <w:bCs/>
                <w:iCs/>
                <w:sz w:val="16"/>
                <w:szCs w:val="16"/>
              </w:rPr>
              <w:t>Pitești, Piața Vasile Milea nr. 1, Cod poștal: 110053</w:t>
            </w:r>
          </w:p>
          <w:p w14:paraId="10960767" w14:textId="2EC242B2" w:rsidR="00E606D8" w:rsidRPr="0004223B" w:rsidRDefault="00E606D8" w:rsidP="00E606D8">
            <w:pPr>
              <w:keepNext/>
              <w:rPr>
                <w:rFonts w:asciiTheme="majorHAnsi" w:hAnsiTheme="majorHAnsi" w:cstheme="majorHAnsi"/>
                <w:iCs/>
                <w:sz w:val="20"/>
                <w:szCs w:val="20"/>
              </w:rPr>
            </w:pPr>
            <w:r w:rsidRPr="0004223B">
              <w:rPr>
                <w:rFonts w:asciiTheme="majorHAnsi" w:hAnsiTheme="majorHAnsi" w:cstheme="majorHAnsi"/>
                <w:b/>
                <w:bCs/>
                <w:iCs/>
                <w:sz w:val="16"/>
                <w:szCs w:val="16"/>
                <w:lang w:val="pt-BR"/>
              </w:rPr>
              <w:t>Telefon: 0248.210.056  E-mail: presedinte@cjarges.ro</w:t>
            </w:r>
          </w:p>
        </w:tc>
      </w:tr>
      <w:tr w:rsidR="00AC4FEE" w:rsidRPr="0004223B" w14:paraId="694F78A1" w14:textId="77777777" w:rsidTr="00B65A79">
        <w:trPr>
          <w:cantSplit/>
          <w:trHeight w:val="494"/>
        </w:trPr>
        <w:tc>
          <w:tcPr>
            <w:tcW w:w="1671" w:type="dxa"/>
            <w:vMerge/>
          </w:tcPr>
          <w:p w14:paraId="2189F176" w14:textId="77777777" w:rsidR="00AC4FEE" w:rsidRPr="0004223B" w:rsidRDefault="00AC4FEE" w:rsidP="00CF3AF2">
            <w:pPr>
              <w:rPr>
                <w:rFonts w:asciiTheme="majorHAnsi" w:hAnsiTheme="majorHAnsi" w:cstheme="majorHAnsi"/>
              </w:rPr>
            </w:pPr>
          </w:p>
        </w:tc>
        <w:tc>
          <w:tcPr>
            <w:tcW w:w="4764" w:type="dxa"/>
            <w:gridSpan w:val="2"/>
            <w:shd w:val="clear" w:color="auto" w:fill="F0F0F0"/>
          </w:tcPr>
          <w:p w14:paraId="440112EF" w14:textId="77777777" w:rsidR="00AC4FEE" w:rsidRPr="0004223B" w:rsidRDefault="00AC4FEE" w:rsidP="00CF3AF2">
            <w:pPr>
              <w:keepNext/>
              <w:rPr>
                <w:rFonts w:asciiTheme="majorHAnsi" w:hAnsiTheme="majorHAnsi" w:cstheme="majorHAnsi"/>
                <w:sz w:val="16"/>
                <w:szCs w:val="16"/>
              </w:rPr>
            </w:pPr>
            <w:r w:rsidRPr="0004223B">
              <w:rPr>
                <w:rFonts w:asciiTheme="majorHAnsi" w:hAnsiTheme="majorHAnsi" w:cstheme="majorHAnsi"/>
                <w:b/>
                <w:color w:val="0D5F78"/>
                <w:sz w:val="16"/>
                <w:szCs w:val="16"/>
              </w:rPr>
              <w:t>Număr de înregistrare</w:t>
            </w:r>
          </w:p>
        </w:tc>
        <w:tc>
          <w:tcPr>
            <w:tcW w:w="3218" w:type="dxa"/>
            <w:shd w:val="clear" w:color="auto" w:fill="F0F0F0"/>
          </w:tcPr>
          <w:p w14:paraId="78403735" w14:textId="77777777" w:rsidR="00AC4FEE" w:rsidRPr="0004223B" w:rsidRDefault="00AC4FEE" w:rsidP="00CF3AF2">
            <w:pPr>
              <w:keepNext/>
              <w:rPr>
                <w:rFonts w:asciiTheme="majorHAnsi" w:hAnsiTheme="majorHAnsi" w:cstheme="majorHAnsi"/>
                <w:sz w:val="16"/>
                <w:szCs w:val="16"/>
              </w:rPr>
            </w:pPr>
            <w:r w:rsidRPr="0004223B">
              <w:rPr>
                <w:rFonts w:asciiTheme="majorHAnsi" w:hAnsiTheme="majorHAnsi" w:cstheme="majorHAnsi"/>
                <w:b/>
                <w:color w:val="0D5F78"/>
                <w:sz w:val="16"/>
                <w:szCs w:val="16"/>
              </w:rPr>
              <w:t>Data</w:t>
            </w:r>
          </w:p>
          <w:p w14:paraId="5292EB08" w14:textId="77777777" w:rsidR="00AC4FEE" w:rsidRPr="0004223B" w:rsidRDefault="00AC4FEE" w:rsidP="00CF3AF2">
            <w:pPr>
              <w:keepNext/>
              <w:rPr>
                <w:rFonts w:asciiTheme="majorHAnsi" w:hAnsiTheme="majorHAnsi" w:cstheme="majorHAnsi"/>
                <w:sz w:val="16"/>
                <w:szCs w:val="16"/>
              </w:rPr>
            </w:pPr>
          </w:p>
        </w:tc>
      </w:tr>
    </w:tbl>
    <w:p w14:paraId="7EFB48B9" w14:textId="77777777" w:rsidR="00D06E85" w:rsidRPr="0004223B" w:rsidRDefault="00D06E85">
      <w:pPr>
        <w:spacing w:line="168" w:lineRule="auto"/>
        <w:rPr>
          <w:rFonts w:asciiTheme="majorHAnsi" w:hAnsiTheme="majorHAnsi" w:cstheme="majorHAnsi"/>
          <w:lang w:val="fr-FR"/>
        </w:rPr>
      </w:pPr>
    </w:p>
    <w:p w14:paraId="77953072" w14:textId="77777777" w:rsidR="005D3A41" w:rsidRDefault="005D3A41" w:rsidP="005D3A41">
      <w:pPr>
        <w:spacing w:before="140" w:after="40"/>
        <w:jc w:val="center"/>
        <w:rPr>
          <w:rFonts w:asciiTheme="majorHAnsi" w:hAnsiTheme="majorHAnsi" w:cstheme="majorHAnsi"/>
          <w:b/>
          <w:sz w:val="28"/>
          <w:szCs w:val="28"/>
          <w:lang w:val="fr-FR"/>
        </w:rPr>
      </w:pPr>
    </w:p>
    <w:p w14:paraId="0921EF5A" w14:textId="569D9CCC" w:rsidR="00D06E85" w:rsidRDefault="00000000" w:rsidP="005D3A41">
      <w:pPr>
        <w:spacing w:before="140" w:after="40"/>
        <w:jc w:val="center"/>
        <w:rPr>
          <w:rFonts w:asciiTheme="majorHAnsi" w:hAnsiTheme="majorHAnsi" w:cstheme="majorHAnsi"/>
          <w:b/>
          <w:sz w:val="28"/>
          <w:szCs w:val="28"/>
          <w:lang w:val="fr-FR"/>
        </w:rPr>
      </w:pPr>
      <w:r w:rsidRPr="0004223B">
        <w:rPr>
          <w:rFonts w:asciiTheme="majorHAnsi" w:hAnsiTheme="majorHAnsi" w:cstheme="majorHAnsi"/>
          <w:b/>
          <w:sz w:val="28"/>
          <w:szCs w:val="28"/>
          <w:lang w:val="fr-FR"/>
        </w:rPr>
        <w:t>DECLARAȚIE PE PROPRIA RĂSPUNDERE</w:t>
      </w:r>
    </w:p>
    <w:p w14:paraId="1E2FEB36" w14:textId="77777777" w:rsidR="005D3A41" w:rsidRPr="0004223B" w:rsidRDefault="005D3A41">
      <w:pPr>
        <w:spacing w:before="140" w:after="40"/>
        <w:jc w:val="center"/>
        <w:rPr>
          <w:rFonts w:asciiTheme="majorHAnsi" w:hAnsiTheme="majorHAnsi" w:cstheme="majorHAnsi"/>
          <w:sz w:val="28"/>
          <w:szCs w:val="28"/>
          <w:lang w:val="fr-FR"/>
        </w:rPr>
      </w:pPr>
    </w:p>
    <w:p w14:paraId="75E7F2D5" w14:textId="77777777" w:rsidR="00D06E85" w:rsidRPr="0004223B" w:rsidRDefault="00000000">
      <w:pPr>
        <w:spacing w:after="120"/>
        <w:jc w:val="center"/>
        <w:rPr>
          <w:rFonts w:asciiTheme="majorHAnsi" w:hAnsiTheme="majorHAnsi" w:cstheme="majorHAnsi"/>
          <w:lang w:val="fr-FR"/>
        </w:rPr>
      </w:pPr>
      <w:r w:rsidRPr="0004223B">
        <w:rPr>
          <w:rFonts w:asciiTheme="majorHAnsi" w:hAnsiTheme="majorHAnsi" w:cstheme="majorHAnsi"/>
          <w:sz w:val="19"/>
          <w:lang w:val="fr-FR"/>
        </w:rPr>
        <w:t>prin care beneficiarul declară că nu a fost primită solicitarea de clarificare, completare sau modificare, nu a fost eliberat aviz / acord cu sau fără condiții ori nu a fost eliberată adresa de respingere</w:t>
      </w:r>
    </w:p>
    <w:p w14:paraId="5E5BDCD9" w14:textId="77777777" w:rsidR="00D06E85" w:rsidRPr="0004223B" w:rsidRDefault="00D06E85">
      <w:pPr>
        <w:spacing w:after="60" w:line="168" w:lineRule="auto"/>
        <w:rPr>
          <w:rFonts w:asciiTheme="majorHAnsi" w:hAnsiTheme="majorHAnsi" w:cstheme="majorHAns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rsidRPr="0004223B" w14:paraId="44775F42" w14:textId="77777777">
        <w:trPr>
          <w:cantSplit/>
        </w:trPr>
        <w:tc>
          <w:tcPr>
            <w:tcW w:w="9636" w:type="dxa"/>
            <w:gridSpan w:val="8"/>
            <w:shd w:val="clear" w:color="auto" w:fill="F4F4F4"/>
          </w:tcPr>
          <w:p w14:paraId="05345A43" w14:textId="77777777" w:rsidR="00D06E85" w:rsidRPr="0004223B" w:rsidRDefault="00000000">
            <w:pPr>
              <w:keepNext/>
              <w:rPr>
                <w:rFonts w:asciiTheme="majorHAnsi" w:hAnsiTheme="majorHAnsi" w:cstheme="majorHAnsi"/>
              </w:rPr>
            </w:pPr>
            <w:r w:rsidRPr="0004223B">
              <w:rPr>
                <w:rFonts w:asciiTheme="majorHAnsi" w:hAnsiTheme="majorHAnsi" w:cstheme="majorHAnsi"/>
                <w:b/>
                <w:sz w:val="16"/>
                <w:lang w:val="fr-FR"/>
              </w:rPr>
              <w:t xml:space="preserve"> </w:t>
            </w:r>
            <w:r w:rsidRPr="0004223B">
              <w:rPr>
                <w:rFonts w:asciiTheme="majorHAnsi" w:hAnsiTheme="majorHAnsi" w:cstheme="majorHAnsi"/>
                <w:b/>
                <w:sz w:val="16"/>
              </w:rPr>
              <w:t xml:space="preserve">1. </w:t>
            </w:r>
            <w:r w:rsidRPr="0004223B">
              <w:rPr>
                <w:rFonts w:asciiTheme="majorHAnsi" w:hAnsiTheme="majorHAnsi" w:cstheme="majorHAnsi"/>
                <w:b/>
                <w:color w:val="000000"/>
                <w:sz w:val="18"/>
              </w:rPr>
              <w:t>SOLICITANTUL</w:t>
            </w:r>
          </w:p>
        </w:tc>
      </w:tr>
      <w:tr w:rsidR="00D06E85" w:rsidRPr="0004223B" w14:paraId="06D2332C" w14:textId="77777777">
        <w:trPr>
          <w:cantSplit/>
          <w:trHeight w:val="510"/>
        </w:trPr>
        <w:tc>
          <w:tcPr>
            <w:tcW w:w="5621" w:type="dxa"/>
            <w:gridSpan w:val="5"/>
          </w:tcPr>
          <w:p w14:paraId="328E332E"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Nume și prenume</w:t>
            </w:r>
          </w:p>
          <w:p w14:paraId="144E3B23" w14:textId="77777777" w:rsidR="00D06E85" w:rsidRPr="0004223B" w:rsidRDefault="00D06E85">
            <w:pPr>
              <w:keepNext/>
              <w:rPr>
                <w:rFonts w:asciiTheme="majorHAnsi" w:hAnsiTheme="majorHAnsi" w:cstheme="majorHAnsi"/>
              </w:rPr>
            </w:pPr>
          </w:p>
        </w:tc>
        <w:tc>
          <w:tcPr>
            <w:tcW w:w="4015" w:type="dxa"/>
            <w:gridSpan w:val="3"/>
          </w:tcPr>
          <w:p w14:paraId="183F75E0"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CNP</w:t>
            </w:r>
          </w:p>
          <w:p w14:paraId="5599C2C7" w14:textId="77777777" w:rsidR="00D06E85" w:rsidRPr="0004223B" w:rsidRDefault="00D06E85">
            <w:pPr>
              <w:keepNext/>
              <w:rPr>
                <w:rFonts w:asciiTheme="majorHAnsi" w:hAnsiTheme="majorHAnsi" w:cstheme="majorHAnsi"/>
              </w:rPr>
            </w:pPr>
          </w:p>
        </w:tc>
      </w:tr>
      <w:tr w:rsidR="00D06E85" w:rsidRPr="0004223B" w14:paraId="6835908B" w14:textId="77777777">
        <w:trPr>
          <w:cantSplit/>
        </w:trPr>
        <w:tc>
          <w:tcPr>
            <w:tcW w:w="9636" w:type="dxa"/>
            <w:gridSpan w:val="8"/>
            <w:shd w:val="clear" w:color="auto" w:fill="F4F4F4"/>
          </w:tcPr>
          <w:p w14:paraId="4901E185" w14:textId="77777777" w:rsidR="00D06E85" w:rsidRPr="0004223B" w:rsidRDefault="00000000">
            <w:pPr>
              <w:keepNext/>
              <w:rPr>
                <w:rFonts w:asciiTheme="majorHAnsi" w:hAnsiTheme="majorHAnsi" w:cstheme="majorHAnsi"/>
              </w:rPr>
            </w:pPr>
            <w:r w:rsidRPr="0004223B">
              <w:rPr>
                <w:rFonts w:asciiTheme="majorHAnsi" w:hAnsiTheme="majorHAnsi" w:cstheme="majorHAnsi"/>
                <w:sz w:val="16"/>
              </w:rPr>
              <w:t xml:space="preserve"> Act de identitate</w:t>
            </w:r>
          </w:p>
        </w:tc>
      </w:tr>
      <w:tr w:rsidR="00D06E85" w:rsidRPr="0004223B" w14:paraId="2089818C" w14:textId="77777777">
        <w:trPr>
          <w:cantSplit/>
          <w:trHeight w:val="510"/>
        </w:trPr>
        <w:tc>
          <w:tcPr>
            <w:tcW w:w="1606" w:type="dxa"/>
          </w:tcPr>
          <w:p w14:paraId="69F70D8B"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Seria</w:t>
            </w:r>
          </w:p>
          <w:p w14:paraId="45CF80A9" w14:textId="77777777" w:rsidR="00D06E85" w:rsidRPr="0004223B" w:rsidRDefault="00D06E85">
            <w:pPr>
              <w:keepNext/>
              <w:rPr>
                <w:rFonts w:asciiTheme="majorHAnsi" w:hAnsiTheme="majorHAnsi" w:cstheme="majorHAnsi"/>
              </w:rPr>
            </w:pPr>
          </w:p>
        </w:tc>
        <w:tc>
          <w:tcPr>
            <w:tcW w:w="1606" w:type="dxa"/>
          </w:tcPr>
          <w:p w14:paraId="4487B434"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Numărul</w:t>
            </w:r>
          </w:p>
          <w:p w14:paraId="2518FC72" w14:textId="77777777" w:rsidR="00D06E85" w:rsidRPr="0004223B" w:rsidRDefault="00D06E85">
            <w:pPr>
              <w:keepNext/>
              <w:rPr>
                <w:rFonts w:asciiTheme="majorHAnsi" w:hAnsiTheme="majorHAnsi" w:cstheme="majorHAnsi"/>
              </w:rPr>
            </w:pPr>
          </w:p>
        </w:tc>
        <w:tc>
          <w:tcPr>
            <w:tcW w:w="4818" w:type="dxa"/>
            <w:gridSpan w:val="5"/>
          </w:tcPr>
          <w:p w14:paraId="4A9954D1"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Eliberat de</w:t>
            </w:r>
          </w:p>
          <w:p w14:paraId="7757A0A0" w14:textId="77777777" w:rsidR="00D06E85" w:rsidRPr="0004223B" w:rsidRDefault="00D06E85">
            <w:pPr>
              <w:keepNext/>
              <w:rPr>
                <w:rFonts w:asciiTheme="majorHAnsi" w:hAnsiTheme="majorHAnsi" w:cstheme="majorHAnsi"/>
              </w:rPr>
            </w:pPr>
          </w:p>
        </w:tc>
        <w:tc>
          <w:tcPr>
            <w:tcW w:w="1606" w:type="dxa"/>
          </w:tcPr>
          <w:p w14:paraId="77BA1DFF"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La data</w:t>
            </w:r>
          </w:p>
          <w:p w14:paraId="3A1DB3DA" w14:textId="77777777" w:rsidR="00D06E85" w:rsidRPr="0004223B" w:rsidRDefault="00D06E85">
            <w:pPr>
              <w:keepNext/>
              <w:rPr>
                <w:rFonts w:asciiTheme="majorHAnsi" w:hAnsiTheme="majorHAnsi" w:cstheme="majorHAnsi"/>
              </w:rPr>
            </w:pPr>
          </w:p>
        </w:tc>
      </w:tr>
      <w:tr w:rsidR="00D06E85" w:rsidRPr="0004223B" w14:paraId="476B3C3F" w14:textId="77777777">
        <w:trPr>
          <w:cantSplit/>
        </w:trPr>
        <w:tc>
          <w:tcPr>
            <w:tcW w:w="9636" w:type="dxa"/>
            <w:gridSpan w:val="8"/>
            <w:shd w:val="clear" w:color="auto" w:fill="F4F4F4"/>
          </w:tcPr>
          <w:p w14:paraId="563B990C" w14:textId="77777777" w:rsidR="00D06E85" w:rsidRPr="0004223B" w:rsidRDefault="00000000">
            <w:pPr>
              <w:keepNext/>
              <w:rPr>
                <w:rFonts w:asciiTheme="majorHAnsi" w:hAnsiTheme="majorHAnsi" w:cstheme="majorHAnsi"/>
              </w:rPr>
            </w:pPr>
            <w:r w:rsidRPr="0004223B">
              <w:rPr>
                <w:rFonts w:asciiTheme="majorHAnsi" w:hAnsiTheme="majorHAnsi" w:cstheme="majorHAnsi"/>
                <w:sz w:val="16"/>
              </w:rPr>
              <w:t xml:space="preserve"> Domiciliul</w:t>
            </w:r>
          </w:p>
        </w:tc>
      </w:tr>
      <w:tr w:rsidR="00D06E85" w:rsidRPr="0004223B" w14:paraId="32FD11E2" w14:textId="77777777">
        <w:trPr>
          <w:cantSplit/>
          <w:trHeight w:val="510"/>
        </w:trPr>
        <w:tc>
          <w:tcPr>
            <w:tcW w:w="3212" w:type="dxa"/>
            <w:gridSpan w:val="2"/>
          </w:tcPr>
          <w:p w14:paraId="77F32363"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Județul</w:t>
            </w:r>
          </w:p>
          <w:p w14:paraId="45A17963" w14:textId="77777777" w:rsidR="00D06E85" w:rsidRPr="0004223B" w:rsidRDefault="00D06E85">
            <w:pPr>
              <w:keepNext/>
              <w:rPr>
                <w:rFonts w:asciiTheme="majorHAnsi" w:hAnsiTheme="majorHAnsi" w:cstheme="majorHAnsi"/>
              </w:rPr>
            </w:pPr>
          </w:p>
        </w:tc>
        <w:tc>
          <w:tcPr>
            <w:tcW w:w="3212" w:type="dxa"/>
            <w:gridSpan w:val="4"/>
          </w:tcPr>
          <w:p w14:paraId="5EBA9E82"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Municipiul / orașul / comuna</w:t>
            </w:r>
          </w:p>
          <w:p w14:paraId="385FCF5F" w14:textId="77777777" w:rsidR="00D06E85" w:rsidRPr="0004223B" w:rsidRDefault="00D06E85">
            <w:pPr>
              <w:keepNext/>
              <w:rPr>
                <w:rFonts w:asciiTheme="majorHAnsi" w:hAnsiTheme="majorHAnsi" w:cstheme="majorHAnsi"/>
              </w:rPr>
            </w:pPr>
          </w:p>
        </w:tc>
        <w:tc>
          <w:tcPr>
            <w:tcW w:w="3212" w:type="dxa"/>
            <w:gridSpan w:val="2"/>
          </w:tcPr>
          <w:p w14:paraId="4EA349CD"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Satul / sectorul</w:t>
            </w:r>
          </w:p>
          <w:p w14:paraId="69531297" w14:textId="77777777" w:rsidR="00D06E85" w:rsidRPr="0004223B" w:rsidRDefault="00D06E85">
            <w:pPr>
              <w:keepNext/>
              <w:rPr>
                <w:rFonts w:asciiTheme="majorHAnsi" w:hAnsiTheme="majorHAnsi" w:cstheme="majorHAnsi"/>
              </w:rPr>
            </w:pPr>
          </w:p>
        </w:tc>
      </w:tr>
      <w:tr w:rsidR="00D06E85" w:rsidRPr="0004223B" w14:paraId="40AD136B" w14:textId="77777777">
        <w:trPr>
          <w:cantSplit/>
          <w:trHeight w:val="510"/>
        </w:trPr>
        <w:tc>
          <w:tcPr>
            <w:tcW w:w="3212" w:type="dxa"/>
            <w:gridSpan w:val="2"/>
          </w:tcPr>
          <w:p w14:paraId="31A3DB93"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Strada</w:t>
            </w:r>
          </w:p>
          <w:p w14:paraId="762B7363" w14:textId="77777777" w:rsidR="00D06E85" w:rsidRPr="0004223B" w:rsidRDefault="00D06E85">
            <w:pPr>
              <w:keepNext/>
              <w:rPr>
                <w:rFonts w:asciiTheme="majorHAnsi" w:hAnsiTheme="majorHAnsi" w:cstheme="majorHAnsi"/>
              </w:rPr>
            </w:pPr>
          </w:p>
        </w:tc>
        <w:tc>
          <w:tcPr>
            <w:tcW w:w="803" w:type="dxa"/>
          </w:tcPr>
          <w:p w14:paraId="7BF686C3"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Nr.</w:t>
            </w:r>
          </w:p>
          <w:p w14:paraId="3B9CD2F6" w14:textId="77777777" w:rsidR="00D06E85" w:rsidRPr="0004223B" w:rsidRDefault="00D06E85">
            <w:pPr>
              <w:keepNext/>
              <w:rPr>
                <w:rFonts w:asciiTheme="majorHAnsi" w:hAnsiTheme="majorHAnsi" w:cstheme="majorHAnsi"/>
              </w:rPr>
            </w:pPr>
          </w:p>
        </w:tc>
        <w:tc>
          <w:tcPr>
            <w:tcW w:w="803" w:type="dxa"/>
          </w:tcPr>
          <w:p w14:paraId="0A560568"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Sc.</w:t>
            </w:r>
          </w:p>
          <w:p w14:paraId="211A18B0" w14:textId="77777777" w:rsidR="00D06E85" w:rsidRPr="0004223B" w:rsidRDefault="00D06E85">
            <w:pPr>
              <w:keepNext/>
              <w:rPr>
                <w:rFonts w:asciiTheme="majorHAnsi" w:hAnsiTheme="majorHAnsi" w:cstheme="majorHAnsi"/>
              </w:rPr>
            </w:pPr>
          </w:p>
        </w:tc>
        <w:tc>
          <w:tcPr>
            <w:tcW w:w="803" w:type="dxa"/>
          </w:tcPr>
          <w:p w14:paraId="0131CA5E"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Et.</w:t>
            </w:r>
          </w:p>
          <w:p w14:paraId="6E2D34FD" w14:textId="77777777" w:rsidR="00D06E85" w:rsidRPr="0004223B" w:rsidRDefault="00D06E85">
            <w:pPr>
              <w:keepNext/>
              <w:rPr>
                <w:rFonts w:asciiTheme="majorHAnsi" w:hAnsiTheme="majorHAnsi" w:cstheme="majorHAnsi"/>
              </w:rPr>
            </w:pPr>
          </w:p>
        </w:tc>
        <w:tc>
          <w:tcPr>
            <w:tcW w:w="803" w:type="dxa"/>
          </w:tcPr>
          <w:p w14:paraId="5756BAA2"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Ap.</w:t>
            </w:r>
          </w:p>
          <w:p w14:paraId="3542AD72" w14:textId="77777777" w:rsidR="00D06E85" w:rsidRPr="0004223B" w:rsidRDefault="00D06E85">
            <w:pPr>
              <w:keepNext/>
              <w:rPr>
                <w:rFonts w:asciiTheme="majorHAnsi" w:hAnsiTheme="majorHAnsi" w:cstheme="majorHAnsi"/>
              </w:rPr>
            </w:pPr>
          </w:p>
        </w:tc>
        <w:tc>
          <w:tcPr>
            <w:tcW w:w="1606" w:type="dxa"/>
          </w:tcPr>
          <w:p w14:paraId="5A04CB06"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Cod poștal</w:t>
            </w:r>
          </w:p>
          <w:p w14:paraId="04ED9281" w14:textId="77777777" w:rsidR="00D06E85" w:rsidRPr="0004223B" w:rsidRDefault="00D06E85">
            <w:pPr>
              <w:keepNext/>
              <w:rPr>
                <w:rFonts w:asciiTheme="majorHAnsi" w:hAnsiTheme="majorHAnsi" w:cstheme="majorHAnsi"/>
              </w:rPr>
            </w:pPr>
          </w:p>
        </w:tc>
        <w:tc>
          <w:tcPr>
            <w:tcW w:w="1606" w:type="dxa"/>
          </w:tcPr>
          <w:p w14:paraId="291A12DE"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Țara</w:t>
            </w:r>
          </w:p>
          <w:p w14:paraId="6852845F" w14:textId="77777777" w:rsidR="00D06E85" w:rsidRPr="0004223B" w:rsidRDefault="00D06E85">
            <w:pPr>
              <w:keepNext/>
              <w:rPr>
                <w:rFonts w:asciiTheme="majorHAnsi" w:hAnsiTheme="majorHAnsi" w:cstheme="majorHAnsi"/>
              </w:rPr>
            </w:pPr>
          </w:p>
        </w:tc>
      </w:tr>
      <w:tr w:rsidR="00D06E85" w:rsidRPr="0004223B" w14:paraId="78C42C4E" w14:textId="77777777">
        <w:trPr>
          <w:cantSplit/>
        </w:trPr>
        <w:tc>
          <w:tcPr>
            <w:tcW w:w="9636" w:type="dxa"/>
            <w:gridSpan w:val="8"/>
            <w:shd w:val="clear" w:color="auto" w:fill="F4F4F4"/>
          </w:tcPr>
          <w:p w14:paraId="4ACEC0B8" w14:textId="77777777" w:rsidR="00D06E85" w:rsidRPr="0004223B" w:rsidRDefault="00000000">
            <w:pPr>
              <w:keepNext/>
              <w:rPr>
                <w:rFonts w:asciiTheme="majorHAnsi" w:hAnsiTheme="majorHAnsi" w:cstheme="majorHAnsi"/>
              </w:rPr>
            </w:pPr>
            <w:r w:rsidRPr="0004223B">
              <w:rPr>
                <w:rFonts w:asciiTheme="majorHAnsi" w:hAnsiTheme="majorHAnsi" w:cstheme="majorHAnsi"/>
                <w:sz w:val="16"/>
              </w:rPr>
              <w:t xml:space="preserve"> Date de contact</w:t>
            </w:r>
          </w:p>
        </w:tc>
      </w:tr>
      <w:tr w:rsidR="00D06E85" w:rsidRPr="0004223B" w14:paraId="2308D8C4" w14:textId="77777777">
        <w:trPr>
          <w:cantSplit/>
          <w:trHeight w:val="510"/>
        </w:trPr>
        <w:tc>
          <w:tcPr>
            <w:tcW w:w="4015" w:type="dxa"/>
            <w:gridSpan w:val="3"/>
          </w:tcPr>
          <w:p w14:paraId="18E4A7E5"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Telefon / fax</w:t>
            </w:r>
          </w:p>
          <w:p w14:paraId="1709C3E7" w14:textId="77777777" w:rsidR="00D06E85" w:rsidRPr="0004223B" w:rsidRDefault="00D06E85">
            <w:pPr>
              <w:keepNext/>
              <w:rPr>
                <w:rFonts w:asciiTheme="majorHAnsi" w:hAnsiTheme="majorHAnsi" w:cstheme="majorHAnsi"/>
              </w:rPr>
            </w:pPr>
          </w:p>
        </w:tc>
        <w:tc>
          <w:tcPr>
            <w:tcW w:w="5621" w:type="dxa"/>
            <w:gridSpan w:val="5"/>
          </w:tcPr>
          <w:p w14:paraId="6CAD21DF"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E-mail</w:t>
            </w:r>
          </w:p>
          <w:p w14:paraId="48F9679D" w14:textId="77777777" w:rsidR="00D06E85" w:rsidRPr="0004223B" w:rsidRDefault="00D06E85">
            <w:pPr>
              <w:keepNext/>
              <w:rPr>
                <w:rFonts w:asciiTheme="majorHAnsi" w:hAnsiTheme="majorHAnsi" w:cstheme="majorHAnsi"/>
              </w:rPr>
            </w:pPr>
          </w:p>
        </w:tc>
      </w:tr>
      <w:tr w:rsidR="00D06E85" w:rsidRPr="0004223B" w14:paraId="69B024F1" w14:textId="77777777">
        <w:trPr>
          <w:cantSplit/>
        </w:trPr>
        <w:tc>
          <w:tcPr>
            <w:tcW w:w="9636" w:type="dxa"/>
            <w:gridSpan w:val="8"/>
            <w:shd w:val="clear" w:color="auto" w:fill="F4F4F4"/>
          </w:tcPr>
          <w:p w14:paraId="25708BCE" w14:textId="77777777" w:rsidR="00D06E85" w:rsidRPr="0004223B" w:rsidRDefault="00000000">
            <w:pPr>
              <w:keepNext/>
              <w:rPr>
                <w:rFonts w:asciiTheme="majorHAnsi" w:hAnsiTheme="majorHAnsi" w:cstheme="majorHAnsi"/>
              </w:rPr>
            </w:pPr>
            <w:r w:rsidRPr="0004223B">
              <w:rPr>
                <w:rFonts w:asciiTheme="majorHAnsi" w:hAnsiTheme="majorHAnsi" w:cstheme="majorHAnsi"/>
                <w:sz w:val="16"/>
              </w:rPr>
              <w:t xml:space="preserve"> Reprezentare</w:t>
            </w:r>
          </w:p>
        </w:tc>
      </w:tr>
      <w:tr w:rsidR="00D06E85" w:rsidRPr="0004223B" w14:paraId="2F1B358E" w14:textId="77777777">
        <w:trPr>
          <w:cantSplit/>
          <w:trHeight w:val="510"/>
        </w:trPr>
        <w:tc>
          <w:tcPr>
            <w:tcW w:w="6424" w:type="dxa"/>
            <w:gridSpan w:val="6"/>
          </w:tcPr>
          <w:p w14:paraId="258619DA" w14:textId="77777777" w:rsidR="00D06E85" w:rsidRPr="0004223B" w:rsidRDefault="00000000">
            <w:pPr>
              <w:rPr>
                <w:rFonts w:asciiTheme="majorHAnsi" w:hAnsiTheme="majorHAnsi" w:cstheme="majorHAnsi"/>
              </w:rPr>
            </w:pPr>
            <w:r w:rsidRPr="0004223B">
              <w:rPr>
                <w:rFonts w:asciiTheme="majorHAnsi" w:hAnsiTheme="majorHAnsi" w:cstheme="majorHAnsi"/>
                <w:b/>
                <w:color w:val="0D5F78"/>
              </w:rPr>
              <w:t>În calitate de reprezentant al</w:t>
            </w:r>
          </w:p>
          <w:p w14:paraId="249A940B" w14:textId="77777777" w:rsidR="00D06E85" w:rsidRPr="0004223B" w:rsidRDefault="00D06E85">
            <w:pPr>
              <w:rPr>
                <w:rFonts w:asciiTheme="majorHAnsi" w:hAnsiTheme="majorHAnsi" w:cstheme="majorHAnsi"/>
              </w:rPr>
            </w:pPr>
          </w:p>
        </w:tc>
        <w:tc>
          <w:tcPr>
            <w:tcW w:w="3212" w:type="dxa"/>
            <w:gridSpan w:val="2"/>
          </w:tcPr>
          <w:p w14:paraId="592E2749" w14:textId="77777777" w:rsidR="00D06E85" w:rsidRPr="0004223B" w:rsidRDefault="00000000">
            <w:pPr>
              <w:rPr>
                <w:rFonts w:asciiTheme="majorHAnsi" w:hAnsiTheme="majorHAnsi" w:cstheme="majorHAnsi"/>
              </w:rPr>
            </w:pPr>
            <w:r w:rsidRPr="0004223B">
              <w:rPr>
                <w:rFonts w:asciiTheme="majorHAnsi" w:hAnsiTheme="majorHAnsi" w:cstheme="majorHAnsi"/>
                <w:b/>
                <w:color w:val="0D5F78"/>
              </w:rPr>
              <w:t>CUI / CIF</w:t>
            </w:r>
          </w:p>
          <w:p w14:paraId="5AA60BB0" w14:textId="77777777" w:rsidR="00D06E85" w:rsidRPr="0004223B" w:rsidRDefault="00D06E85">
            <w:pPr>
              <w:rPr>
                <w:rFonts w:asciiTheme="majorHAnsi" w:hAnsiTheme="majorHAnsi" w:cstheme="majorHAnsi"/>
              </w:rPr>
            </w:pPr>
          </w:p>
        </w:tc>
      </w:tr>
    </w:tbl>
    <w:p w14:paraId="41E26187" w14:textId="77777777" w:rsidR="00D06E85" w:rsidRPr="0004223B" w:rsidRDefault="00D06E85">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rsidRPr="0004223B" w14:paraId="184456C5" w14:textId="77777777">
        <w:trPr>
          <w:cantSplit/>
        </w:trPr>
        <w:tc>
          <w:tcPr>
            <w:tcW w:w="9636" w:type="dxa"/>
            <w:gridSpan w:val="7"/>
            <w:shd w:val="clear" w:color="auto" w:fill="F4F4F4"/>
          </w:tcPr>
          <w:p w14:paraId="24C442D3" w14:textId="77777777" w:rsidR="00D06E85" w:rsidRPr="0004223B" w:rsidRDefault="00000000">
            <w:pPr>
              <w:keepNext/>
              <w:rPr>
                <w:rFonts w:asciiTheme="majorHAnsi" w:hAnsiTheme="majorHAnsi" w:cstheme="majorHAnsi"/>
              </w:rPr>
            </w:pPr>
            <w:r w:rsidRPr="0004223B">
              <w:rPr>
                <w:rFonts w:asciiTheme="majorHAnsi" w:hAnsiTheme="majorHAnsi" w:cstheme="majorHAnsi"/>
                <w:b/>
                <w:sz w:val="16"/>
              </w:rPr>
              <w:t xml:space="preserve"> 2. </w:t>
            </w:r>
            <w:r w:rsidRPr="0004223B">
              <w:rPr>
                <w:rFonts w:asciiTheme="majorHAnsi" w:hAnsiTheme="majorHAnsi" w:cstheme="majorHAnsi"/>
                <w:b/>
                <w:color w:val="000000"/>
                <w:sz w:val="18"/>
              </w:rPr>
              <w:t>BENEFICIAR AL</w:t>
            </w:r>
          </w:p>
        </w:tc>
      </w:tr>
      <w:tr w:rsidR="00D06E85" w:rsidRPr="0004223B" w14:paraId="4A83FD0A" w14:textId="77777777">
        <w:trPr>
          <w:cantSplit/>
        </w:trPr>
        <w:tc>
          <w:tcPr>
            <w:tcW w:w="9636" w:type="dxa"/>
            <w:gridSpan w:val="7"/>
          </w:tcPr>
          <w:p w14:paraId="10C18D4D" w14:textId="77777777" w:rsidR="00D06E85" w:rsidRPr="0004223B" w:rsidRDefault="00000000">
            <w:pPr>
              <w:keepNext/>
              <w:rPr>
                <w:rFonts w:asciiTheme="majorHAnsi" w:hAnsiTheme="majorHAnsi" w:cstheme="majorHAnsi"/>
                <w:sz w:val="16"/>
                <w:lang w:val="fr-FR"/>
              </w:rPr>
            </w:pPr>
            <w:r w:rsidRPr="0004223B">
              <w:rPr>
                <w:rFonts w:ascii="Segoe UI Symbol" w:hAnsi="Segoe UI Symbol" w:cs="Segoe UI Symbol"/>
                <w:sz w:val="16"/>
                <w:lang w:val="fr-FR"/>
              </w:rPr>
              <w:t>☐</w:t>
            </w:r>
            <w:r w:rsidRPr="0004223B">
              <w:rPr>
                <w:rFonts w:asciiTheme="majorHAnsi" w:hAnsiTheme="majorHAnsi" w:cstheme="majorHAnsi"/>
                <w:sz w:val="16"/>
                <w:lang w:val="fr-FR"/>
              </w:rPr>
              <w:t xml:space="preserve"> Documentației de amenajare a teritoriului / documentației de urbanism, pentru care se solicită analizarea și promovarea spre aprobare, având denumirea:</w:t>
            </w:r>
          </w:p>
          <w:p w14:paraId="449F8BE8" w14:textId="73254249" w:rsidR="00B23FEC" w:rsidRPr="0004223B" w:rsidRDefault="00B23FEC">
            <w:pPr>
              <w:keepNext/>
              <w:rPr>
                <w:rFonts w:asciiTheme="majorHAnsi" w:hAnsiTheme="majorHAnsi" w:cstheme="majorHAnsi"/>
                <w:lang w:val="fr-FR"/>
              </w:rPr>
            </w:pPr>
            <w:r w:rsidRPr="0004223B">
              <w:rPr>
                <w:rFonts w:asciiTheme="majorHAnsi" w:hAnsiTheme="majorHAnsi" w:cstheme="majorHAnsi"/>
                <w:sz w:val="16"/>
                <w:lang w:val="fr-FR"/>
              </w:rPr>
              <w:t>……………………………………………………………………………………………………………………………………………………….</w:t>
            </w:r>
          </w:p>
          <w:p w14:paraId="6C566C41" w14:textId="77777777" w:rsidR="00D06E85" w:rsidRPr="0004223B" w:rsidRDefault="00000000">
            <w:pPr>
              <w:keepNext/>
              <w:rPr>
                <w:rFonts w:asciiTheme="majorHAnsi" w:hAnsiTheme="majorHAnsi" w:cstheme="majorHAnsi"/>
                <w:lang w:val="fr-FR"/>
              </w:rPr>
            </w:pPr>
            <w:r w:rsidRPr="0004223B">
              <w:rPr>
                <w:rFonts w:ascii="Segoe UI Symbol" w:hAnsi="Segoe UI Symbol" w:cs="Segoe UI Symbol"/>
                <w:sz w:val="16"/>
                <w:lang w:val="fr-FR"/>
              </w:rPr>
              <w:t>☐</w:t>
            </w:r>
            <w:r w:rsidRPr="0004223B">
              <w:rPr>
                <w:rFonts w:asciiTheme="majorHAnsi" w:hAnsiTheme="majorHAnsi" w:cstheme="majorHAnsi"/>
                <w:sz w:val="16"/>
                <w:lang w:val="fr-FR"/>
              </w:rPr>
              <w:t xml:space="preserve"> Investiției, pentru care se solicită emiterea autorizației de construire / desființare / organizare de șantier</w:t>
            </w:r>
          </w:p>
        </w:tc>
      </w:tr>
      <w:tr w:rsidR="00D06E85" w:rsidRPr="0004223B" w14:paraId="038DB130" w14:textId="77777777">
        <w:trPr>
          <w:cantSplit/>
        </w:trPr>
        <w:tc>
          <w:tcPr>
            <w:tcW w:w="9636" w:type="dxa"/>
            <w:gridSpan w:val="7"/>
          </w:tcPr>
          <w:p w14:paraId="448F3330" w14:textId="77777777" w:rsidR="00D06E85" w:rsidRPr="0004223B" w:rsidRDefault="00D06E85">
            <w:pPr>
              <w:keepNext/>
              <w:pBdr>
                <w:bottom w:val="dotted" w:sz="6" w:space="0" w:color="999999"/>
              </w:pBdr>
              <w:spacing w:after="80"/>
              <w:rPr>
                <w:rFonts w:asciiTheme="majorHAnsi" w:hAnsiTheme="majorHAnsi" w:cstheme="majorHAnsi"/>
                <w:lang w:val="fr-FR"/>
              </w:rPr>
            </w:pPr>
          </w:p>
          <w:p w14:paraId="44AB8803" w14:textId="77777777" w:rsidR="00D06E85" w:rsidRPr="0004223B" w:rsidRDefault="00D06E85">
            <w:pPr>
              <w:keepNext/>
              <w:pBdr>
                <w:bottom w:val="dotted" w:sz="6" w:space="0" w:color="999999"/>
              </w:pBdr>
              <w:spacing w:after="80"/>
              <w:rPr>
                <w:rFonts w:asciiTheme="majorHAnsi" w:hAnsiTheme="majorHAnsi" w:cstheme="majorHAnsi"/>
                <w:lang w:val="fr-FR"/>
              </w:rPr>
            </w:pPr>
          </w:p>
        </w:tc>
      </w:tr>
      <w:tr w:rsidR="00D06E85" w:rsidRPr="0004223B" w14:paraId="51F68824" w14:textId="77777777">
        <w:trPr>
          <w:cantSplit/>
          <w:trHeight w:val="510"/>
        </w:trPr>
        <w:tc>
          <w:tcPr>
            <w:tcW w:w="3212" w:type="dxa"/>
          </w:tcPr>
          <w:p w14:paraId="6DD32699" w14:textId="77777777" w:rsidR="00D06E85" w:rsidRPr="0004223B" w:rsidRDefault="00000000">
            <w:pPr>
              <w:keepNext/>
              <w:rPr>
                <w:rFonts w:asciiTheme="majorHAnsi" w:hAnsiTheme="majorHAnsi" w:cstheme="majorHAnsi"/>
                <w:lang w:val="fr-FR"/>
              </w:rPr>
            </w:pPr>
            <w:r w:rsidRPr="0004223B">
              <w:rPr>
                <w:rFonts w:asciiTheme="majorHAnsi" w:hAnsiTheme="majorHAnsi" w:cstheme="majorHAnsi"/>
                <w:b/>
                <w:color w:val="0D5F78"/>
                <w:lang w:val="fr-FR"/>
              </w:rPr>
              <w:t>în baza Certificatului de urbanism nr.</w:t>
            </w:r>
          </w:p>
          <w:p w14:paraId="587CA335" w14:textId="77777777" w:rsidR="00D06E85" w:rsidRPr="0004223B" w:rsidRDefault="00D06E85">
            <w:pPr>
              <w:keepNext/>
              <w:rPr>
                <w:rFonts w:asciiTheme="majorHAnsi" w:hAnsiTheme="majorHAnsi" w:cstheme="majorHAnsi"/>
                <w:lang w:val="fr-FR"/>
              </w:rPr>
            </w:pPr>
          </w:p>
        </w:tc>
        <w:tc>
          <w:tcPr>
            <w:tcW w:w="2409" w:type="dxa"/>
            <w:gridSpan w:val="3"/>
          </w:tcPr>
          <w:p w14:paraId="408E0A2F"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din data de</w:t>
            </w:r>
          </w:p>
          <w:p w14:paraId="2429966D" w14:textId="77777777" w:rsidR="00D06E85" w:rsidRPr="0004223B" w:rsidRDefault="00D06E85">
            <w:pPr>
              <w:keepNext/>
              <w:rPr>
                <w:rFonts w:asciiTheme="majorHAnsi" w:hAnsiTheme="majorHAnsi" w:cstheme="majorHAnsi"/>
              </w:rPr>
            </w:pPr>
          </w:p>
        </w:tc>
        <w:tc>
          <w:tcPr>
            <w:tcW w:w="4015" w:type="dxa"/>
            <w:gridSpan w:val="3"/>
          </w:tcPr>
          <w:p w14:paraId="6A7C95E8"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emis de</w:t>
            </w:r>
          </w:p>
          <w:p w14:paraId="488FDBF8" w14:textId="77777777" w:rsidR="00D06E85" w:rsidRPr="0004223B" w:rsidRDefault="00D06E85">
            <w:pPr>
              <w:keepNext/>
              <w:rPr>
                <w:rFonts w:asciiTheme="majorHAnsi" w:hAnsiTheme="majorHAnsi" w:cstheme="majorHAnsi"/>
              </w:rPr>
            </w:pPr>
          </w:p>
        </w:tc>
      </w:tr>
      <w:tr w:rsidR="00D06E85" w:rsidRPr="0004223B" w14:paraId="14BF2781" w14:textId="77777777">
        <w:trPr>
          <w:cantSplit/>
        </w:trPr>
        <w:tc>
          <w:tcPr>
            <w:tcW w:w="9636" w:type="dxa"/>
            <w:gridSpan w:val="7"/>
            <w:shd w:val="clear" w:color="auto" w:fill="F4F4F4"/>
          </w:tcPr>
          <w:p w14:paraId="42AA27A1" w14:textId="77777777" w:rsidR="00D06E85" w:rsidRPr="0004223B" w:rsidRDefault="00000000">
            <w:pPr>
              <w:keepNext/>
              <w:rPr>
                <w:rFonts w:asciiTheme="majorHAnsi" w:hAnsiTheme="majorHAnsi" w:cstheme="majorHAnsi"/>
              </w:rPr>
            </w:pPr>
            <w:r w:rsidRPr="0004223B">
              <w:rPr>
                <w:rFonts w:asciiTheme="majorHAnsi" w:hAnsiTheme="majorHAnsi" w:cstheme="majorHAnsi"/>
                <w:sz w:val="16"/>
              </w:rPr>
              <w:t xml:space="preserve"> având ca amplasament imobilul (teren și/sau construcții), situat în:</w:t>
            </w:r>
          </w:p>
        </w:tc>
      </w:tr>
      <w:tr w:rsidR="00D06E85" w:rsidRPr="0004223B" w14:paraId="28EC9FF0" w14:textId="77777777">
        <w:trPr>
          <w:cantSplit/>
          <w:trHeight w:val="510"/>
        </w:trPr>
        <w:tc>
          <w:tcPr>
            <w:tcW w:w="3212" w:type="dxa"/>
          </w:tcPr>
          <w:p w14:paraId="045B3571"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Județul</w:t>
            </w:r>
          </w:p>
          <w:p w14:paraId="3A1DDEA8" w14:textId="77777777" w:rsidR="00D06E85" w:rsidRPr="0004223B" w:rsidRDefault="00D06E85">
            <w:pPr>
              <w:keepNext/>
              <w:rPr>
                <w:rFonts w:asciiTheme="majorHAnsi" w:hAnsiTheme="majorHAnsi" w:cstheme="majorHAnsi"/>
              </w:rPr>
            </w:pPr>
          </w:p>
        </w:tc>
        <w:tc>
          <w:tcPr>
            <w:tcW w:w="3212" w:type="dxa"/>
            <w:gridSpan w:val="4"/>
          </w:tcPr>
          <w:p w14:paraId="26F3AC1F"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Municipiul / orașul / comuna</w:t>
            </w:r>
          </w:p>
          <w:p w14:paraId="6D1EF9F9" w14:textId="77777777" w:rsidR="00D06E85" w:rsidRPr="0004223B" w:rsidRDefault="00D06E85">
            <w:pPr>
              <w:keepNext/>
              <w:rPr>
                <w:rFonts w:asciiTheme="majorHAnsi" w:hAnsiTheme="majorHAnsi" w:cstheme="majorHAnsi"/>
              </w:rPr>
            </w:pPr>
          </w:p>
        </w:tc>
        <w:tc>
          <w:tcPr>
            <w:tcW w:w="3212" w:type="dxa"/>
            <w:gridSpan w:val="2"/>
          </w:tcPr>
          <w:p w14:paraId="5868C80E"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Satul / sectorul</w:t>
            </w:r>
          </w:p>
          <w:p w14:paraId="46CFB201" w14:textId="77777777" w:rsidR="00D06E85" w:rsidRPr="0004223B" w:rsidRDefault="00D06E85">
            <w:pPr>
              <w:keepNext/>
              <w:rPr>
                <w:rFonts w:asciiTheme="majorHAnsi" w:hAnsiTheme="majorHAnsi" w:cstheme="majorHAnsi"/>
              </w:rPr>
            </w:pPr>
          </w:p>
        </w:tc>
      </w:tr>
      <w:tr w:rsidR="00D06E85" w:rsidRPr="0004223B" w14:paraId="4F5E562B" w14:textId="77777777">
        <w:trPr>
          <w:cantSplit/>
          <w:trHeight w:val="510"/>
        </w:trPr>
        <w:tc>
          <w:tcPr>
            <w:tcW w:w="3212" w:type="dxa"/>
          </w:tcPr>
          <w:p w14:paraId="18C09048"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Strada</w:t>
            </w:r>
          </w:p>
          <w:p w14:paraId="2E6BE8AF" w14:textId="77777777" w:rsidR="00D06E85" w:rsidRPr="0004223B" w:rsidRDefault="00D06E85">
            <w:pPr>
              <w:keepNext/>
              <w:rPr>
                <w:rFonts w:asciiTheme="majorHAnsi" w:hAnsiTheme="majorHAnsi" w:cstheme="majorHAnsi"/>
              </w:rPr>
            </w:pPr>
          </w:p>
        </w:tc>
        <w:tc>
          <w:tcPr>
            <w:tcW w:w="803" w:type="dxa"/>
          </w:tcPr>
          <w:p w14:paraId="7CCA42D5"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Nr.</w:t>
            </w:r>
          </w:p>
          <w:p w14:paraId="7672ED98" w14:textId="77777777" w:rsidR="00D06E85" w:rsidRPr="0004223B" w:rsidRDefault="00D06E85">
            <w:pPr>
              <w:keepNext/>
              <w:rPr>
                <w:rFonts w:asciiTheme="majorHAnsi" w:hAnsiTheme="majorHAnsi" w:cstheme="majorHAnsi"/>
              </w:rPr>
            </w:pPr>
          </w:p>
        </w:tc>
        <w:tc>
          <w:tcPr>
            <w:tcW w:w="803" w:type="dxa"/>
          </w:tcPr>
          <w:p w14:paraId="3211E91D"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Sc.</w:t>
            </w:r>
          </w:p>
          <w:p w14:paraId="7428D1FA" w14:textId="77777777" w:rsidR="00D06E85" w:rsidRPr="0004223B" w:rsidRDefault="00D06E85">
            <w:pPr>
              <w:keepNext/>
              <w:rPr>
                <w:rFonts w:asciiTheme="majorHAnsi" w:hAnsiTheme="majorHAnsi" w:cstheme="majorHAnsi"/>
              </w:rPr>
            </w:pPr>
          </w:p>
        </w:tc>
        <w:tc>
          <w:tcPr>
            <w:tcW w:w="803" w:type="dxa"/>
          </w:tcPr>
          <w:p w14:paraId="5D0C58DB"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Et.</w:t>
            </w:r>
          </w:p>
          <w:p w14:paraId="3DB9BF45" w14:textId="77777777" w:rsidR="00D06E85" w:rsidRPr="0004223B" w:rsidRDefault="00D06E85">
            <w:pPr>
              <w:keepNext/>
              <w:rPr>
                <w:rFonts w:asciiTheme="majorHAnsi" w:hAnsiTheme="majorHAnsi" w:cstheme="majorHAnsi"/>
              </w:rPr>
            </w:pPr>
          </w:p>
        </w:tc>
        <w:tc>
          <w:tcPr>
            <w:tcW w:w="803" w:type="dxa"/>
          </w:tcPr>
          <w:p w14:paraId="19EBA19F"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Ap.</w:t>
            </w:r>
          </w:p>
          <w:p w14:paraId="7FA40548" w14:textId="77777777" w:rsidR="00D06E85" w:rsidRPr="0004223B" w:rsidRDefault="00D06E85">
            <w:pPr>
              <w:keepNext/>
              <w:rPr>
                <w:rFonts w:asciiTheme="majorHAnsi" w:hAnsiTheme="majorHAnsi" w:cstheme="majorHAnsi"/>
              </w:rPr>
            </w:pPr>
          </w:p>
        </w:tc>
        <w:tc>
          <w:tcPr>
            <w:tcW w:w="1606" w:type="dxa"/>
          </w:tcPr>
          <w:p w14:paraId="526BA805"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Cod poștal</w:t>
            </w:r>
          </w:p>
          <w:p w14:paraId="0719B43E" w14:textId="77777777" w:rsidR="00D06E85" w:rsidRPr="0004223B" w:rsidRDefault="00D06E85">
            <w:pPr>
              <w:keepNext/>
              <w:rPr>
                <w:rFonts w:asciiTheme="majorHAnsi" w:hAnsiTheme="majorHAnsi" w:cstheme="majorHAnsi"/>
              </w:rPr>
            </w:pPr>
          </w:p>
        </w:tc>
        <w:tc>
          <w:tcPr>
            <w:tcW w:w="1606" w:type="dxa"/>
          </w:tcPr>
          <w:p w14:paraId="00245BA2"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Țara</w:t>
            </w:r>
          </w:p>
          <w:p w14:paraId="0DDC16AB" w14:textId="77777777" w:rsidR="00D06E85" w:rsidRPr="0004223B" w:rsidRDefault="00D06E85">
            <w:pPr>
              <w:keepNext/>
              <w:rPr>
                <w:rFonts w:asciiTheme="majorHAnsi" w:hAnsiTheme="majorHAnsi" w:cstheme="majorHAnsi"/>
              </w:rPr>
            </w:pPr>
          </w:p>
        </w:tc>
      </w:tr>
      <w:tr w:rsidR="00D06E85" w:rsidRPr="0004223B" w14:paraId="710B7BC2" w14:textId="77777777">
        <w:trPr>
          <w:cantSplit/>
          <w:trHeight w:val="510"/>
        </w:trPr>
        <w:tc>
          <w:tcPr>
            <w:tcW w:w="4818" w:type="dxa"/>
            <w:gridSpan w:val="3"/>
          </w:tcPr>
          <w:p w14:paraId="711C92BB" w14:textId="77777777" w:rsidR="00D06E85" w:rsidRPr="0004223B" w:rsidRDefault="00000000">
            <w:pPr>
              <w:rPr>
                <w:rFonts w:asciiTheme="majorHAnsi" w:hAnsiTheme="majorHAnsi" w:cstheme="majorHAnsi"/>
              </w:rPr>
            </w:pPr>
            <w:r w:rsidRPr="0004223B">
              <w:rPr>
                <w:rFonts w:asciiTheme="majorHAnsi" w:hAnsiTheme="majorHAnsi" w:cstheme="majorHAnsi"/>
                <w:b/>
                <w:color w:val="0D5F78"/>
              </w:rPr>
              <w:t>Cartea funciară nr.</w:t>
            </w:r>
          </w:p>
          <w:p w14:paraId="7035FD8D" w14:textId="77777777" w:rsidR="00D06E85" w:rsidRPr="0004223B" w:rsidRDefault="00D06E85">
            <w:pPr>
              <w:rPr>
                <w:rFonts w:asciiTheme="majorHAnsi" w:hAnsiTheme="majorHAnsi" w:cstheme="majorHAnsi"/>
              </w:rPr>
            </w:pPr>
          </w:p>
        </w:tc>
        <w:tc>
          <w:tcPr>
            <w:tcW w:w="4818" w:type="dxa"/>
            <w:gridSpan w:val="4"/>
          </w:tcPr>
          <w:p w14:paraId="624D0088" w14:textId="77777777" w:rsidR="00D06E85" w:rsidRPr="0004223B" w:rsidRDefault="00000000">
            <w:pPr>
              <w:rPr>
                <w:rFonts w:asciiTheme="majorHAnsi" w:hAnsiTheme="majorHAnsi" w:cstheme="majorHAnsi"/>
              </w:rPr>
            </w:pPr>
            <w:r w:rsidRPr="0004223B">
              <w:rPr>
                <w:rFonts w:asciiTheme="majorHAnsi" w:hAnsiTheme="majorHAnsi" w:cstheme="majorHAnsi"/>
                <w:b/>
                <w:color w:val="0D5F78"/>
              </w:rPr>
              <w:t>Nr. cadastral</w:t>
            </w:r>
          </w:p>
          <w:p w14:paraId="3F1A5A6A" w14:textId="77777777" w:rsidR="00D06E85" w:rsidRPr="0004223B" w:rsidRDefault="00D06E85">
            <w:pPr>
              <w:rPr>
                <w:rFonts w:asciiTheme="majorHAnsi" w:hAnsiTheme="majorHAnsi" w:cstheme="majorHAnsi"/>
              </w:rPr>
            </w:pPr>
          </w:p>
        </w:tc>
      </w:tr>
    </w:tbl>
    <w:p w14:paraId="6097A6DA" w14:textId="77777777" w:rsidR="00D06E85" w:rsidRPr="0004223B" w:rsidRDefault="00D06E85">
      <w:pPr>
        <w:spacing w:line="168" w:lineRule="auto"/>
        <w:rPr>
          <w:rFonts w:asciiTheme="majorHAnsi" w:hAnsiTheme="majorHAnsi" w:cstheme="majorHAnsi"/>
        </w:rPr>
      </w:pPr>
    </w:p>
    <w:p w14:paraId="34E8F042" w14:textId="53479934" w:rsidR="00D06E85" w:rsidRPr="0004223B" w:rsidRDefault="00D06E85">
      <w:pPr>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rsidRPr="0004223B" w14:paraId="646C354C" w14:textId="77777777">
        <w:trPr>
          <w:cantSplit/>
        </w:trPr>
        <w:tc>
          <w:tcPr>
            <w:tcW w:w="9636" w:type="dxa"/>
            <w:shd w:val="clear" w:color="auto" w:fill="F4F4F4"/>
          </w:tcPr>
          <w:p w14:paraId="6755DF81" w14:textId="537513A9" w:rsidR="00D06E85" w:rsidRPr="0004223B" w:rsidRDefault="00000000">
            <w:pPr>
              <w:keepNext/>
              <w:rPr>
                <w:rFonts w:asciiTheme="majorHAnsi" w:hAnsiTheme="majorHAnsi" w:cstheme="majorHAnsi"/>
              </w:rPr>
            </w:pPr>
            <w:r w:rsidRPr="0004223B">
              <w:rPr>
                <w:rFonts w:asciiTheme="majorHAnsi" w:hAnsiTheme="majorHAnsi" w:cstheme="majorHAnsi"/>
                <w:b/>
                <w:sz w:val="16"/>
              </w:rPr>
              <w:t xml:space="preserve"> 3. </w:t>
            </w:r>
            <w:r w:rsidRPr="0004223B">
              <w:rPr>
                <w:rFonts w:asciiTheme="majorHAnsi" w:hAnsiTheme="majorHAnsi" w:cstheme="majorHAnsi"/>
                <w:b/>
                <w:color w:val="000000"/>
                <w:sz w:val="18"/>
              </w:rPr>
              <w:t>DECLAR</w:t>
            </w:r>
            <w:r w:rsidR="00F146C8" w:rsidRPr="0004223B">
              <w:rPr>
                <w:rFonts w:asciiTheme="majorHAnsi" w:hAnsiTheme="majorHAnsi" w:cstheme="majorHAnsi"/>
                <w:b/>
                <w:color w:val="000000"/>
                <w:sz w:val="18"/>
              </w:rPr>
              <w:t xml:space="preserve"> PE PROPRIE RĂSPUNDERE</w:t>
            </w:r>
          </w:p>
        </w:tc>
      </w:tr>
      <w:tr w:rsidR="00D06E85" w:rsidRPr="0004223B" w14:paraId="55F951F4" w14:textId="77777777">
        <w:trPr>
          <w:cantSplit/>
        </w:trPr>
        <w:tc>
          <w:tcPr>
            <w:tcW w:w="9636" w:type="dxa"/>
          </w:tcPr>
          <w:p w14:paraId="264591DB" w14:textId="77777777" w:rsidR="00D06E85" w:rsidRPr="0004223B" w:rsidRDefault="00000000">
            <w:pPr>
              <w:keepNext/>
              <w:spacing w:line="228" w:lineRule="auto"/>
              <w:rPr>
                <w:rFonts w:asciiTheme="majorHAnsi" w:hAnsiTheme="majorHAnsi" w:cstheme="majorHAnsi"/>
              </w:rPr>
            </w:pPr>
            <w:r w:rsidRPr="0004223B">
              <w:rPr>
                <w:rFonts w:asciiTheme="majorHAnsi" w:hAnsiTheme="majorHAnsi" w:cstheme="majorHAnsi"/>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04223B" w14:paraId="5350B05D" w14:textId="77777777">
        <w:trPr>
          <w:cantSplit/>
        </w:trPr>
        <w:tc>
          <w:tcPr>
            <w:tcW w:w="9636" w:type="dxa"/>
          </w:tcPr>
          <w:p w14:paraId="58C9DDD9" w14:textId="77777777" w:rsidR="00D06E85" w:rsidRPr="0004223B" w:rsidRDefault="00000000">
            <w:pPr>
              <w:keepNext/>
              <w:rPr>
                <w:rFonts w:asciiTheme="majorHAnsi" w:hAnsiTheme="majorHAnsi" w:cstheme="majorHAnsi"/>
                <w:lang w:val="fr-FR"/>
              </w:rPr>
            </w:pPr>
            <w:r w:rsidRPr="0004223B">
              <w:rPr>
                <w:rFonts w:asciiTheme="majorHAnsi" w:hAnsiTheme="majorHAnsi" w:cstheme="majorHAnsi"/>
                <w:sz w:val="16"/>
              </w:rPr>
              <w:t xml:space="preserve"> </w:t>
            </w:r>
            <w:r w:rsidRPr="0004223B">
              <w:rPr>
                <w:rFonts w:ascii="Segoe UI Symbol" w:hAnsi="Segoe UI Symbol" w:cs="Segoe UI Symbol"/>
                <w:sz w:val="16"/>
                <w:lang w:val="fr-FR"/>
              </w:rPr>
              <w:t>☐</w:t>
            </w:r>
            <w:r w:rsidRPr="0004223B">
              <w:rPr>
                <w:rFonts w:asciiTheme="majorHAnsi" w:hAnsiTheme="majorHAnsi" w:cstheme="majorHAnsi"/>
                <w:sz w:val="16"/>
                <w:lang w:val="fr-FR"/>
              </w:rPr>
              <w:t xml:space="preserve"> nicio solicitare de clarificare, completare sau modificare</w:t>
            </w:r>
          </w:p>
        </w:tc>
      </w:tr>
      <w:tr w:rsidR="00D06E85" w:rsidRPr="0004223B" w14:paraId="392E2A3D" w14:textId="77777777">
        <w:trPr>
          <w:cantSplit/>
        </w:trPr>
        <w:tc>
          <w:tcPr>
            <w:tcW w:w="9636" w:type="dxa"/>
          </w:tcPr>
          <w:p w14:paraId="598AB427" w14:textId="77777777" w:rsidR="00D06E85" w:rsidRPr="0004223B" w:rsidRDefault="00000000">
            <w:pPr>
              <w:keepNext/>
              <w:rPr>
                <w:rFonts w:asciiTheme="majorHAnsi" w:hAnsiTheme="majorHAnsi" w:cstheme="majorHAnsi"/>
                <w:lang w:val="fr-FR"/>
              </w:rPr>
            </w:pPr>
            <w:r w:rsidRPr="0004223B">
              <w:rPr>
                <w:rFonts w:asciiTheme="majorHAnsi" w:hAnsiTheme="majorHAnsi" w:cstheme="majorHAnsi"/>
                <w:sz w:val="16"/>
                <w:lang w:val="fr-FR"/>
              </w:rPr>
              <w:t xml:space="preserve"> </w:t>
            </w:r>
            <w:r w:rsidRPr="0004223B">
              <w:rPr>
                <w:rFonts w:ascii="Segoe UI Symbol" w:hAnsi="Segoe UI Symbol" w:cs="Segoe UI Symbol"/>
                <w:sz w:val="16"/>
                <w:lang w:val="fr-FR"/>
              </w:rPr>
              <w:t>☐</w:t>
            </w:r>
            <w:r w:rsidRPr="0004223B">
              <w:rPr>
                <w:rFonts w:asciiTheme="majorHAnsi" w:hAnsiTheme="majorHAnsi" w:cstheme="majorHAnsi"/>
                <w:sz w:val="16"/>
                <w:lang w:val="fr-FR"/>
              </w:rPr>
              <w:t xml:space="preserve"> niciun aviz sau acord cu sau f</w:t>
            </w:r>
            <w:r w:rsidRPr="0004223B">
              <w:rPr>
                <w:rFonts w:ascii="Calibri" w:hAnsi="Calibri" w:cs="Calibri"/>
                <w:sz w:val="16"/>
                <w:lang w:val="fr-FR"/>
              </w:rPr>
              <w:t>ă</w:t>
            </w:r>
            <w:r w:rsidRPr="0004223B">
              <w:rPr>
                <w:rFonts w:asciiTheme="majorHAnsi" w:hAnsiTheme="majorHAnsi" w:cstheme="majorHAnsi"/>
                <w:sz w:val="16"/>
                <w:lang w:val="fr-FR"/>
              </w:rPr>
              <w:t>r</w:t>
            </w:r>
            <w:r w:rsidRPr="0004223B">
              <w:rPr>
                <w:rFonts w:ascii="Calibri" w:hAnsi="Calibri" w:cs="Calibri"/>
                <w:sz w:val="16"/>
                <w:lang w:val="fr-FR"/>
              </w:rPr>
              <w:t>ă</w:t>
            </w:r>
            <w:r w:rsidRPr="0004223B">
              <w:rPr>
                <w:rFonts w:asciiTheme="majorHAnsi" w:hAnsiTheme="majorHAnsi" w:cstheme="majorHAnsi"/>
                <w:sz w:val="16"/>
                <w:lang w:val="fr-FR"/>
              </w:rPr>
              <w:t xml:space="preserve"> condi</w:t>
            </w:r>
            <w:r w:rsidRPr="0004223B">
              <w:rPr>
                <w:rFonts w:ascii="Calibri" w:hAnsi="Calibri" w:cs="Calibri"/>
                <w:sz w:val="16"/>
                <w:lang w:val="fr-FR"/>
              </w:rPr>
              <w:t>ț</w:t>
            </w:r>
            <w:r w:rsidRPr="0004223B">
              <w:rPr>
                <w:rFonts w:asciiTheme="majorHAnsi" w:hAnsiTheme="majorHAnsi" w:cstheme="majorHAnsi"/>
                <w:sz w:val="16"/>
                <w:lang w:val="fr-FR"/>
              </w:rPr>
              <w:t>ii</w:t>
            </w:r>
          </w:p>
        </w:tc>
      </w:tr>
      <w:tr w:rsidR="00D06E85" w:rsidRPr="0004223B" w14:paraId="0504FCED" w14:textId="77777777">
        <w:trPr>
          <w:cantSplit/>
        </w:trPr>
        <w:tc>
          <w:tcPr>
            <w:tcW w:w="9636" w:type="dxa"/>
          </w:tcPr>
          <w:p w14:paraId="3B17397B" w14:textId="77777777" w:rsidR="00D06E85" w:rsidRPr="0004223B" w:rsidRDefault="00000000">
            <w:pPr>
              <w:keepNext/>
              <w:rPr>
                <w:rFonts w:asciiTheme="majorHAnsi" w:hAnsiTheme="majorHAnsi" w:cstheme="majorHAnsi"/>
              </w:rPr>
            </w:pPr>
            <w:r w:rsidRPr="0004223B">
              <w:rPr>
                <w:rFonts w:asciiTheme="majorHAnsi" w:hAnsiTheme="majorHAnsi" w:cstheme="majorHAnsi"/>
                <w:sz w:val="16"/>
                <w:lang w:val="fr-FR"/>
              </w:rPr>
              <w:t xml:space="preserve"> </w:t>
            </w:r>
            <w:r w:rsidRPr="0004223B">
              <w:rPr>
                <w:rFonts w:ascii="Segoe UI Symbol" w:hAnsi="Segoe UI Symbol" w:cs="Segoe UI Symbol"/>
                <w:sz w:val="16"/>
              </w:rPr>
              <w:t>☐</w:t>
            </w:r>
            <w:r w:rsidRPr="0004223B">
              <w:rPr>
                <w:rFonts w:asciiTheme="majorHAnsi" w:hAnsiTheme="majorHAnsi" w:cstheme="majorHAnsi"/>
                <w:sz w:val="16"/>
              </w:rPr>
              <w:t xml:space="preserve"> nicio adresă de respingere</w:t>
            </w:r>
          </w:p>
        </w:tc>
      </w:tr>
      <w:tr w:rsidR="00D06E85" w:rsidRPr="0004223B" w14:paraId="48B239F6" w14:textId="77777777">
        <w:trPr>
          <w:cantSplit/>
        </w:trPr>
        <w:tc>
          <w:tcPr>
            <w:tcW w:w="9636" w:type="dxa"/>
            <w:shd w:val="clear" w:color="auto" w:fill="F4F4F4"/>
          </w:tcPr>
          <w:p w14:paraId="2B67D063" w14:textId="77777777" w:rsidR="00D06E85" w:rsidRPr="0004223B" w:rsidRDefault="00000000">
            <w:pPr>
              <w:spacing w:line="228" w:lineRule="auto"/>
              <w:rPr>
                <w:rFonts w:asciiTheme="majorHAnsi" w:hAnsiTheme="majorHAnsi" w:cstheme="majorHAnsi"/>
                <w:lang w:val="fr-FR"/>
              </w:rPr>
            </w:pPr>
            <w:r w:rsidRPr="0004223B">
              <w:rPr>
                <w:rFonts w:asciiTheme="majorHAnsi" w:hAnsiTheme="majorHAnsi" w:cstheme="majorHAnsi"/>
                <w:lang w:val="fr-FR"/>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78665D98" w14:textId="77777777" w:rsidR="00D06E85" w:rsidRPr="0004223B" w:rsidRDefault="00D06E85">
      <w:pPr>
        <w:spacing w:line="168" w:lineRule="auto"/>
        <w:rPr>
          <w:rFonts w:asciiTheme="majorHAnsi" w:hAnsiTheme="majorHAnsi" w:cstheme="majorHAnsi"/>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rsidRPr="0004223B" w14:paraId="410AFAE2" w14:textId="77777777">
        <w:trPr>
          <w:cantSplit/>
        </w:trPr>
        <w:tc>
          <w:tcPr>
            <w:tcW w:w="9636" w:type="dxa"/>
            <w:gridSpan w:val="6"/>
            <w:shd w:val="clear" w:color="auto" w:fill="F4F4F4"/>
          </w:tcPr>
          <w:p w14:paraId="0A217826" w14:textId="77777777" w:rsidR="00D06E85" w:rsidRPr="0004223B" w:rsidRDefault="00000000">
            <w:pPr>
              <w:keepNext/>
              <w:rPr>
                <w:rFonts w:asciiTheme="majorHAnsi" w:hAnsiTheme="majorHAnsi" w:cstheme="majorHAnsi"/>
              </w:rPr>
            </w:pPr>
            <w:r w:rsidRPr="0004223B">
              <w:rPr>
                <w:rFonts w:asciiTheme="majorHAnsi" w:hAnsiTheme="majorHAnsi" w:cstheme="majorHAnsi"/>
                <w:b/>
                <w:sz w:val="16"/>
                <w:lang w:val="fr-FR"/>
              </w:rPr>
              <w:lastRenderedPageBreak/>
              <w:t xml:space="preserve"> </w:t>
            </w:r>
            <w:r w:rsidRPr="0004223B">
              <w:rPr>
                <w:rFonts w:asciiTheme="majorHAnsi" w:hAnsiTheme="majorHAnsi" w:cstheme="majorHAnsi"/>
                <w:b/>
                <w:sz w:val="16"/>
              </w:rPr>
              <w:t xml:space="preserve">4. </w:t>
            </w:r>
            <w:r w:rsidRPr="0004223B">
              <w:rPr>
                <w:rFonts w:asciiTheme="majorHAnsi" w:hAnsiTheme="majorHAnsi" w:cstheme="majorHAnsi"/>
                <w:b/>
                <w:color w:val="000000"/>
                <w:sz w:val="18"/>
              </w:rPr>
              <w:t>AVIZELE / ACORDURILE PENTRU CARE SE INVOCĂ APROBAREA TACITĂ</w:t>
            </w:r>
          </w:p>
        </w:tc>
      </w:tr>
      <w:tr w:rsidR="00D06E85" w:rsidRPr="0004223B" w14:paraId="541D569E" w14:textId="77777777">
        <w:trPr>
          <w:cantSplit/>
          <w:trHeight w:val="510"/>
        </w:trPr>
        <w:tc>
          <w:tcPr>
            <w:tcW w:w="803" w:type="dxa"/>
          </w:tcPr>
          <w:p w14:paraId="5D4788F7"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Nr. crt.</w:t>
            </w:r>
          </w:p>
          <w:p w14:paraId="1C5E55E8" w14:textId="77777777" w:rsidR="00D06E85" w:rsidRPr="0004223B" w:rsidRDefault="00D06E85">
            <w:pPr>
              <w:keepNext/>
              <w:rPr>
                <w:rFonts w:asciiTheme="majorHAnsi" w:hAnsiTheme="majorHAnsi" w:cstheme="majorHAnsi"/>
              </w:rPr>
            </w:pPr>
          </w:p>
        </w:tc>
        <w:tc>
          <w:tcPr>
            <w:tcW w:w="1606" w:type="dxa"/>
          </w:tcPr>
          <w:p w14:paraId="6A126784"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Avizul / acordul solicitat</w:t>
            </w:r>
          </w:p>
          <w:p w14:paraId="5F1A22AB" w14:textId="77777777" w:rsidR="00D06E85" w:rsidRPr="0004223B" w:rsidRDefault="00D06E85">
            <w:pPr>
              <w:keepNext/>
              <w:rPr>
                <w:rFonts w:asciiTheme="majorHAnsi" w:hAnsiTheme="majorHAnsi" w:cstheme="majorHAnsi"/>
              </w:rPr>
            </w:pPr>
          </w:p>
        </w:tc>
        <w:tc>
          <w:tcPr>
            <w:tcW w:w="2409" w:type="dxa"/>
          </w:tcPr>
          <w:p w14:paraId="08B0F3A9" w14:textId="77777777" w:rsidR="00D06E85" w:rsidRPr="0004223B" w:rsidRDefault="00000000">
            <w:pPr>
              <w:keepNext/>
              <w:rPr>
                <w:rFonts w:asciiTheme="majorHAnsi" w:hAnsiTheme="majorHAnsi" w:cstheme="majorHAnsi"/>
                <w:lang w:val="fr-FR"/>
              </w:rPr>
            </w:pPr>
            <w:r w:rsidRPr="0004223B">
              <w:rPr>
                <w:rFonts w:asciiTheme="majorHAnsi" w:hAnsiTheme="majorHAnsi" w:cstheme="majorHAnsi"/>
                <w:b/>
                <w:color w:val="0D5F78"/>
                <w:lang w:val="fr-FR"/>
              </w:rPr>
              <w:t>Instituția / entitatea de la care s-a solicitat</w:t>
            </w:r>
          </w:p>
          <w:p w14:paraId="07803F57" w14:textId="77777777" w:rsidR="00D06E85" w:rsidRPr="0004223B" w:rsidRDefault="00D06E85">
            <w:pPr>
              <w:keepNext/>
              <w:rPr>
                <w:rFonts w:asciiTheme="majorHAnsi" w:hAnsiTheme="majorHAnsi" w:cstheme="majorHAnsi"/>
                <w:lang w:val="fr-FR"/>
              </w:rPr>
            </w:pPr>
          </w:p>
        </w:tc>
        <w:tc>
          <w:tcPr>
            <w:tcW w:w="1606" w:type="dxa"/>
          </w:tcPr>
          <w:p w14:paraId="5E0A8EC5"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Dată și nr. înregistrare solicitare</w:t>
            </w:r>
          </w:p>
          <w:p w14:paraId="5614152D" w14:textId="77777777" w:rsidR="00D06E85" w:rsidRPr="0004223B" w:rsidRDefault="00D06E85">
            <w:pPr>
              <w:keepNext/>
              <w:rPr>
                <w:rFonts w:asciiTheme="majorHAnsi" w:hAnsiTheme="majorHAnsi" w:cstheme="majorHAnsi"/>
              </w:rPr>
            </w:pPr>
          </w:p>
        </w:tc>
        <w:tc>
          <w:tcPr>
            <w:tcW w:w="1606" w:type="dxa"/>
          </w:tcPr>
          <w:p w14:paraId="5B7D319E" w14:textId="77777777" w:rsidR="00D06E85" w:rsidRPr="0004223B" w:rsidRDefault="00000000">
            <w:pPr>
              <w:keepNext/>
              <w:rPr>
                <w:rFonts w:asciiTheme="majorHAnsi" w:hAnsiTheme="majorHAnsi" w:cstheme="majorHAnsi"/>
                <w:lang w:val="fr-FR"/>
              </w:rPr>
            </w:pPr>
            <w:r w:rsidRPr="0004223B">
              <w:rPr>
                <w:rFonts w:asciiTheme="majorHAnsi" w:hAnsiTheme="majorHAnsi" w:cstheme="majorHAnsi"/>
                <w:b/>
                <w:color w:val="0D5F78"/>
                <w:lang w:val="fr-FR"/>
              </w:rPr>
              <w:t>Dată și nr. depunere răspuns la clarificări</w:t>
            </w:r>
          </w:p>
          <w:p w14:paraId="6CE5652B" w14:textId="77777777" w:rsidR="00D06E85" w:rsidRPr="0004223B" w:rsidRDefault="00D06E85">
            <w:pPr>
              <w:keepNext/>
              <w:rPr>
                <w:rFonts w:asciiTheme="majorHAnsi" w:hAnsiTheme="majorHAnsi" w:cstheme="majorHAnsi"/>
                <w:lang w:val="fr-FR"/>
              </w:rPr>
            </w:pPr>
          </w:p>
        </w:tc>
        <w:tc>
          <w:tcPr>
            <w:tcW w:w="1606" w:type="dxa"/>
          </w:tcPr>
          <w:p w14:paraId="37671C9B" w14:textId="77777777" w:rsidR="00D06E85" w:rsidRPr="0004223B" w:rsidRDefault="00000000">
            <w:pPr>
              <w:keepNext/>
              <w:rPr>
                <w:rFonts w:asciiTheme="majorHAnsi" w:hAnsiTheme="majorHAnsi" w:cstheme="majorHAnsi"/>
              </w:rPr>
            </w:pPr>
            <w:r w:rsidRPr="0004223B">
              <w:rPr>
                <w:rFonts w:asciiTheme="majorHAnsi" w:hAnsiTheme="majorHAnsi" w:cstheme="majorHAnsi"/>
                <w:b/>
                <w:color w:val="0D5F78"/>
              </w:rPr>
              <w:t>Data împlinirii termenului</w:t>
            </w:r>
          </w:p>
          <w:p w14:paraId="09C13510" w14:textId="77777777" w:rsidR="00D06E85" w:rsidRPr="0004223B" w:rsidRDefault="00D06E85">
            <w:pPr>
              <w:keepNext/>
              <w:rPr>
                <w:rFonts w:asciiTheme="majorHAnsi" w:hAnsiTheme="majorHAnsi" w:cstheme="majorHAnsi"/>
              </w:rPr>
            </w:pPr>
          </w:p>
        </w:tc>
      </w:tr>
      <w:tr w:rsidR="00D06E85" w:rsidRPr="0004223B" w14:paraId="48A100DF" w14:textId="77777777">
        <w:trPr>
          <w:cantSplit/>
          <w:trHeight w:val="510"/>
        </w:trPr>
        <w:tc>
          <w:tcPr>
            <w:tcW w:w="803" w:type="dxa"/>
          </w:tcPr>
          <w:p w14:paraId="0490C0E5" w14:textId="77777777" w:rsidR="00D06E85" w:rsidRPr="0004223B" w:rsidRDefault="00D06E85">
            <w:pPr>
              <w:keepNext/>
              <w:rPr>
                <w:rFonts w:asciiTheme="majorHAnsi" w:hAnsiTheme="majorHAnsi" w:cstheme="majorHAnsi"/>
              </w:rPr>
            </w:pPr>
          </w:p>
          <w:p w14:paraId="4044CE55" w14:textId="77777777" w:rsidR="00D06E85" w:rsidRPr="0004223B" w:rsidRDefault="00000000">
            <w:pPr>
              <w:keepNext/>
              <w:rPr>
                <w:rFonts w:asciiTheme="majorHAnsi" w:hAnsiTheme="majorHAnsi" w:cstheme="majorHAnsi"/>
              </w:rPr>
            </w:pPr>
            <w:r w:rsidRPr="0004223B">
              <w:rPr>
                <w:rFonts w:asciiTheme="majorHAnsi" w:hAnsiTheme="majorHAnsi" w:cstheme="majorHAnsi"/>
                <w:sz w:val="18"/>
              </w:rPr>
              <w:t>1</w:t>
            </w:r>
          </w:p>
        </w:tc>
        <w:tc>
          <w:tcPr>
            <w:tcW w:w="1606" w:type="dxa"/>
          </w:tcPr>
          <w:p w14:paraId="2AAC751D" w14:textId="77777777" w:rsidR="00D06E85" w:rsidRPr="0004223B" w:rsidRDefault="00D06E85">
            <w:pPr>
              <w:keepNext/>
              <w:rPr>
                <w:rFonts w:asciiTheme="majorHAnsi" w:hAnsiTheme="majorHAnsi" w:cstheme="majorHAnsi"/>
              </w:rPr>
            </w:pPr>
          </w:p>
        </w:tc>
        <w:tc>
          <w:tcPr>
            <w:tcW w:w="2409" w:type="dxa"/>
          </w:tcPr>
          <w:p w14:paraId="35159208" w14:textId="77777777" w:rsidR="00D06E85" w:rsidRPr="0004223B" w:rsidRDefault="00D06E85">
            <w:pPr>
              <w:keepNext/>
              <w:rPr>
                <w:rFonts w:asciiTheme="majorHAnsi" w:hAnsiTheme="majorHAnsi" w:cstheme="majorHAnsi"/>
              </w:rPr>
            </w:pPr>
          </w:p>
        </w:tc>
        <w:tc>
          <w:tcPr>
            <w:tcW w:w="1606" w:type="dxa"/>
          </w:tcPr>
          <w:p w14:paraId="1790151A" w14:textId="77777777" w:rsidR="00D06E85" w:rsidRPr="0004223B" w:rsidRDefault="00D06E85">
            <w:pPr>
              <w:keepNext/>
              <w:rPr>
                <w:rFonts w:asciiTheme="majorHAnsi" w:hAnsiTheme="majorHAnsi" w:cstheme="majorHAnsi"/>
              </w:rPr>
            </w:pPr>
          </w:p>
        </w:tc>
        <w:tc>
          <w:tcPr>
            <w:tcW w:w="1606" w:type="dxa"/>
          </w:tcPr>
          <w:p w14:paraId="0D8631E8" w14:textId="77777777" w:rsidR="00D06E85" w:rsidRPr="0004223B" w:rsidRDefault="00D06E85">
            <w:pPr>
              <w:keepNext/>
              <w:rPr>
                <w:rFonts w:asciiTheme="majorHAnsi" w:hAnsiTheme="majorHAnsi" w:cstheme="majorHAnsi"/>
              </w:rPr>
            </w:pPr>
          </w:p>
        </w:tc>
        <w:tc>
          <w:tcPr>
            <w:tcW w:w="1606" w:type="dxa"/>
          </w:tcPr>
          <w:p w14:paraId="7035523E" w14:textId="77777777" w:rsidR="00D06E85" w:rsidRPr="0004223B" w:rsidRDefault="00D06E85">
            <w:pPr>
              <w:keepNext/>
              <w:rPr>
                <w:rFonts w:asciiTheme="majorHAnsi" w:hAnsiTheme="majorHAnsi" w:cstheme="majorHAnsi"/>
              </w:rPr>
            </w:pPr>
          </w:p>
        </w:tc>
      </w:tr>
      <w:tr w:rsidR="00D06E85" w:rsidRPr="0004223B" w14:paraId="1D7536D3" w14:textId="77777777">
        <w:trPr>
          <w:cantSplit/>
          <w:trHeight w:val="510"/>
        </w:trPr>
        <w:tc>
          <w:tcPr>
            <w:tcW w:w="803" w:type="dxa"/>
          </w:tcPr>
          <w:p w14:paraId="63AB37A9" w14:textId="77777777" w:rsidR="00D06E85" w:rsidRPr="0004223B" w:rsidRDefault="00D06E85">
            <w:pPr>
              <w:keepNext/>
              <w:rPr>
                <w:rFonts w:asciiTheme="majorHAnsi" w:hAnsiTheme="majorHAnsi" w:cstheme="majorHAnsi"/>
              </w:rPr>
            </w:pPr>
          </w:p>
          <w:p w14:paraId="3A8347A1" w14:textId="77777777" w:rsidR="00D06E85" w:rsidRPr="0004223B" w:rsidRDefault="00000000">
            <w:pPr>
              <w:keepNext/>
              <w:rPr>
                <w:rFonts w:asciiTheme="majorHAnsi" w:hAnsiTheme="majorHAnsi" w:cstheme="majorHAnsi"/>
              </w:rPr>
            </w:pPr>
            <w:r w:rsidRPr="0004223B">
              <w:rPr>
                <w:rFonts w:asciiTheme="majorHAnsi" w:hAnsiTheme="majorHAnsi" w:cstheme="majorHAnsi"/>
                <w:sz w:val="18"/>
              </w:rPr>
              <w:t>2</w:t>
            </w:r>
          </w:p>
        </w:tc>
        <w:tc>
          <w:tcPr>
            <w:tcW w:w="1606" w:type="dxa"/>
          </w:tcPr>
          <w:p w14:paraId="595FC148" w14:textId="77777777" w:rsidR="00D06E85" w:rsidRPr="0004223B" w:rsidRDefault="00D06E85">
            <w:pPr>
              <w:keepNext/>
              <w:rPr>
                <w:rFonts w:asciiTheme="majorHAnsi" w:hAnsiTheme="majorHAnsi" w:cstheme="majorHAnsi"/>
              </w:rPr>
            </w:pPr>
          </w:p>
        </w:tc>
        <w:tc>
          <w:tcPr>
            <w:tcW w:w="2409" w:type="dxa"/>
          </w:tcPr>
          <w:p w14:paraId="4986C02C" w14:textId="77777777" w:rsidR="00D06E85" w:rsidRPr="0004223B" w:rsidRDefault="00D06E85">
            <w:pPr>
              <w:keepNext/>
              <w:rPr>
                <w:rFonts w:asciiTheme="majorHAnsi" w:hAnsiTheme="majorHAnsi" w:cstheme="majorHAnsi"/>
              </w:rPr>
            </w:pPr>
          </w:p>
        </w:tc>
        <w:tc>
          <w:tcPr>
            <w:tcW w:w="1606" w:type="dxa"/>
          </w:tcPr>
          <w:p w14:paraId="518729BB" w14:textId="77777777" w:rsidR="00D06E85" w:rsidRPr="0004223B" w:rsidRDefault="00D06E85">
            <w:pPr>
              <w:keepNext/>
              <w:rPr>
                <w:rFonts w:asciiTheme="majorHAnsi" w:hAnsiTheme="majorHAnsi" w:cstheme="majorHAnsi"/>
              </w:rPr>
            </w:pPr>
          </w:p>
        </w:tc>
        <w:tc>
          <w:tcPr>
            <w:tcW w:w="1606" w:type="dxa"/>
          </w:tcPr>
          <w:p w14:paraId="4958CB4B" w14:textId="77777777" w:rsidR="00D06E85" w:rsidRPr="0004223B" w:rsidRDefault="00D06E85">
            <w:pPr>
              <w:keepNext/>
              <w:rPr>
                <w:rFonts w:asciiTheme="majorHAnsi" w:hAnsiTheme="majorHAnsi" w:cstheme="majorHAnsi"/>
              </w:rPr>
            </w:pPr>
          </w:p>
        </w:tc>
        <w:tc>
          <w:tcPr>
            <w:tcW w:w="1606" w:type="dxa"/>
          </w:tcPr>
          <w:p w14:paraId="6E7BC659" w14:textId="77777777" w:rsidR="00D06E85" w:rsidRPr="0004223B" w:rsidRDefault="00D06E85">
            <w:pPr>
              <w:keepNext/>
              <w:rPr>
                <w:rFonts w:asciiTheme="majorHAnsi" w:hAnsiTheme="majorHAnsi" w:cstheme="majorHAnsi"/>
              </w:rPr>
            </w:pPr>
          </w:p>
        </w:tc>
      </w:tr>
      <w:tr w:rsidR="00D06E85" w:rsidRPr="0004223B" w14:paraId="66D73194" w14:textId="77777777">
        <w:trPr>
          <w:cantSplit/>
          <w:trHeight w:val="510"/>
        </w:trPr>
        <w:tc>
          <w:tcPr>
            <w:tcW w:w="803" w:type="dxa"/>
          </w:tcPr>
          <w:p w14:paraId="34C5051C" w14:textId="77777777" w:rsidR="00D06E85" w:rsidRPr="0004223B" w:rsidRDefault="00D06E85">
            <w:pPr>
              <w:keepNext/>
              <w:rPr>
                <w:rFonts w:asciiTheme="majorHAnsi" w:hAnsiTheme="majorHAnsi" w:cstheme="majorHAnsi"/>
              </w:rPr>
            </w:pPr>
          </w:p>
          <w:p w14:paraId="0561CF74" w14:textId="77777777" w:rsidR="00D06E85" w:rsidRPr="0004223B" w:rsidRDefault="00000000">
            <w:pPr>
              <w:keepNext/>
              <w:rPr>
                <w:rFonts w:asciiTheme="majorHAnsi" w:hAnsiTheme="majorHAnsi" w:cstheme="majorHAnsi"/>
              </w:rPr>
            </w:pPr>
            <w:r w:rsidRPr="0004223B">
              <w:rPr>
                <w:rFonts w:asciiTheme="majorHAnsi" w:hAnsiTheme="majorHAnsi" w:cstheme="majorHAnsi"/>
                <w:sz w:val="18"/>
              </w:rPr>
              <w:t>3</w:t>
            </w:r>
          </w:p>
        </w:tc>
        <w:tc>
          <w:tcPr>
            <w:tcW w:w="1606" w:type="dxa"/>
          </w:tcPr>
          <w:p w14:paraId="1460452C" w14:textId="77777777" w:rsidR="00D06E85" w:rsidRPr="0004223B" w:rsidRDefault="00D06E85">
            <w:pPr>
              <w:keepNext/>
              <w:rPr>
                <w:rFonts w:asciiTheme="majorHAnsi" w:hAnsiTheme="majorHAnsi" w:cstheme="majorHAnsi"/>
              </w:rPr>
            </w:pPr>
          </w:p>
        </w:tc>
        <w:tc>
          <w:tcPr>
            <w:tcW w:w="2409" w:type="dxa"/>
          </w:tcPr>
          <w:p w14:paraId="4C4A6D05" w14:textId="77777777" w:rsidR="00D06E85" w:rsidRPr="0004223B" w:rsidRDefault="00D06E85">
            <w:pPr>
              <w:keepNext/>
              <w:rPr>
                <w:rFonts w:asciiTheme="majorHAnsi" w:hAnsiTheme="majorHAnsi" w:cstheme="majorHAnsi"/>
              </w:rPr>
            </w:pPr>
          </w:p>
        </w:tc>
        <w:tc>
          <w:tcPr>
            <w:tcW w:w="1606" w:type="dxa"/>
          </w:tcPr>
          <w:p w14:paraId="5E452FF5" w14:textId="77777777" w:rsidR="00D06E85" w:rsidRPr="0004223B" w:rsidRDefault="00D06E85">
            <w:pPr>
              <w:keepNext/>
              <w:rPr>
                <w:rFonts w:asciiTheme="majorHAnsi" w:hAnsiTheme="majorHAnsi" w:cstheme="majorHAnsi"/>
              </w:rPr>
            </w:pPr>
          </w:p>
        </w:tc>
        <w:tc>
          <w:tcPr>
            <w:tcW w:w="1606" w:type="dxa"/>
          </w:tcPr>
          <w:p w14:paraId="1F4DAD5C" w14:textId="77777777" w:rsidR="00D06E85" w:rsidRPr="0004223B" w:rsidRDefault="00D06E85">
            <w:pPr>
              <w:keepNext/>
              <w:rPr>
                <w:rFonts w:asciiTheme="majorHAnsi" w:hAnsiTheme="majorHAnsi" w:cstheme="majorHAnsi"/>
              </w:rPr>
            </w:pPr>
          </w:p>
        </w:tc>
        <w:tc>
          <w:tcPr>
            <w:tcW w:w="1606" w:type="dxa"/>
          </w:tcPr>
          <w:p w14:paraId="020076B8" w14:textId="77777777" w:rsidR="00D06E85" w:rsidRPr="0004223B" w:rsidRDefault="00D06E85">
            <w:pPr>
              <w:keepNext/>
              <w:rPr>
                <w:rFonts w:asciiTheme="majorHAnsi" w:hAnsiTheme="majorHAnsi" w:cstheme="majorHAnsi"/>
              </w:rPr>
            </w:pPr>
          </w:p>
        </w:tc>
      </w:tr>
      <w:tr w:rsidR="00D06E85" w:rsidRPr="0004223B" w14:paraId="25E96DD5" w14:textId="77777777">
        <w:trPr>
          <w:cantSplit/>
          <w:trHeight w:val="510"/>
        </w:trPr>
        <w:tc>
          <w:tcPr>
            <w:tcW w:w="803" w:type="dxa"/>
          </w:tcPr>
          <w:p w14:paraId="6895F892" w14:textId="77777777" w:rsidR="00D06E85" w:rsidRPr="0004223B" w:rsidRDefault="00D06E85">
            <w:pPr>
              <w:rPr>
                <w:rFonts w:asciiTheme="majorHAnsi" w:hAnsiTheme="majorHAnsi" w:cstheme="majorHAnsi"/>
              </w:rPr>
            </w:pPr>
          </w:p>
          <w:p w14:paraId="5C6DE8E8" w14:textId="77777777" w:rsidR="00D06E85" w:rsidRPr="0004223B" w:rsidRDefault="00000000">
            <w:pPr>
              <w:rPr>
                <w:rFonts w:asciiTheme="majorHAnsi" w:hAnsiTheme="majorHAnsi" w:cstheme="majorHAnsi"/>
              </w:rPr>
            </w:pPr>
            <w:r w:rsidRPr="0004223B">
              <w:rPr>
                <w:rFonts w:asciiTheme="majorHAnsi" w:hAnsiTheme="majorHAnsi" w:cstheme="majorHAnsi"/>
                <w:sz w:val="18"/>
              </w:rPr>
              <w:t>4</w:t>
            </w:r>
          </w:p>
        </w:tc>
        <w:tc>
          <w:tcPr>
            <w:tcW w:w="1606" w:type="dxa"/>
          </w:tcPr>
          <w:p w14:paraId="7F8CED62" w14:textId="77777777" w:rsidR="00D06E85" w:rsidRPr="0004223B" w:rsidRDefault="00D06E85">
            <w:pPr>
              <w:rPr>
                <w:rFonts w:asciiTheme="majorHAnsi" w:hAnsiTheme="majorHAnsi" w:cstheme="majorHAnsi"/>
              </w:rPr>
            </w:pPr>
          </w:p>
        </w:tc>
        <w:tc>
          <w:tcPr>
            <w:tcW w:w="2409" w:type="dxa"/>
          </w:tcPr>
          <w:p w14:paraId="5C7BD863" w14:textId="77777777" w:rsidR="00D06E85" w:rsidRPr="0004223B" w:rsidRDefault="00D06E85">
            <w:pPr>
              <w:rPr>
                <w:rFonts w:asciiTheme="majorHAnsi" w:hAnsiTheme="majorHAnsi" w:cstheme="majorHAnsi"/>
              </w:rPr>
            </w:pPr>
          </w:p>
        </w:tc>
        <w:tc>
          <w:tcPr>
            <w:tcW w:w="1606" w:type="dxa"/>
          </w:tcPr>
          <w:p w14:paraId="16293DB0" w14:textId="77777777" w:rsidR="00D06E85" w:rsidRPr="0004223B" w:rsidRDefault="00D06E85">
            <w:pPr>
              <w:rPr>
                <w:rFonts w:asciiTheme="majorHAnsi" w:hAnsiTheme="majorHAnsi" w:cstheme="majorHAnsi"/>
              </w:rPr>
            </w:pPr>
          </w:p>
        </w:tc>
        <w:tc>
          <w:tcPr>
            <w:tcW w:w="1606" w:type="dxa"/>
          </w:tcPr>
          <w:p w14:paraId="473035BF" w14:textId="77777777" w:rsidR="00D06E85" w:rsidRPr="0004223B" w:rsidRDefault="00D06E85">
            <w:pPr>
              <w:rPr>
                <w:rFonts w:asciiTheme="majorHAnsi" w:hAnsiTheme="majorHAnsi" w:cstheme="majorHAnsi"/>
              </w:rPr>
            </w:pPr>
          </w:p>
        </w:tc>
        <w:tc>
          <w:tcPr>
            <w:tcW w:w="1606" w:type="dxa"/>
          </w:tcPr>
          <w:p w14:paraId="1F8AABB1" w14:textId="77777777" w:rsidR="00D06E85" w:rsidRPr="0004223B" w:rsidRDefault="00D06E85">
            <w:pPr>
              <w:rPr>
                <w:rFonts w:asciiTheme="majorHAnsi" w:hAnsiTheme="majorHAnsi" w:cstheme="majorHAnsi"/>
              </w:rPr>
            </w:pPr>
          </w:p>
        </w:tc>
      </w:tr>
    </w:tbl>
    <w:p w14:paraId="072757A1" w14:textId="77777777" w:rsidR="00D06E85" w:rsidRPr="0004223B" w:rsidRDefault="00D06E85">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rsidRPr="0004223B" w14:paraId="7FE07876" w14:textId="77777777">
        <w:trPr>
          <w:cantSplit/>
        </w:trPr>
        <w:tc>
          <w:tcPr>
            <w:tcW w:w="9636" w:type="dxa"/>
            <w:shd w:val="clear" w:color="auto" w:fill="F4F4F4"/>
          </w:tcPr>
          <w:p w14:paraId="0B596766" w14:textId="77777777" w:rsidR="00D06E85" w:rsidRPr="0004223B" w:rsidRDefault="00000000">
            <w:pPr>
              <w:keepNext/>
              <w:rPr>
                <w:rFonts w:asciiTheme="majorHAnsi" w:hAnsiTheme="majorHAnsi" w:cstheme="majorHAnsi"/>
              </w:rPr>
            </w:pPr>
            <w:r w:rsidRPr="0004223B">
              <w:rPr>
                <w:rFonts w:asciiTheme="majorHAnsi" w:hAnsiTheme="majorHAnsi" w:cstheme="majorHAnsi"/>
                <w:b/>
                <w:sz w:val="16"/>
              </w:rPr>
              <w:t xml:space="preserve"> 5. </w:t>
            </w:r>
            <w:r w:rsidRPr="0004223B">
              <w:rPr>
                <w:rFonts w:asciiTheme="majorHAnsi" w:hAnsiTheme="majorHAnsi" w:cstheme="majorHAnsi"/>
                <w:b/>
                <w:color w:val="000000"/>
                <w:sz w:val="18"/>
              </w:rPr>
              <w:t>ASUMAREA RĂSPUNDERII ȘI CONSIMȚĂMÂNTUL</w:t>
            </w:r>
          </w:p>
        </w:tc>
      </w:tr>
      <w:tr w:rsidR="00D06E85" w:rsidRPr="0004223B" w14:paraId="2A16B9F2" w14:textId="77777777">
        <w:trPr>
          <w:cantSplit/>
        </w:trPr>
        <w:tc>
          <w:tcPr>
            <w:tcW w:w="9636" w:type="dxa"/>
          </w:tcPr>
          <w:p w14:paraId="617A40D9" w14:textId="77777777" w:rsidR="00D06E85" w:rsidRPr="0004223B" w:rsidRDefault="00000000">
            <w:pPr>
              <w:keepNext/>
              <w:spacing w:line="228" w:lineRule="auto"/>
              <w:rPr>
                <w:rFonts w:asciiTheme="majorHAnsi" w:hAnsiTheme="majorHAnsi" w:cstheme="majorHAnsi"/>
              </w:rPr>
            </w:pPr>
            <w:r w:rsidRPr="0004223B">
              <w:rPr>
                <w:rFonts w:asciiTheme="majorHAnsi" w:hAnsiTheme="majorHAnsi" w:cstheme="majorHAnsi"/>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rsidRPr="0004223B" w14:paraId="1F2EAE20" w14:textId="77777777">
        <w:trPr>
          <w:cantSplit/>
        </w:trPr>
        <w:tc>
          <w:tcPr>
            <w:tcW w:w="9636" w:type="dxa"/>
            <w:shd w:val="clear" w:color="auto" w:fill="F4F4F4"/>
          </w:tcPr>
          <w:p w14:paraId="44E84F15" w14:textId="77777777" w:rsidR="00D06E85" w:rsidRPr="0004223B" w:rsidRDefault="00000000">
            <w:pPr>
              <w:keepNext/>
              <w:spacing w:line="228" w:lineRule="auto"/>
              <w:rPr>
                <w:rFonts w:asciiTheme="majorHAnsi" w:hAnsiTheme="majorHAnsi" w:cstheme="majorHAnsi"/>
              </w:rPr>
            </w:pPr>
            <w:r w:rsidRPr="0004223B">
              <w:rPr>
                <w:rFonts w:asciiTheme="majorHAnsi" w:hAnsiTheme="majorHAnsi" w:cstheme="majorHAnsi"/>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rsidRPr="0004223B" w14:paraId="4ED5476F" w14:textId="77777777">
        <w:trPr>
          <w:cantSplit/>
        </w:trPr>
        <w:tc>
          <w:tcPr>
            <w:tcW w:w="9636" w:type="dxa"/>
          </w:tcPr>
          <w:p w14:paraId="5CDABEC4" w14:textId="77777777" w:rsidR="00D06E85" w:rsidRPr="0004223B" w:rsidRDefault="00000000">
            <w:pPr>
              <w:spacing w:line="228" w:lineRule="auto"/>
              <w:rPr>
                <w:rFonts w:asciiTheme="majorHAnsi" w:hAnsiTheme="majorHAnsi" w:cstheme="majorHAnsi"/>
              </w:rPr>
            </w:pPr>
            <w:r w:rsidRPr="0004223B">
              <w:rPr>
                <w:rFonts w:asciiTheme="majorHAnsi" w:hAnsiTheme="majorHAnsi" w:cstheme="majorHAnsi"/>
                <w:i/>
                <w:sz w:val="17"/>
              </w:rPr>
              <w:t>Am înțeles această declarație de consimțământ și sunt de acord cu prelucrarea datelor mele cu caracter personal.</w:t>
            </w:r>
          </w:p>
        </w:tc>
      </w:tr>
    </w:tbl>
    <w:p w14:paraId="67224C2E" w14:textId="77777777" w:rsidR="00D06E85" w:rsidRPr="0004223B" w:rsidRDefault="00D06E85">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rsidRPr="0004223B" w14:paraId="650C2586" w14:textId="77777777">
        <w:trPr>
          <w:cantSplit/>
        </w:trPr>
        <w:tc>
          <w:tcPr>
            <w:tcW w:w="9636" w:type="dxa"/>
            <w:gridSpan w:val="3"/>
            <w:shd w:val="clear" w:color="auto" w:fill="F4F4F4"/>
          </w:tcPr>
          <w:p w14:paraId="29D17F44" w14:textId="77777777" w:rsidR="00D06E85" w:rsidRPr="0004223B" w:rsidRDefault="00000000">
            <w:pPr>
              <w:keepNext/>
              <w:rPr>
                <w:rFonts w:asciiTheme="majorHAnsi" w:hAnsiTheme="majorHAnsi" w:cstheme="majorHAnsi"/>
              </w:rPr>
            </w:pPr>
            <w:r w:rsidRPr="0004223B">
              <w:rPr>
                <w:rFonts w:asciiTheme="majorHAnsi" w:hAnsiTheme="majorHAnsi" w:cstheme="majorHAnsi"/>
                <w:b/>
                <w:sz w:val="16"/>
              </w:rPr>
              <w:t xml:space="preserve"> 6. </w:t>
            </w:r>
            <w:r w:rsidRPr="0004223B">
              <w:rPr>
                <w:rFonts w:asciiTheme="majorHAnsi" w:hAnsiTheme="majorHAnsi" w:cstheme="majorHAnsi"/>
                <w:b/>
                <w:color w:val="000000"/>
                <w:sz w:val="18"/>
              </w:rPr>
              <w:t>DATA ȘI SEMNĂTURA</w:t>
            </w:r>
          </w:p>
        </w:tc>
      </w:tr>
      <w:tr w:rsidR="00D06E85" w:rsidRPr="0004223B" w14:paraId="0EF0880A" w14:textId="77777777">
        <w:trPr>
          <w:cantSplit/>
          <w:trHeight w:val="510"/>
        </w:trPr>
        <w:tc>
          <w:tcPr>
            <w:tcW w:w="1606" w:type="dxa"/>
          </w:tcPr>
          <w:p w14:paraId="1E086D02" w14:textId="77777777" w:rsidR="00D06E85" w:rsidRPr="0004223B" w:rsidRDefault="00000000">
            <w:pPr>
              <w:rPr>
                <w:rFonts w:asciiTheme="majorHAnsi" w:hAnsiTheme="majorHAnsi" w:cstheme="majorHAnsi"/>
              </w:rPr>
            </w:pPr>
            <w:r w:rsidRPr="0004223B">
              <w:rPr>
                <w:rFonts w:asciiTheme="majorHAnsi" w:hAnsiTheme="majorHAnsi" w:cstheme="majorHAnsi"/>
                <w:b/>
                <w:color w:val="0D5F78"/>
              </w:rPr>
              <w:t>Data</w:t>
            </w:r>
          </w:p>
          <w:p w14:paraId="444AABB6" w14:textId="77777777" w:rsidR="00D06E85" w:rsidRPr="0004223B" w:rsidRDefault="00D06E85">
            <w:pPr>
              <w:rPr>
                <w:rFonts w:asciiTheme="majorHAnsi" w:hAnsiTheme="majorHAnsi" w:cstheme="majorHAnsi"/>
              </w:rPr>
            </w:pPr>
          </w:p>
        </w:tc>
        <w:tc>
          <w:tcPr>
            <w:tcW w:w="4818" w:type="dxa"/>
          </w:tcPr>
          <w:p w14:paraId="7FAA319E" w14:textId="77777777" w:rsidR="00D06E85" w:rsidRPr="0004223B" w:rsidRDefault="00000000">
            <w:pPr>
              <w:rPr>
                <w:rFonts w:asciiTheme="majorHAnsi" w:hAnsiTheme="majorHAnsi" w:cstheme="majorHAnsi"/>
              </w:rPr>
            </w:pPr>
            <w:r w:rsidRPr="0004223B">
              <w:rPr>
                <w:rFonts w:asciiTheme="majorHAnsi" w:hAnsiTheme="majorHAnsi" w:cstheme="majorHAnsi"/>
                <w:b/>
                <w:color w:val="0D5F78"/>
              </w:rPr>
              <w:t>Beneficiarul / reprezentantul</w:t>
            </w:r>
          </w:p>
          <w:p w14:paraId="3F3E65B2" w14:textId="77777777" w:rsidR="00D06E85" w:rsidRPr="0004223B" w:rsidRDefault="00D06E85">
            <w:pPr>
              <w:rPr>
                <w:rFonts w:asciiTheme="majorHAnsi" w:hAnsiTheme="majorHAnsi" w:cstheme="majorHAnsi"/>
              </w:rPr>
            </w:pPr>
          </w:p>
        </w:tc>
        <w:tc>
          <w:tcPr>
            <w:tcW w:w="3212" w:type="dxa"/>
          </w:tcPr>
          <w:p w14:paraId="57D03BB3" w14:textId="77777777" w:rsidR="00D06E85" w:rsidRPr="0004223B" w:rsidRDefault="00000000">
            <w:pPr>
              <w:rPr>
                <w:rFonts w:asciiTheme="majorHAnsi" w:hAnsiTheme="majorHAnsi" w:cstheme="majorHAnsi"/>
              </w:rPr>
            </w:pPr>
            <w:r w:rsidRPr="0004223B">
              <w:rPr>
                <w:rFonts w:asciiTheme="majorHAnsi" w:hAnsiTheme="majorHAnsi" w:cstheme="majorHAnsi"/>
                <w:b/>
                <w:color w:val="0D5F78"/>
              </w:rPr>
              <w:t>Semnătura</w:t>
            </w:r>
          </w:p>
          <w:p w14:paraId="6A8F1A4A" w14:textId="77777777" w:rsidR="00D06E85" w:rsidRPr="0004223B" w:rsidRDefault="00D06E85">
            <w:pPr>
              <w:rPr>
                <w:rFonts w:asciiTheme="majorHAnsi" w:hAnsiTheme="majorHAnsi" w:cstheme="majorHAnsi"/>
              </w:rPr>
            </w:pPr>
          </w:p>
        </w:tc>
      </w:tr>
    </w:tbl>
    <w:p w14:paraId="3C9FA47A" w14:textId="77777777" w:rsidR="00D06E85" w:rsidRPr="0004223B" w:rsidRDefault="00D06E85">
      <w:pPr>
        <w:spacing w:line="168" w:lineRule="auto"/>
        <w:rPr>
          <w:rFonts w:asciiTheme="majorHAnsi" w:hAnsiTheme="majorHAnsi" w:cstheme="majorHAnsi"/>
        </w:rPr>
      </w:pPr>
    </w:p>
    <w:sectPr w:rsidR="00D06E85" w:rsidRPr="0004223B"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FF22C" w14:textId="77777777" w:rsidR="0011693B" w:rsidRDefault="0011693B">
      <w:r>
        <w:separator/>
      </w:r>
    </w:p>
  </w:endnote>
  <w:endnote w:type="continuationSeparator" w:id="0">
    <w:p w14:paraId="09AFB87C" w14:textId="77777777" w:rsidR="0011693B" w:rsidRDefault="00116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Pr="0004223B" w:rsidRDefault="00000000">
    <w:pPr>
      <w:pStyle w:val="Footer"/>
      <w:tabs>
        <w:tab w:val="right" w:pos="9639"/>
      </w:tabs>
      <w:rPr>
        <w:rFonts w:asciiTheme="majorHAnsi" w:hAnsiTheme="majorHAnsi" w:cstheme="majorHAnsi"/>
        <w:sz w:val="14"/>
        <w:szCs w:val="14"/>
      </w:rPr>
    </w:pPr>
    <w:r w:rsidRPr="0004223B">
      <w:rPr>
        <w:rFonts w:asciiTheme="majorHAnsi" w:hAnsiTheme="majorHAnsi" w:cstheme="majorHAnsi"/>
        <w:color w:val="595959"/>
        <w:sz w:val="14"/>
        <w:szCs w:val="14"/>
      </w:rPr>
      <w:t>F_A_03 · versiunea 1.0</w:t>
    </w:r>
    <w:r w:rsidRPr="0004223B">
      <w:rPr>
        <w:rFonts w:asciiTheme="majorHAnsi" w:hAnsiTheme="majorHAnsi" w:cstheme="majorHAnsi"/>
        <w:color w:val="595959"/>
        <w:sz w:val="14"/>
        <w:szCs w:val="14"/>
      </w:rPr>
      <w:tab/>
      <w:t xml:space="preserve">pagina </w:t>
    </w:r>
    <w:r w:rsidRPr="0004223B">
      <w:rPr>
        <w:rFonts w:asciiTheme="majorHAnsi" w:hAnsiTheme="majorHAnsi" w:cstheme="majorHAnsi"/>
        <w:color w:val="595959"/>
        <w:sz w:val="14"/>
        <w:szCs w:val="14"/>
      </w:rPr>
      <w:fldChar w:fldCharType="begin"/>
    </w:r>
    <w:r w:rsidRPr="0004223B">
      <w:rPr>
        <w:rFonts w:asciiTheme="majorHAnsi" w:hAnsiTheme="majorHAnsi" w:cstheme="majorHAnsi"/>
        <w:color w:val="595959"/>
        <w:sz w:val="14"/>
        <w:szCs w:val="14"/>
      </w:rPr>
      <w:instrText xml:space="preserve"> PAGE </w:instrText>
    </w:r>
    <w:r w:rsidRPr="0004223B">
      <w:rPr>
        <w:rFonts w:asciiTheme="majorHAnsi" w:hAnsiTheme="majorHAnsi" w:cstheme="majorHAnsi"/>
        <w:color w:val="595959"/>
        <w:sz w:val="14"/>
        <w:szCs w:val="14"/>
      </w:rPr>
      <w:fldChar w:fldCharType="separate"/>
    </w:r>
    <w:r w:rsidR="00F146C8" w:rsidRPr="0004223B">
      <w:rPr>
        <w:rFonts w:asciiTheme="majorHAnsi" w:hAnsiTheme="majorHAnsi" w:cstheme="majorHAnsi"/>
        <w:noProof/>
        <w:color w:val="595959"/>
        <w:sz w:val="14"/>
        <w:szCs w:val="14"/>
      </w:rPr>
      <w:t>1</w:t>
    </w:r>
    <w:r w:rsidRPr="0004223B">
      <w:rPr>
        <w:rFonts w:asciiTheme="majorHAnsi" w:hAnsiTheme="majorHAnsi" w:cstheme="majorHAnsi"/>
        <w:color w:val="595959"/>
        <w:sz w:val="14"/>
        <w:szCs w:val="14"/>
      </w:rPr>
      <w:fldChar w:fldCharType="end"/>
    </w:r>
    <w:r w:rsidRPr="0004223B">
      <w:rPr>
        <w:rFonts w:asciiTheme="majorHAnsi" w:hAnsiTheme="majorHAnsi" w:cstheme="majorHAnsi"/>
        <w:color w:val="595959"/>
        <w:sz w:val="14"/>
        <w:szCs w:val="14"/>
      </w:rPr>
      <w:t xml:space="preserve"> din </w:t>
    </w:r>
    <w:r w:rsidRPr="0004223B">
      <w:rPr>
        <w:rFonts w:asciiTheme="majorHAnsi" w:hAnsiTheme="majorHAnsi" w:cstheme="majorHAnsi"/>
        <w:color w:val="595959"/>
        <w:sz w:val="14"/>
        <w:szCs w:val="14"/>
      </w:rPr>
      <w:fldChar w:fldCharType="begin"/>
    </w:r>
    <w:r w:rsidRPr="0004223B">
      <w:rPr>
        <w:rFonts w:asciiTheme="majorHAnsi" w:hAnsiTheme="majorHAnsi" w:cstheme="majorHAnsi"/>
        <w:color w:val="595959"/>
        <w:sz w:val="14"/>
        <w:szCs w:val="14"/>
      </w:rPr>
      <w:instrText xml:space="preserve"> NUMPAGES </w:instrText>
    </w:r>
    <w:r w:rsidRPr="0004223B">
      <w:rPr>
        <w:rFonts w:asciiTheme="majorHAnsi" w:hAnsiTheme="majorHAnsi" w:cstheme="majorHAnsi"/>
        <w:color w:val="595959"/>
        <w:sz w:val="14"/>
        <w:szCs w:val="14"/>
      </w:rPr>
      <w:fldChar w:fldCharType="separate"/>
    </w:r>
    <w:r w:rsidR="00F146C8" w:rsidRPr="0004223B">
      <w:rPr>
        <w:rFonts w:asciiTheme="majorHAnsi" w:hAnsiTheme="majorHAnsi" w:cstheme="majorHAnsi"/>
        <w:noProof/>
        <w:color w:val="595959"/>
        <w:sz w:val="14"/>
        <w:szCs w:val="14"/>
      </w:rPr>
      <w:t>2</w:t>
    </w:r>
    <w:r w:rsidRPr="0004223B">
      <w:rPr>
        <w:rFonts w:asciiTheme="majorHAnsi" w:hAnsiTheme="majorHAnsi" w:cstheme="majorHAnsi"/>
        <w:color w:val="59595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270CB" w14:textId="77777777" w:rsidR="0011693B" w:rsidRDefault="0011693B">
      <w:r>
        <w:separator/>
      </w:r>
    </w:p>
  </w:footnote>
  <w:footnote w:type="continuationSeparator" w:id="0">
    <w:p w14:paraId="04070AD7" w14:textId="77777777" w:rsidR="0011693B" w:rsidRDefault="001169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23B"/>
    <w:rsid w:val="0006063C"/>
    <w:rsid w:val="000650DC"/>
    <w:rsid w:val="000B458E"/>
    <w:rsid w:val="0011693B"/>
    <w:rsid w:val="001268FF"/>
    <w:rsid w:val="0015074B"/>
    <w:rsid w:val="001B3226"/>
    <w:rsid w:val="0029639D"/>
    <w:rsid w:val="002F5ECD"/>
    <w:rsid w:val="00326F90"/>
    <w:rsid w:val="003C52EE"/>
    <w:rsid w:val="00424DBA"/>
    <w:rsid w:val="00481D20"/>
    <w:rsid w:val="005D3A41"/>
    <w:rsid w:val="006C103E"/>
    <w:rsid w:val="007C07B9"/>
    <w:rsid w:val="008B6014"/>
    <w:rsid w:val="00A3333E"/>
    <w:rsid w:val="00A927A2"/>
    <w:rsid w:val="00AA1D8D"/>
    <w:rsid w:val="00AC4FEE"/>
    <w:rsid w:val="00AE28A6"/>
    <w:rsid w:val="00B23FEC"/>
    <w:rsid w:val="00B47730"/>
    <w:rsid w:val="00B65A79"/>
    <w:rsid w:val="00CB0664"/>
    <w:rsid w:val="00CB65B2"/>
    <w:rsid w:val="00CF6EF6"/>
    <w:rsid w:val="00D06E85"/>
    <w:rsid w:val="00E606D8"/>
    <w:rsid w:val="00E61A6B"/>
    <w:rsid w:val="00E76F39"/>
    <w:rsid w:val="00F146C8"/>
    <w:rsid w:val="00F674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723</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Mirela VLADESCU</cp:lastModifiedBy>
  <cp:revision>12</cp:revision>
  <dcterms:created xsi:type="dcterms:W3CDTF">2013-12-23T23:15:00Z</dcterms:created>
  <dcterms:modified xsi:type="dcterms:W3CDTF">2026-10-16T06:23:00Z</dcterms:modified>
  <cp:category/>
</cp:coreProperties>
</file>