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2356"/>
        <w:gridCol w:w="2420"/>
        <w:gridCol w:w="3225"/>
      </w:tblGrid>
      <w:tr w:rsidR="00014754" w:rsidRPr="00832945" w14:paraId="3F7417D1" w14:textId="77777777" w:rsidTr="00832945">
        <w:trPr>
          <w:cantSplit/>
          <w:trHeight w:val="472"/>
        </w:trPr>
        <w:tc>
          <w:tcPr>
            <w:tcW w:w="1674" w:type="dxa"/>
            <w:vMerge w:val="restart"/>
            <w:vAlign w:val="center"/>
          </w:tcPr>
          <w:p w14:paraId="2FD623AD" w14:textId="4E1C9F15" w:rsidR="00014754" w:rsidRPr="00832945" w:rsidRDefault="00832945" w:rsidP="00CF3AF2">
            <w:pPr>
              <w:keepNext/>
              <w:jc w:val="center"/>
              <w:rPr>
                <w:rFonts w:asciiTheme="majorHAnsi" w:hAnsiTheme="majorHAnsi" w:cstheme="majorHAnsi"/>
                <w:i/>
                <w:color w:val="595959"/>
              </w:rPr>
            </w:pPr>
            <w:r w:rsidRPr="00832945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57728" behindDoc="0" locked="0" layoutInCell="1" allowOverlap="1" wp14:anchorId="2844A094" wp14:editId="25B5F3B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22860</wp:posOffset>
                  </wp:positionV>
                  <wp:extent cx="922020" cy="1089025"/>
                  <wp:effectExtent l="0" t="0" r="0" b="0"/>
                  <wp:wrapNone/>
                  <wp:docPr id="1069474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4754" w:rsidRPr="00832945">
              <w:rPr>
                <w:rFonts w:asciiTheme="majorHAnsi" w:hAnsiTheme="majorHAnsi" w:cstheme="majorHAnsi"/>
                <w:noProof/>
                <w:lang w:val="ro-RO"/>
              </w:rPr>
              <w:t xml:space="preserve"> </w:t>
            </w:r>
          </w:p>
          <w:p w14:paraId="45238089" w14:textId="77777777" w:rsidR="00014754" w:rsidRPr="00832945" w:rsidRDefault="00014754" w:rsidP="00CF3AF2">
            <w:pPr>
              <w:keepNext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001" w:type="dxa"/>
            <w:gridSpan w:val="3"/>
            <w:shd w:val="clear" w:color="auto" w:fill="F0F0F0"/>
          </w:tcPr>
          <w:p w14:paraId="7E06D5B1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sz w:val="20"/>
                <w:szCs w:val="20"/>
              </w:rPr>
              <w:t>Județul</w:t>
            </w:r>
            <w:proofErr w:type="spellEnd"/>
            <w:r w:rsidRPr="008329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sz w:val="20"/>
                <w:szCs w:val="20"/>
              </w:rPr>
              <w:t>Argeș</w:t>
            </w:r>
            <w:proofErr w:type="spellEnd"/>
          </w:p>
          <w:p w14:paraId="6740E3E8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  <w:r w:rsidRPr="008329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014754" w:rsidRPr="00832945" w14:paraId="2C974F4B" w14:textId="77777777" w:rsidTr="00832945">
        <w:trPr>
          <w:cantSplit/>
          <w:trHeight w:val="472"/>
        </w:trPr>
        <w:tc>
          <w:tcPr>
            <w:tcW w:w="1674" w:type="dxa"/>
            <w:vMerge/>
          </w:tcPr>
          <w:p w14:paraId="63C29347" w14:textId="77777777" w:rsidR="00014754" w:rsidRPr="00832945" w:rsidRDefault="00014754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001" w:type="dxa"/>
            <w:gridSpan w:val="3"/>
            <w:shd w:val="clear" w:color="auto" w:fill="F0F0F0"/>
          </w:tcPr>
          <w:p w14:paraId="3A98E947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173A2482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3294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A55D79" w:rsidRPr="00832945" w14:paraId="164AB5DE" w14:textId="77777777" w:rsidTr="00832945">
        <w:trPr>
          <w:cantSplit/>
          <w:trHeight w:val="472"/>
        </w:trPr>
        <w:tc>
          <w:tcPr>
            <w:tcW w:w="1674" w:type="dxa"/>
            <w:vMerge/>
          </w:tcPr>
          <w:p w14:paraId="43C9AF56" w14:textId="77777777" w:rsidR="00A55D79" w:rsidRPr="00832945" w:rsidRDefault="00A55D79" w:rsidP="00A55D7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56" w:type="dxa"/>
            <w:shd w:val="clear" w:color="auto" w:fill="F0F0F0"/>
          </w:tcPr>
          <w:p w14:paraId="1A8FA3BD" w14:textId="77777777" w:rsidR="00A55D79" w:rsidRPr="00832945" w:rsidRDefault="00A55D79" w:rsidP="00A55D79">
            <w:pPr>
              <w:keepNext/>
              <w:rPr>
                <w:rFonts w:asciiTheme="majorHAnsi" w:hAnsiTheme="majorHAnsi" w:cstheme="majorHAnsi"/>
                <w:sz w:val="14"/>
                <w:szCs w:val="14"/>
                <w:lang w:val="fr-FR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75AECB2D" w14:textId="13894562" w:rsidR="00A55D79" w:rsidRPr="00832945" w:rsidRDefault="00A55D79" w:rsidP="00A55D79">
            <w:pPr>
              <w:keepNext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  <w:r w:rsidRPr="00832945">
              <w:rPr>
                <w:rFonts w:asciiTheme="majorHAnsi" w:hAnsiTheme="majorHAnsi" w:cstheme="majorHAns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44" w:type="dxa"/>
            <w:gridSpan w:val="2"/>
            <w:shd w:val="clear" w:color="auto" w:fill="F0F0F0"/>
          </w:tcPr>
          <w:p w14:paraId="458805F6" w14:textId="77777777" w:rsidR="00A55D79" w:rsidRPr="00832945" w:rsidRDefault="00A55D79" w:rsidP="00A55D79">
            <w:pPr>
              <w:keepNext/>
              <w:rPr>
                <w:rFonts w:asciiTheme="majorHAnsi" w:hAnsiTheme="majorHAnsi" w:cstheme="majorHAnsi"/>
                <w:sz w:val="14"/>
                <w:szCs w:val="14"/>
                <w:lang w:val="pt-BR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0E5981EA" w14:textId="77777777" w:rsidR="00A55D79" w:rsidRPr="00832945" w:rsidRDefault="00A55D79" w:rsidP="00A55D79">
            <w:pPr>
              <w:keepNext/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</w:pPr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: 110053</w:t>
            </w:r>
          </w:p>
          <w:p w14:paraId="0E7E1726" w14:textId="1AD9B5CB" w:rsidR="00A55D79" w:rsidRPr="00832945" w:rsidRDefault="00A55D79" w:rsidP="00A55D79">
            <w:pPr>
              <w:keepNext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832945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014754" w:rsidRPr="00832945" w14:paraId="0F2E83AB" w14:textId="77777777" w:rsidTr="00832945">
        <w:trPr>
          <w:cantSplit/>
          <w:trHeight w:val="472"/>
        </w:trPr>
        <w:tc>
          <w:tcPr>
            <w:tcW w:w="1674" w:type="dxa"/>
            <w:vMerge/>
          </w:tcPr>
          <w:p w14:paraId="4B2FCDCE" w14:textId="77777777" w:rsidR="00014754" w:rsidRPr="00832945" w:rsidRDefault="00014754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76" w:type="dxa"/>
            <w:gridSpan w:val="2"/>
            <w:shd w:val="clear" w:color="auto" w:fill="F0F0F0"/>
          </w:tcPr>
          <w:p w14:paraId="03F72E9B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25" w:type="dxa"/>
            <w:shd w:val="clear" w:color="auto" w:fill="F0F0F0"/>
          </w:tcPr>
          <w:p w14:paraId="3CC3B0D3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Data</w:t>
            </w:r>
          </w:p>
          <w:p w14:paraId="3A635130" w14:textId="77777777" w:rsidR="00014754" w:rsidRPr="00832945" w:rsidRDefault="00014754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2FA5FB23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0DA02E3B" w14:textId="77777777" w:rsidR="007F7E84" w:rsidRPr="00832945" w:rsidRDefault="00000000">
      <w:pPr>
        <w:spacing w:before="140" w:after="40"/>
        <w:jc w:val="center"/>
        <w:rPr>
          <w:rFonts w:asciiTheme="majorHAnsi" w:hAnsiTheme="majorHAnsi" w:cstheme="majorHAnsi"/>
        </w:rPr>
      </w:pPr>
      <w:r w:rsidRPr="00832945">
        <w:rPr>
          <w:rFonts w:asciiTheme="majorHAnsi" w:hAnsiTheme="majorHAnsi" w:cstheme="majorHAnsi"/>
          <w:b/>
          <w:sz w:val="34"/>
        </w:rPr>
        <w:t>CERERE</w:t>
      </w:r>
    </w:p>
    <w:p w14:paraId="6D7AC252" w14:textId="77777777" w:rsidR="007F7E84" w:rsidRPr="00832945" w:rsidRDefault="007F7E84">
      <w:pPr>
        <w:spacing w:after="60" w:line="168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832945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 1.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CĂTRE</w:t>
            </w:r>
          </w:p>
        </w:tc>
      </w:tr>
      <w:tr w:rsidR="007F7E84" w:rsidRPr="00832945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municipiului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orașului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comunei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sector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consiliul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7F7E84" w:rsidRPr="00832945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832945" w:rsidRDefault="00000000">
            <w:pPr>
              <w:spacing w:line="228" w:lineRule="auto"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Cererea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va fi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transmisă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către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președintele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consiliului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județean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general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sector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sau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municipiului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orașului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comunei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după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lang w:val="fr-FR"/>
              </w:rPr>
              <w:t>caz</w:t>
            </w:r>
            <w:proofErr w:type="spellEnd"/>
            <w:r w:rsidRPr="00832945">
              <w:rPr>
                <w:rFonts w:asciiTheme="majorHAnsi" w:hAnsiTheme="majorHAnsi" w:cstheme="majorHAnsi"/>
                <w:lang w:val="fr-FR"/>
              </w:rPr>
              <w:t>.</w:t>
            </w:r>
          </w:p>
        </w:tc>
      </w:tr>
    </w:tbl>
    <w:p w14:paraId="26CD517C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:rsidRPr="00832945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2.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SOLICITANTUL</w:t>
            </w:r>
          </w:p>
        </w:tc>
      </w:tr>
      <w:tr w:rsidR="007F7E84" w:rsidRPr="00832945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și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015" w:type="dxa"/>
            <w:gridSpan w:val="3"/>
          </w:tcPr>
          <w:p w14:paraId="2B370720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CNP</w:t>
            </w:r>
          </w:p>
          <w:p w14:paraId="79191782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Act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identitate</w:t>
            </w:r>
            <w:proofErr w:type="spellEnd"/>
          </w:p>
        </w:tc>
      </w:tr>
      <w:tr w:rsidR="007F7E84" w:rsidRPr="00832945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Seria</w:t>
            </w:r>
          </w:p>
          <w:p w14:paraId="776E7F8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651F57CD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5"/>
          </w:tcPr>
          <w:p w14:paraId="64665C9C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Eliberat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</w:t>
            </w:r>
          </w:p>
          <w:p w14:paraId="45FBC349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667F8F99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La data</w:t>
            </w:r>
          </w:p>
          <w:p w14:paraId="46B4D6BE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Domiciliul</w:t>
            </w:r>
            <w:proofErr w:type="spellEnd"/>
          </w:p>
        </w:tc>
      </w:tr>
      <w:tr w:rsidR="007F7E84" w:rsidRPr="00832945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4"/>
          </w:tcPr>
          <w:p w14:paraId="11B39720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Municipiul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orașul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31492C05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Satul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7DAC4505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54E0D789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50B99363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7A581707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Sc.</w:t>
            </w:r>
          </w:p>
          <w:p w14:paraId="20784E1F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4259C85D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Et.</w:t>
            </w:r>
          </w:p>
          <w:p w14:paraId="09686E1B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0654BEE1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Ap.</w:t>
            </w:r>
          </w:p>
          <w:p w14:paraId="7C2B72A2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29D9BA32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567B3D66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Date de contact</w:t>
            </w:r>
          </w:p>
        </w:tc>
      </w:tr>
      <w:tr w:rsidR="007F7E84" w:rsidRPr="00832945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Telefon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fax</w:t>
            </w:r>
          </w:p>
          <w:p w14:paraId="148A1E7D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5621" w:type="dxa"/>
            <w:gridSpan w:val="5"/>
          </w:tcPr>
          <w:p w14:paraId="11C07076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E-mail</w:t>
            </w:r>
          </w:p>
          <w:p w14:paraId="1EA72A8C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Reprezentare</w:t>
            </w:r>
            <w:proofErr w:type="spellEnd"/>
          </w:p>
        </w:tc>
      </w:tr>
      <w:tr w:rsidR="007F7E84" w:rsidRPr="00832945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calitate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reprezentant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al</w:t>
            </w:r>
          </w:p>
          <w:p w14:paraId="1856FB42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5BF1C4CD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CUI / CIF</w:t>
            </w:r>
          </w:p>
          <w:p w14:paraId="6517E4A8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832945" w:rsidRDefault="00000000">
            <w:pPr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titular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dreptului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proprietate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="Calibri" w:hAnsi="Calibri" w:cs="Calibri"/>
                <w:sz w:val="16"/>
                <w:lang w:val="fr-FR"/>
              </w:rPr>
              <w:t>î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mputernicit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43AABD16" w14:textId="77777777" w:rsidR="007F7E84" w:rsidRPr="00832945" w:rsidRDefault="00000000" w:rsidP="00243AD6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832945">
        <w:rPr>
          <w:rFonts w:asciiTheme="majorHAnsi" w:hAnsiTheme="majorHAnsi" w:cstheme="majorHAnsi"/>
          <w:sz w:val="18"/>
          <w:lang w:val="fr-FR"/>
        </w:rPr>
        <w:t>în</w:t>
      </w:r>
      <w:proofErr w:type="spellEnd"/>
      <w:proofErr w:type="gram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conformitate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cu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secțiunea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a 4-a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din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Legea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nr. 169/2026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privind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Codul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amenajării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teritoriului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,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urbanismului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și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construcțiilor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,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în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temeiul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art. 301,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solicit</w:t>
      </w:r>
      <w:proofErr w:type="spellEnd"/>
      <w:r w:rsidRPr="00832945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832945">
        <w:rPr>
          <w:rFonts w:asciiTheme="majorHAnsi" w:hAnsiTheme="majorHAnsi" w:cstheme="majorHAnsi"/>
          <w:sz w:val="18"/>
          <w:lang w:val="fr-FR"/>
        </w:rPr>
        <w:t>emiterea</w:t>
      </w:r>
      <w:proofErr w:type="spellEnd"/>
    </w:p>
    <w:p w14:paraId="04BB4E9A" w14:textId="77777777" w:rsidR="007F7E84" w:rsidRPr="00832945" w:rsidRDefault="00000000">
      <w:pPr>
        <w:spacing w:after="160"/>
        <w:jc w:val="center"/>
        <w:rPr>
          <w:rFonts w:asciiTheme="majorHAnsi" w:hAnsiTheme="majorHAnsi" w:cstheme="majorHAnsi"/>
        </w:rPr>
      </w:pPr>
      <w:r w:rsidRPr="00832945">
        <w:rPr>
          <w:rFonts w:asciiTheme="majorHAnsi" w:hAnsiTheme="majorHAnsi" w:cstheme="majorHAnsi"/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:rsidRPr="00832945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 4.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IMOBILUL</w:t>
            </w:r>
          </w:p>
        </w:tc>
      </w:tr>
      <w:tr w:rsidR="007F7E84" w:rsidRPr="00832945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teren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construc</w:t>
            </w:r>
            <w:r w:rsidRPr="00832945">
              <w:rPr>
                <w:rFonts w:ascii="Calibri" w:hAnsi="Calibri" w:cs="Calibri"/>
                <w:sz w:val="16"/>
              </w:rPr>
              <w:t>ț</w:t>
            </w:r>
            <w:r w:rsidRPr="00832945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</w:p>
        </w:tc>
      </w:tr>
      <w:tr w:rsidR="007F7E84" w:rsidRPr="00832945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100EFDDA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Municipiu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oraș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289BC6B5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Sat / sector</w:t>
            </w:r>
          </w:p>
          <w:p w14:paraId="7B22CEDD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3"/>
          </w:tcPr>
          <w:p w14:paraId="26ABF57D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2DF589D0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3FB4BC64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13AC1B4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4C9F2931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Bl. / sc. / et. / ap.</w:t>
            </w:r>
          </w:p>
          <w:p w14:paraId="10FC11B3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Număr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imobilul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înscris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Carte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funciară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</w:t>
            </w:r>
          </w:p>
          <w:p w14:paraId="3B3DC7D9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extras de carte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funciar</w:t>
            </w:r>
            <w:r w:rsidRPr="00832945">
              <w:rPr>
                <w:rFonts w:ascii="Calibri" w:hAnsi="Calibri" w:cs="Calibri"/>
                <w:sz w:val="16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actualizat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anexat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plan de </w:t>
            </w:r>
            <w:proofErr w:type="spellStart"/>
            <w:r w:rsidRPr="00832945">
              <w:rPr>
                <w:rFonts w:ascii="Calibri" w:hAnsi="Calibri" w:cs="Calibri"/>
                <w:sz w:val="16"/>
              </w:rPr>
              <w:t>î</w:t>
            </w:r>
            <w:r w:rsidRPr="00832945">
              <w:rPr>
                <w:rFonts w:asciiTheme="majorHAnsi" w:hAnsiTheme="majorHAnsi" w:cstheme="majorHAnsi"/>
                <w:sz w:val="16"/>
              </w:rPr>
              <w:t>ncadrare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="Calibri" w:hAnsi="Calibri" w:cs="Calibri"/>
                <w:sz w:val="16"/>
              </w:rPr>
              <w:t>î</w:t>
            </w:r>
            <w:r w:rsidRPr="00832945">
              <w:rPr>
                <w:rFonts w:asciiTheme="majorHAnsi" w:hAnsiTheme="majorHAnsi" w:cstheme="majorHAnsi"/>
                <w:sz w:val="16"/>
              </w:rPr>
              <w:t>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zon</w:t>
            </w:r>
            <w:r w:rsidRPr="00832945">
              <w:rPr>
                <w:rFonts w:ascii="Calibri" w:hAnsi="Calibri" w:cs="Calibri"/>
                <w:sz w:val="16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="Calibri" w:hAnsi="Calibri" w:cs="Calibri"/>
                <w:sz w:val="16"/>
              </w:rPr>
              <w:t>î</w:t>
            </w:r>
            <w:r w:rsidRPr="00832945">
              <w:rPr>
                <w:rFonts w:asciiTheme="majorHAnsi" w:hAnsiTheme="majorHAnsi" w:cstheme="majorHAnsi"/>
                <w:sz w:val="16"/>
              </w:rPr>
              <w:t>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sistem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Stereo 70,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Pr="00832945" w:rsidRDefault="007F7E84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832945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 5.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832945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realizat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F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autoriza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ț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ie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construire    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realizat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CU NERESPECTAREA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autoriza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ț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iei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construire</w:t>
            </w:r>
          </w:p>
        </w:tc>
      </w:tr>
      <w:tr w:rsidR="007F7E84" w:rsidRPr="00832945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Autorizația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nerespectată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este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7F7E84" w:rsidRPr="00832945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Încadrarea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— art. 301, se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bifează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cazul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aplicabil</w:t>
            </w:r>
            <w:proofErr w:type="spellEnd"/>
          </w:p>
        </w:tc>
      </w:tr>
      <w:tr w:rsidR="007F7E84" w:rsidRPr="00832945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alin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. (2) —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locuință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unifamilială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suprafață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construită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desfășurată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de cel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mult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150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mp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, care nu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este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monument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istoric</w:t>
            </w:r>
            <w:proofErr w:type="spellEnd"/>
          </w:p>
          <w:p w14:paraId="031DF070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alin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. (2) —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anexă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locuinței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gospodărească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/ 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exploatației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agricole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, de cel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mult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150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mp</w:t>
            </w:r>
            <w:proofErr w:type="spellEnd"/>
          </w:p>
          <w:p w14:paraId="2E9D9F47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r w:rsidRPr="00832945">
              <w:rPr>
                <w:rFonts w:ascii="Segoe UI Symbol" w:hAnsi="Segoe UI Symbol" w:cs="Segoe UI Symbol"/>
                <w:sz w:val="16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alin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. (2) —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lucrări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închidere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balcoanelor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fără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extindere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pe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</w:rPr>
              <w:t>domeniul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</w:rPr>
              <w:t xml:space="preserve"> public</w:t>
            </w:r>
          </w:p>
          <w:p w14:paraId="6FF42F2C" w14:textId="77777777" w:rsidR="007F7E84" w:rsidRPr="00832945" w:rsidRDefault="00000000">
            <w:pPr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alin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. (7) —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alte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categorii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termenul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excepție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cel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mult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1 an de la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intrarea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vigoare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832945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128A3485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  <w:lang w:val="fr-FR"/>
              </w:rPr>
              <w:lastRenderedPageBreak/>
              <w:t xml:space="preserve"> 6.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832945">
              <w:rPr>
                <w:rFonts w:asciiTheme="majorHAnsi" w:hAnsiTheme="majorHAnsi" w:cstheme="majorHAnsi"/>
                <w:b/>
                <w:color w:val="000000"/>
                <w:sz w:val="18"/>
                <w:lang w:val="fr-FR"/>
              </w:rPr>
              <w:t xml:space="preserve"> TEHNICĂ PENTRU CERINȚELE FUNDAME</w:t>
            </w:r>
            <w:r w:rsidR="00717ACC" w:rsidRPr="00832945">
              <w:rPr>
                <w:rFonts w:asciiTheme="majorHAnsi" w:hAnsiTheme="majorHAnsi" w:cstheme="majorHAnsi"/>
                <w:b/>
                <w:color w:val="000000"/>
                <w:sz w:val="18"/>
                <w:lang w:val="fr-FR"/>
              </w:rPr>
              <w:t>N</w:t>
            </w:r>
            <w:r w:rsidR="00505208" w:rsidRPr="00832945">
              <w:rPr>
                <w:rFonts w:asciiTheme="majorHAnsi" w:hAnsiTheme="majorHAnsi" w:cstheme="majorHAnsi"/>
                <w:b/>
                <w:color w:val="000000"/>
                <w:sz w:val="18"/>
                <w:lang w:val="fr-FR"/>
              </w:rPr>
              <w:t>TALE</w:t>
            </w:r>
          </w:p>
        </w:tc>
      </w:tr>
      <w:tr w:rsidR="007F7E84" w:rsidRPr="00832945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P.A.C.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015" w:type="dxa"/>
          </w:tcPr>
          <w:p w14:paraId="62CFEEEB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Elaborator</w:t>
            </w:r>
          </w:p>
          <w:p w14:paraId="5E0DA302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4C33644F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Proiectant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autor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— nr. TNA</w:t>
            </w:r>
          </w:p>
          <w:p w14:paraId="6A9C09B5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Rapoartele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tehnică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pe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cerințele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832945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rezistență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mecanică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stabilitate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nr.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certificat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5FA204DC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la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incendiu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/ nr.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certificat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de expert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igienă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sănătate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mediu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înconjurător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nr.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certificat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585F072F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siguranță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accesibilitate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exploatare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/ nr.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certificat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0569AADA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împotriva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zgomotului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/ nr.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certificat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de expert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7F7E84" w:rsidRPr="00832945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energie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izolare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termică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—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prenume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/ nr.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certificat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de expert</w:t>
            </w:r>
            <w:proofErr w:type="gramEnd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832945" w:rsidRDefault="007F7E84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Pr="00832945" w:rsidRDefault="007F7E84">
            <w:pPr>
              <w:keepNext/>
              <w:rPr>
                <w:rFonts w:asciiTheme="majorHAnsi" w:hAnsiTheme="majorHAnsi" w:cstheme="majorHAnsi"/>
              </w:rPr>
            </w:pPr>
          </w:p>
        </w:tc>
      </w:tr>
    </w:tbl>
    <w:p w14:paraId="41CCD39B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832945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832945" w:rsidRDefault="00505208" w:rsidP="00273B64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7. </w:t>
            </w:r>
            <w:r w:rsidRPr="00832945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RAPORT PRIVIND RESPECTAREA REGLEMENTARILOR URBANISTICE, DACĂ ESTE CAZUL</w:t>
            </w:r>
          </w:p>
        </w:tc>
      </w:tr>
      <w:tr w:rsidR="00505208" w:rsidRPr="00832945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Elaborator</w:t>
            </w:r>
          </w:p>
          <w:p w14:paraId="20B5DC55" w14:textId="77777777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015" w:type="dxa"/>
          </w:tcPr>
          <w:p w14:paraId="4281267D" w14:textId="77777777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nr. / </w:t>
            </w:r>
            <w:proofErr w:type="gram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753CB3B7" w14:textId="6B74F72C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Nr.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certificat</w:t>
            </w:r>
            <w:proofErr w:type="spellEnd"/>
            <w:r w:rsidRPr="00832945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Pr="00832945" w:rsidRDefault="00505208" w:rsidP="00505208">
            <w:pPr>
              <w:keepNext/>
              <w:rPr>
                <w:rFonts w:asciiTheme="majorHAnsi" w:hAnsiTheme="majorHAnsi" w:cstheme="majorHAnsi"/>
              </w:rPr>
            </w:pPr>
          </w:p>
        </w:tc>
      </w:tr>
    </w:tbl>
    <w:p w14:paraId="2627342D" w14:textId="77777777" w:rsidR="00505208" w:rsidRPr="00832945" w:rsidRDefault="00505208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09646C57" w14:textId="77777777" w:rsidR="00505208" w:rsidRPr="00832945" w:rsidRDefault="00505208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832945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="00505208" w:rsidRPr="00832945">
              <w:rPr>
                <w:rFonts w:asciiTheme="majorHAnsi" w:hAnsiTheme="majorHAnsi" w:cstheme="majorHAnsi"/>
                <w:b/>
                <w:sz w:val="16"/>
              </w:rPr>
              <w:t>8</w:t>
            </w: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832945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a)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rapoartele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expertiză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tehnică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pentru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cerințele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832945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b) documente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emise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către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emitenții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avizelor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/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acordurilor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(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câte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1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exemplar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copie</w:t>
            </w:r>
            <w:proofErr w:type="gram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832945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832945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  <w:lang w:val="fr-FR"/>
              </w:rPr>
            </w:pPr>
          </w:p>
          <w:p w14:paraId="0FF9083D" w14:textId="77777777" w:rsidR="007F7E84" w:rsidRPr="00832945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7F7E84" w:rsidRPr="00832945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832945" w:rsidRDefault="00000000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raport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privind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respectarea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reglementărilor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urbanistice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elaborat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r w:rsidR="004E3C9A"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structura de </w:t>
            </w:r>
            <w:proofErr w:type="spellStart"/>
            <w:r w:rsidR="004E3C9A" w:rsidRPr="00832945">
              <w:rPr>
                <w:rFonts w:asciiTheme="majorHAnsi" w:hAnsiTheme="majorHAnsi" w:cstheme="majorHAnsi"/>
                <w:sz w:val="16"/>
                <w:lang w:val="fr-FR"/>
              </w:rPr>
              <w:t>specialitate</w:t>
            </w:r>
            <w:proofErr w:type="spellEnd"/>
            <w:r w:rsidR="004E3C9A"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/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specialist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drept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semnătură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domeniul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urbanismului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</w:t>
            </w:r>
            <w:r w:rsidR="004E3C9A" w:rsidRPr="00832945">
              <w:rPr>
                <w:rFonts w:asciiTheme="majorHAnsi" w:hAnsiTheme="majorHAnsi" w:cstheme="majorHAnsi"/>
                <w:sz w:val="16"/>
                <w:lang w:val="fr-FR"/>
              </w:rPr>
              <w:t>upă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832945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Pr="00832945" w:rsidRDefault="00000000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extras de carte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funciar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actualizat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</w:p>
          <w:p w14:paraId="5DA3E17B" w14:textId="76685374" w:rsidR="004E3C9A" w:rsidRPr="00832945" w:rsidRDefault="004E3C9A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documentația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P.A.C. (2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exemplare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sau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1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exemplar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original,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format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letric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acolo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unde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autoritatea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are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posibilitatea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gram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de a</w:t>
            </w:r>
            <w:proofErr w:type="gram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arhiva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format digital))     </w:t>
            </w:r>
          </w:p>
          <w:p w14:paraId="3933EBC7" w14:textId="1B568958" w:rsidR="007F7E84" w:rsidRPr="00832945" w:rsidRDefault="004E3C9A">
            <w:pPr>
              <w:rPr>
                <w:rFonts w:asciiTheme="majorHAnsi" w:hAnsiTheme="majorHAnsi" w:cstheme="majorHAnsi"/>
                <w:lang w:val="fr-FR"/>
              </w:rPr>
            </w:pP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dovada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achitării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taxelor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83294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832945">
              <w:rPr>
                <w:rFonts w:ascii="Calibri" w:hAnsi="Calibri" w:cs="Calibri"/>
                <w:sz w:val="16"/>
                <w:lang w:val="fr-FR"/>
              </w:rPr>
              <w:t>î</w:t>
            </w:r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mputernicirea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dac</w:t>
            </w:r>
            <w:r w:rsidRPr="00832945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 xml:space="preserve"> este </w:t>
            </w:r>
            <w:proofErr w:type="spellStart"/>
            <w:r w:rsidRPr="00832945">
              <w:rPr>
                <w:rFonts w:asciiTheme="majorHAnsi" w:hAnsiTheme="majorHAnsi" w:cstheme="majorHAnsi"/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832945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832945" w:rsidRDefault="00000000">
            <w:pPr>
              <w:spacing w:line="228" w:lineRule="auto"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Declar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propria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răspundere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sub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sancțiunea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Codului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penal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privind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infracțiunea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fals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declarații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că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datele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menționate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prezenta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cerere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sunt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reale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exacte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și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că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am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formulat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prezenta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cerere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anterior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începerii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lucrărilor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de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modificare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identificate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în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Proiectul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pentru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autorizarea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construirii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atașat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,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astfel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cum </w:t>
            </w:r>
            <w:proofErr w:type="spellStart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>stabilește</w:t>
            </w:r>
            <w:proofErr w:type="spellEnd"/>
            <w:r w:rsidRPr="00832945">
              <w:rPr>
                <w:rFonts w:asciiTheme="majorHAnsi" w:hAnsiTheme="majorHAnsi" w:cstheme="majorHAnsi"/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832945" w:rsidRDefault="007F7E84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:rsidRPr="00832945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Pr="00832945" w:rsidRDefault="00000000">
            <w:pPr>
              <w:keepNext/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="00505208" w:rsidRPr="00832945">
              <w:rPr>
                <w:rFonts w:asciiTheme="majorHAnsi" w:hAnsiTheme="majorHAnsi" w:cstheme="majorHAnsi"/>
                <w:b/>
                <w:sz w:val="16"/>
              </w:rPr>
              <w:t>9</w:t>
            </w:r>
            <w:r w:rsidRPr="00832945">
              <w:rPr>
                <w:rFonts w:asciiTheme="majorHAnsi" w:hAnsiTheme="majorHAnsi" w:cstheme="majorHAnsi"/>
                <w:b/>
                <w:sz w:val="16"/>
              </w:rPr>
              <w:t xml:space="preserve">. </w:t>
            </w:r>
            <w:r w:rsidRPr="00832945">
              <w:rPr>
                <w:rFonts w:asciiTheme="majorHAnsi" w:hAnsiTheme="majorHAnsi" w:cstheme="majorHAnsi"/>
                <w:b/>
                <w:color w:val="000000"/>
                <w:sz w:val="18"/>
              </w:rPr>
              <w:t>DATA ȘI SEMNĂTURA</w:t>
            </w:r>
          </w:p>
        </w:tc>
      </w:tr>
      <w:tr w:rsidR="007F7E84" w:rsidRPr="00832945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r w:rsidRPr="00832945">
              <w:rPr>
                <w:rFonts w:asciiTheme="majorHAnsi" w:hAnsiTheme="majorHAnsi" w:cstheme="majorHAnsi"/>
                <w:b/>
                <w:color w:val="0D5F78"/>
              </w:rPr>
              <w:t>Data</w:t>
            </w:r>
          </w:p>
          <w:p w14:paraId="77A9FAF1" w14:textId="77777777" w:rsidR="007F7E84" w:rsidRPr="00832945" w:rsidRDefault="007F7E8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</w:tcPr>
          <w:p w14:paraId="4F0CD454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Pr="00832945" w:rsidRDefault="007F7E8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7154C44B" w14:textId="77777777" w:rsidR="007F7E84" w:rsidRPr="00832945" w:rsidRDefault="00000000">
            <w:pPr>
              <w:rPr>
                <w:rFonts w:asciiTheme="majorHAnsi" w:hAnsiTheme="majorHAnsi" w:cstheme="majorHAnsi"/>
              </w:rPr>
            </w:pPr>
            <w:proofErr w:type="spellStart"/>
            <w:r w:rsidRPr="00832945">
              <w:rPr>
                <w:rFonts w:asciiTheme="majorHAnsi" w:hAnsiTheme="majorHAnsi" w:cstheme="majorHAnsi"/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Pr="00832945" w:rsidRDefault="007F7E84">
            <w:pPr>
              <w:rPr>
                <w:rFonts w:asciiTheme="majorHAnsi" w:hAnsiTheme="majorHAnsi" w:cstheme="majorHAnsi"/>
              </w:rPr>
            </w:pPr>
          </w:p>
        </w:tc>
      </w:tr>
    </w:tbl>
    <w:p w14:paraId="0705B62B" w14:textId="77777777" w:rsidR="007F7E84" w:rsidRPr="00832945" w:rsidRDefault="007F7E84">
      <w:pPr>
        <w:spacing w:line="168" w:lineRule="auto"/>
        <w:rPr>
          <w:rFonts w:asciiTheme="majorHAnsi" w:hAnsiTheme="majorHAnsi" w:cstheme="majorHAnsi"/>
        </w:rPr>
      </w:pPr>
    </w:p>
    <w:sectPr w:rsidR="007F7E84" w:rsidRPr="00832945" w:rsidSect="00A55D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02" w:right="1134" w:bottom="454" w:left="1134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2C6DA" w14:textId="77777777" w:rsidR="00425FFA" w:rsidRDefault="00425FFA">
      <w:r>
        <w:separator/>
      </w:r>
    </w:p>
  </w:endnote>
  <w:endnote w:type="continuationSeparator" w:id="0">
    <w:p w14:paraId="25921636" w14:textId="77777777" w:rsidR="00425FFA" w:rsidRDefault="0042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F4D5" w14:textId="77777777" w:rsidR="00A8528D" w:rsidRDefault="00A852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Pr="00A8528D" w:rsidRDefault="00000000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13"/>
      </w:rPr>
    </w:pPr>
    <w:r w:rsidRPr="00A8528D">
      <w:rPr>
        <w:rFonts w:asciiTheme="majorHAnsi" w:hAnsiTheme="majorHAnsi" w:cstheme="majorHAnsi"/>
        <w:color w:val="595959"/>
        <w:sz w:val="13"/>
        <w:szCs w:val="13"/>
      </w:rPr>
      <w:t>F_A</w:t>
    </w:r>
    <w:r w:rsidR="00243AD6" w:rsidRPr="00A8528D">
      <w:rPr>
        <w:rFonts w:asciiTheme="majorHAnsi" w:hAnsiTheme="majorHAnsi" w:cstheme="majorHAnsi"/>
        <w:color w:val="595959"/>
        <w:sz w:val="13"/>
        <w:szCs w:val="13"/>
      </w:rPr>
      <w:t>R</w:t>
    </w:r>
    <w:r w:rsidRPr="00A8528D">
      <w:rPr>
        <w:rFonts w:asciiTheme="majorHAnsi" w:hAnsiTheme="majorHAnsi" w:cstheme="majorHAnsi"/>
        <w:color w:val="595959"/>
        <w:sz w:val="13"/>
        <w:szCs w:val="13"/>
      </w:rPr>
      <w:t>_</w:t>
    </w:r>
    <w:r w:rsidR="00243AD6" w:rsidRPr="00A8528D">
      <w:rPr>
        <w:rFonts w:asciiTheme="majorHAnsi" w:hAnsiTheme="majorHAnsi" w:cstheme="majorHAnsi"/>
        <w:color w:val="595959"/>
        <w:sz w:val="13"/>
        <w:szCs w:val="13"/>
      </w:rPr>
      <w:t>01</w:t>
    </w:r>
    <w:r w:rsidRPr="00A8528D">
      <w:rPr>
        <w:rFonts w:asciiTheme="majorHAnsi" w:hAnsiTheme="majorHAnsi" w:cstheme="majorHAnsi"/>
        <w:color w:val="595959"/>
        <w:sz w:val="13"/>
        <w:szCs w:val="13"/>
      </w:rPr>
      <w:t xml:space="preserve"> · </w:t>
    </w:r>
    <w:proofErr w:type="spellStart"/>
    <w:r w:rsidRPr="00A8528D">
      <w:rPr>
        <w:rFonts w:asciiTheme="majorHAnsi" w:hAnsiTheme="majorHAnsi" w:cstheme="majorHAnsi"/>
        <w:color w:val="595959"/>
        <w:sz w:val="13"/>
        <w:szCs w:val="13"/>
      </w:rPr>
      <w:t>versiunea</w:t>
    </w:r>
    <w:proofErr w:type="spellEnd"/>
    <w:r w:rsidRPr="00A8528D">
      <w:rPr>
        <w:rFonts w:asciiTheme="majorHAnsi" w:hAnsiTheme="majorHAnsi" w:cstheme="majorHAnsi"/>
        <w:color w:val="595959"/>
        <w:sz w:val="13"/>
        <w:szCs w:val="13"/>
      </w:rPr>
      <w:t xml:space="preserve"> 1.0</w:t>
    </w:r>
    <w:r w:rsidRPr="00A8528D">
      <w:rPr>
        <w:rFonts w:asciiTheme="majorHAnsi" w:hAnsiTheme="majorHAnsi" w:cstheme="majorHAnsi"/>
        <w:color w:val="595959"/>
        <w:sz w:val="13"/>
        <w:szCs w:val="13"/>
      </w:rPr>
      <w:tab/>
    </w:r>
    <w:proofErr w:type="spellStart"/>
    <w:r w:rsidRPr="00A8528D">
      <w:rPr>
        <w:rFonts w:asciiTheme="majorHAnsi" w:hAnsiTheme="majorHAnsi" w:cstheme="majorHAnsi"/>
        <w:color w:val="595959"/>
        <w:sz w:val="13"/>
        <w:szCs w:val="13"/>
      </w:rPr>
      <w:t>pagina</w:t>
    </w:r>
    <w:proofErr w:type="spellEnd"/>
    <w:r w:rsidRPr="00A8528D">
      <w:rPr>
        <w:rFonts w:asciiTheme="majorHAnsi" w:hAnsiTheme="majorHAnsi" w:cstheme="majorHAnsi"/>
        <w:color w:val="595959"/>
        <w:sz w:val="13"/>
        <w:szCs w:val="13"/>
      </w:rPr>
      <w:t xml:space="preserve"> </w: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A8528D">
      <w:rPr>
        <w:rFonts w:asciiTheme="majorHAnsi" w:hAnsiTheme="majorHAnsi" w:cstheme="majorHAnsi"/>
        <w:color w:val="595959"/>
        <w:sz w:val="13"/>
        <w:szCs w:val="13"/>
      </w:rPr>
      <w:instrText xml:space="preserve"> PAGE </w:instrTex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243AD6" w:rsidRPr="00A8528D">
      <w:rPr>
        <w:rFonts w:asciiTheme="majorHAnsi" w:hAnsiTheme="majorHAnsi" w:cstheme="majorHAnsi"/>
        <w:noProof/>
        <w:color w:val="595959"/>
        <w:sz w:val="13"/>
        <w:szCs w:val="13"/>
      </w:rPr>
      <w:t>1</w: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end"/>
    </w:r>
    <w:r w:rsidRPr="00A8528D">
      <w:rPr>
        <w:rFonts w:asciiTheme="majorHAnsi" w:hAnsiTheme="majorHAnsi" w:cstheme="majorHAnsi"/>
        <w:color w:val="595959"/>
        <w:sz w:val="13"/>
        <w:szCs w:val="13"/>
      </w:rPr>
      <w:t xml:space="preserve"> din </w: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A8528D">
      <w:rPr>
        <w:rFonts w:asciiTheme="majorHAnsi" w:hAnsiTheme="majorHAnsi" w:cstheme="majorHAnsi"/>
        <w:color w:val="595959"/>
        <w:sz w:val="13"/>
        <w:szCs w:val="13"/>
      </w:rPr>
      <w:instrText xml:space="preserve"> NUMPAGES </w:instrTex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243AD6" w:rsidRPr="00A8528D">
      <w:rPr>
        <w:rFonts w:asciiTheme="majorHAnsi" w:hAnsiTheme="majorHAnsi" w:cstheme="majorHAnsi"/>
        <w:noProof/>
        <w:color w:val="595959"/>
        <w:sz w:val="13"/>
        <w:szCs w:val="13"/>
      </w:rPr>
      <w:t>2</w:t>
    </w:r>
    <w:r w:rsidRPr="00A8528D">
      <w:rPr>
        <w:rFonts w:asciiTheme="majorHAnsi" w:hAnsiTheme="majorHAnsi" w:cstheme="majorHAnsi"/>
        <w:color w:val="595959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A541" w14:textId="77777777" w:rsidR="00A8528D" w:rsidRDefault="00A85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5291" w14:textId="77777777" w:rsidR="00425FFA" w:rsidRDefault="00425FFA">
      <w:r>
        <w:separator/>
      </w:r>
    </w:p>
  </w:footnote>
  <w:footnote w:type="continuationSeparator" w:id="0">
    <w:p w14:paraId="03614984" w14:textId="77777777" w:rsidR="00425FFA" w:rsidRDefault="00425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F35D" w14:textId="77777777" w:rsidR="00A8528D" w:rsidRDefault="00A85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7BE1" w14:textId="443EF547" w:rsidR="00A55D79" w:rsidRPr="00832945" w:rsidRDefault="00A55D79" w:rsidP="00A55D79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832945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nr.2 </w:t>
    </w:r>
  </w:p>
  <w:p w14:paraId="6215AA85" w14:textId="20F4A8A8" w:rsidR="00A55D79" w:rsidRPr="00832945" w:rsidRDefault="00A55D79">
    <w:pPr>
      <w:pStyle w:val="Header"/>
      <w:rPr>
        <w:rFonts w:asciiTheme="majorHAnsi" w:hAnsiTheme="majorHAnsi" w:cstheme="majorHAnsi"/>
        <w:color w:val="595959"/>
      </w:rPr>
    </w:pPr>
    <w:r w:rsidRPr="00832945">
      <w:rPr>
        <w:rFonts w:asciiTheme="majorHAnsi" w:hAnsiTheme="majorHAnsi" w:cstheme="majorHAnsi"/>
        <w:color w:val="595959"/>
      </w:rPr>
      <w:t>F_AR_01</w:t>
    </w:r>
    <w:r w:rsidR="00717ACC" w:rsidRPr="00832945">
      <w:rPr>
        <w:rFonts w:asciiTheme="majorHAnsi" w:hAnsiTheme="majorHAnsi" w:cstheme="majorHAnsi"/>
        <w:color w:val="595959"/>
      </w:rPr>
      <w:t xml:space="preserve"> Cerere </w:t>
    </w:r>
    <w:proofErr w:type="spellStart"/>
    <w:r w:rsidR="00717ACC" w:rsidRPr="00832945">
      <w:rPr>
        <w:rFonts w:asciiTheme="majorHAnsi" w:hAnsiTheme="majorHAnsi" w:cstheme="majorHAnsi"/>
        <w:color w:val="595959"/>
      </w:rPr>
      <w:t>emitere</w:t>
    </w:r>
    <w:proofErr w:type="spellEnd"/>
    <w:r w:rsidR="00717ACC" w:rsidRPr="00832945">
      <w:rPr>
        <w:rFonts w:asciiTheme="majorHAnsi" w:hAnsiTheme="majorHAnsi" w:cstheme="majorHAnsi"/>
        <w:color w:val="595959"/>
      </w:rPr>
      <w:t xml:space="preserve"> </w:t>
    </w:r>
    <w:proofErr w:type="spellStart"/>
    <w:r w:rsidR="00717ACC" w:rsidRPr="00832945">
      <w:rPr>
        <w:rFonts w:asciiTheme="majorHAnsi" w:hAnsiTheme="majorHAnsi" w:cstheme="majorHAnsi"/>
        <w:color w:val="595959"/>
      </w:rPr>
      <w:t>Autorizație</w:t>
    </w:r>
    <w:proofErr w:type="spellEnd"/>
    <w:r w:rsidR="00717ACC" w:rsidRPr="00832945">
      <w:rPr>
        <w:rFonts w:asciiTheme="majorHAnsi" w:hAnsiTheme="majorHAnsi" w:cstheme="majorHAnsi"/>
        <w:color w:val="595959"/>
      </w:rPr>
      <w:t xml:space="preserve"> de </w:t>
    </w:r>
    <w:proofErr w:type="spellStart"/>
    <w:r w:rsidR="00717ACC" w:rsidRPr="00832945">
      <w:rPr>
        <w:rFonts w:asciiTheme="majorHAnsi" w:hAnsiTheme="majorHAnsi" w:cstheme="majorHAnsi"/>
        <w:color w:val="595959"/>
      </w:rPr>
      <w:t>regularizare</w:t>
    </w:r>
    <w:proofErr w:type="spellEnd"/>
  </w:p>
  <w:p w14:paraId="603147CD" w14:textId="77777777" w:rsidR="00A55D79" w:rsidRPr="00A55D79" w:rsidRDefault="00A55D79">
    <w:pPr>
      <w:pStyle w:val="Header"/>
      <w:rPr>
        <w:b/>
        <w:bCs/>
        <w:color w:val="595959"/>
        <w:sz w:val="14"/>
        <w:szCs w:val="14"/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654E" w14:textId="77777777" w:rsidR="00A8528D" w:rsidRDefault="00A852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754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25FFA"/>
    <w:rsid w:val="00461C62"/>
    <w:rsid w:val="004E3C9A"/>
    <w:rsid w:val="00505208"/>
    <w:rsid w:val="006816CD"/>
    <w:rsid w:val="006C103E"/>
    <w:rsid w:val="00717ACC"/>
    <w:rsid w:val="007C07B9"/>
    <w:rsid w:val="007D7B8E"/>
    <w:rsid w:val="007F7E84"/>
    <w:rsid w:val="00832945"/>
    <w:rsid w:val="009E3FE4"/>
    <w:rsid w:val="00A55D79"/>
    <w:rsid w:val="00A8528D"/>
    <w:rsid w:val="00AA1D8D"/>
    <w:rsid w:val="00B47730"/>
    <w:rsid w:val="00B77EAF"/>
    <w:rsid w:val="00BF1A07"/>
    <w:rsid w:val="00CB0664"/>
    <w:rsid w:val="00CD3A8D"/>
    <w:rsid w:val="00CF6EF6"/>
    <w:rsid w:val="00D339D7"/>
    <w:rsid w:val="00D72C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631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9</cp:revision>
  <dcterms:created xsi:type="dcterms:W3CDTF">2013-12-23T23:15:00Z</dcterms:created>
  <dcterms:modified xsi:type="dcterms:W3CDTF">2026-10-16T06:09:00Z</dcterms:modified>
  <cp:category/>
</cp:coreProperties>
</file>