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341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2352"/>
        <w:gridCol w:w="2415"/>
        <w:gridCol w:w="3220"/>
      </w:tblGrid>
      <w:tr w:rsidR="00F213F0" w:rsidRPr="00F0111C" w14:paraId="22C92FAC" w14:textId="77777777" w:rsidTr="00F0111C">
        <w:trPr>
          <w:cantSplit/>
          <w:trHeight w:val="479"/>
        </w:trPr>
        <w:tc>
          <w:tcPr>
            <w:tcW w:w="1672" w:type="dxa"/>
            <w:vMerge w:val="restart"/>
            <w:vAlign w:val="center"/>
          </w:tcPr>
          <w:p w14:paraId="131BA77C" w14:textId="75CA8345" w:rsidR="00F213F0" w:rsidRPr="00F0111C" w:rsidRDefault="00FE7267" w:rsidP="00B27AC9">
            <w:pPr>
              <w:keepNext/>
              <w:jc w:val="center"/>
              <w:rPr>
                <w:rFonts w:ascii="Calibri" w:hAnsi="Calibri" w:cs="Calibri"/>
                <w:i/>
                <w:color w:val="595959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60FF0FE3" wp14:editId="4E549353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13970</wp:posOffset>
                  </wp:positionV>
                  <wp:extent cx="924560" cy="1092200"/>
                  <wp:effectExtent l="0" t="0" r="8890" b="0"/>
                  <wp:wrapNone/>
                  <wp:docPr id="10172572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13F0" w:rsidRPr="00F0111C">
              <w:rPr>
                <w:rFonts w:ascii="Calibri" w:hAnsi="Calibri" w:cs="Calibri"/>
                <w:noProof/>
                <w:lang w:val="ro-RO"/>
              </w:rPr>
              <w:t xml:space="preserve"> </w:t>
            </w:r>
          </w:p>
          <w:p w14:paraId="26F4FA58" w14:textId="4D8155EF" w:rsidR="00F213F0" w:rsidRPr="00F0111C" w:rsidRDefault="00F213F0" w:rsidP="00B27AC9">
            <w:pPr>
              <w:keepNext/>
              <w:jc w:val="center"/>
              <w:rPr>
                <w:rFonts w:ascii="Calibri" w:hAnsi="Calibri" w:cs="Calibri"/>
              </w:rPr>
            </w:pPr>
          </w:p>
        </w:tc>
        <w:tc>
          <w:tcPr>
            <w:tcW w:w="7987" w:type="dxa"/>
            <w:gridSpan w:val="3"/>
            <w:shd w:val="clear" w:color="auto" w:fill="F0F0F0"/>
          </w:tcPr>
          <w:p w14:paraId="1F34C196" w14:textId="77777777" w:rsidR="00F213F0" w:rsidRPr="00F0111C" w:rsidRDefault="00F213F0" w:rsidP="00B27AC9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0111C">
              <w:rPr>
                <w:rFonts w:ascii="Calibri" w:hAnsi="Calibri" w:cs="Calibri"/>
                <w:b/>
                <w:sz w:val="20"/>
                <w:szCs w:val="20"/>
              </w:rPr>
              <w:t>Județul</w:t>
            </w:r>
            <w:proofErr w:type="spellEnd"/>
            <w:r w:rsidRPr="00F0111C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sz w:val="20"/>
                <w:szCs w:val="20"/>
              </w:rPr>
              <w:t>Argeș</w:t>
            </w:r>
            <w:proofErr w:type="spellEnd"/>
          </w:p>
          <w:p w14:paraId="45F35323" w14:textId="77777777" w:rsidR="00F213F0" w:rsidRPr="00F0111C" w:rsidRDefault="00F213F0" w:rsidP="00B27AC9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r w:rsidRPr="00F0111C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F213F0" w:rsidRPr="00F0111C" w14:paraId="0AC0F967" w14:textId="77777777" w:rsidTr="00F0111C">
        <w:trPr>
          <w:cantSplit/>
          <w:trHeight w:val="479"/>
        </w:trPr>
        <w:tc>
          <w:tcPr>
            <w:tcW w:w="1672" w:type="dxa"/>
            <w:vMerge/>
          </w:tcPr>
          <w:p w14:paraId="1B3697AD" w14:textId="77777777" w:rsidR="00F213F0" w:rsidRPr="00F0111C" w:rsidRDefault="00F213F0" w:rsidP="00B27AC9">
            <w:pPr>
              <w:rPr>
                <w:rFonts w:ascii="Calibri" w:hAnsi="Calibri" w:cs="Calibri"/>
              </w:rPr>
            </w:pPr>
          </w:p>
        </w:tc>
        <w:tc>
          <w:tcPr>
            <w:tcW w:w="7987" w:type="dxa"/>
            <w:gridSpan w:val="3"/>
            <w:shd w:val="clear" w:color="auto" w:fill="F0F0F0"/>
          </w:tcPr>
          <w:p w14:paraId="1865988C" w14:textId="77777777" w:rsidR="00F213F0" w:rsidRPr="00F0111C" w:rsidRDefault="00F213F0" w:rsidP="00B27AC9">
            <w:pPr>
              <w:keepNext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0C99FE64" w14:textId="77777777" w:rsidR="00F213F0" w:rsidRPr="00F0111C" w:rsidRDefault="00F213F0" w:rsidP="00B27AC9">
            <w:pPr>
              <w:keepNext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111C">
              <w:rPr>
                <w:rFonts w:ascii="Calibri" w:hAnsi="Calibri" w:cs="Calibr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B27AC9" w:rsidRPr="00F0111C" w14:paraId="78D72138" w14:textId="77777777" w:rsidTr="00F0111C">
        <w:trPr>
          <w:cantSplit/>
          <w:trHeight w:val="479"/>
        </w:trPr>
        <w:tc>
          <w:tcPr>
            <w:tcW w:w="1672" w:type="dxa"/>
            <w:vMerge/>
          </w:tcPr>
          <w:p w14:paraId="282CAB4D" w14:textId="77777777" w:rsidR="00B27AC9" w:rsidRPr="00F0111C" w:rsidRDefault="00B27AC9" w:rsidP="00B27AC9">
            <w:pPr>
              <w:rPr>
                <w:rFonts w:ascii="Calibri" w:hAnsi="Calibri" w:cs="Calibri"/>
              </w:rPr>
            </w:pPr>
          </w:p>
        </w:tc>
        <w:tc>
          <w:tcPr>
            <w:tcW w:w="2352" w:type="dxa"/>
            <w:shd w:val="clear" w:color="auto" w:fill="F0F0F0"/>
          </w:tcPr>
          <w:p w14:paraId="04E570DC" w14:textId="77777777" w:rsidR="00B27AC9" w:rsidRPr="00F0111C" w:rsidRDefault="00B27AC9" w:rsidP="00B27AC9">
            <w:pPr>
              <w:keepNext/>
              <w:rPr>
                <w:rFonts w:ascii="Calibri" w:hAnsi="Calibri" w:cs="Calibri"/>
                <w:sz w:val="14"/>
                <w:szCs w:val="14"/>
                <w:lang w:val="fr-FR"/>
              </w:rPr>
            </w:pPr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2B14025C" w14:textId="712765CF" w:rsidR="00B27AC9" w:rsidRPr="00F0111C" w:rsidRDefault="00B27AC9" w:rsidP="00B27AC9">
            <w:pPr>
              <w:keepNext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F0111C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35" w:type="dxa"/>
            <w:gridSpan w:val="2"/>
            <w:shd w:val="clear" w:color="auto" w:fill="F0F0F0"/>
          </w:tcPr>
          <w:p w14:paraId="6598D082" w14:textId="77777777" w:rsidR="00B27AC9" w:rsidRPr="00F0111C" w:rsidRDefault="00B27AC9" w:rsidP="00B27AC9">
            <w:pPr>
              <w:keepNext/>
              <w:rPr>
                <w:rFonts w:ascii="Calibri" w:hAnsi="Calibri" w:cs="Calibri"/>
                <w:sz w:val="14"/>
                <w:szCs w:val="14"/>
                <w:lang w:val="pt-BR"/>
              </w:rPr>
            </w:pPr>
            <w:r w:rsidRPr="00F0111C">
              <w:rPr>
                <w:rFonts w:ascii="Calibri" w:hAnsi="Calibri" w:cs="Calibr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3283EDE9" w14:textId="77777777" w:rsidR="00B27AC9" w:rsidRPr="00F0111C" w:rsidRDefault="00B27AC9" w:rsidP="00B27AC9">
            <w:pPr>
              <w:keepNext/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</w:pPr>
            <w:r w:rsidRPr="00F0111C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F0111C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F0111C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F0111C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F0111C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: 110053</w:t>
            </w:r>
          </w:p>
          <w:p w14:paraId="3F8F55B0" w14:textId="0A4ABF97" w:rsidR="00B27AC9" w:rsidRPr="00F0111C" w:rsidRDefault="00B27AC9" w:rsidP="00B27AC9">
            <w:pPr>
              <w:keepNext/>
              <w:rPr>
                <w:rFonts w:ascii="Calibri" w:hAnsi="Calibri" w:cs="Calibri"/>
                <w:iCs/>
                <w:sz w:val="20"/>
                <w:szCs w:val="20"/>
              </w:rPr>
            </w:pPr>
            <w:r w:rsidRPr="00F0111C">
              <w:rPr>
                <w:rFonts w:ascii="Calibri" w:hAnsi="Calibri" w:cs="Calibr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F213F0" w:rsidRPr="00F0111C" w14:paraId="2F0FA6F4" w14:textId="77777777" w:rsidTr="00F0111C">
        <w:trPr>
          <w:cantSplit/>
          <w:trHeight w:val="479"/>
        </w:trPr>
        <w:tc>
          <w:tcPr>
            <w:tcW w:w="1672" w:type="dxa"/>
            <w:vMerge/>
          </w:tcPr>
          <w:p w14:paraId="70224AD7" w14:textId="77777777" w:rsidR="00F213F0" w:rsidRPr="00F0111C" w:rsidRDefault="00F213F0" w:rsidP="00B27AC9">
            <w:pPr>
              <w:rPr>
                <w:rFonts w:ascii="Calibri" w:hAnsi="Calibri" w:cs="Calibri"/>
              </w:rPr>
            </w:pPr>
          </w:p>
        </w:tc>
        <w:tc>
          <w:tcPr>
            <w:tcW w:w="4767" w:type="dxa"/>
            <w:gridSpan w:val="2"/>
            <w:shd w:val="clear" w:color="auto" w:fill="F0F0F0"/>
          </w:tcPr>
          <w:p w14:paraId="6E9E10B7" w14:textId="77777777" w:rsidR="00F213F0" w:rsidRPr="00F0111C" w:rsidRDefault="00F213F0" w:rsidP="00B27AC9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20" w:type="dxa"/>
            <w:shd w:val="clear" w:color="auto" w:fill="F0F0F0"/>
          </w:tcPr>
          <w:p w14:paraId="40F42B00" w14:textId="77777777" w:rsidR="00F213F0" w:rsidRPr="00F0111C" w:rsidRDefault="00F213F0" w:rsidP="00B27AC9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r w:rsidRPr="00F0111C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Data</w:t>
            </w:r>
          </w:p>
          <w:p w14:paraId="722275D7" w14:textId="77777777" w:rsidR="00F213F0" w:rsidRPr="00F0111C" w:rsidRDefault="00F213F0" w:rsidP="00B27AC9">
            <w:pPr>
              <w:keepNext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E0F6F3E" w14:textId="2CBB72FB" w:rsidR="00945CC5" w:rsidRPr="00F0111C" w:rsidRDefault="00FA7758" w:rsidP="003E706D">
      <w:pPr>
        <w:spacing w:before="140" w:after="40"/>
        <w:jc w:val="center"/>
        <w:rPr>
          <w:rFonts w:ascii="Calibri" w:hAnsi="Calibri" w:cs="Calibri"/>
          <w:sz w:val="28"/>
          <w:szCs w:val="28"/>
          <w:lang w:val="fr-FR"/>
        </w:rPr>
      </w:pPr>
      <w:r w:rsidRPr="00F0111C">
        <w:rPr>
          <w:rFonts w:ascii="Calibri" w:hAnsi="Calibri" w:cs="Calibri"/>
          <w:b/>
          <w:sz w:val="28"/>
          <w:szCs w:val="28"/>
          <w:lang w:val="fr-FR"/>
        </w:rPr>
        <w:t>CERERE</w:t>
      </w:r>
    </w:p>
    <w:p w14:paraId="757062F0" w14:textId="77777777" w:rsidR="00945CC5" w:rsidRPr="00F0111C" w:rsidRDefault="00945CC5">
      <w:pPr>
        <w:spacing w:after="60"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:rsidRPr="00F0111C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F0111C">
              <w:rPr>
                <w:rFonts w:ascii="Calibri" w:hAnsi="Calibri" w:cs="Calibri"/>
                <w:b/>
                <w:sz w:val="16"/>
              </w:rPr>
              <w:t xml:space="preserve">1.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CĂTRE</w:t>
            </w:r>
          </w:p>
        </w:tc>
      </w:tr>
      <w:tr w:rsidR="00945CC5" w:rsidRPr="00F0111C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municipiului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orașului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comunei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sector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consiliul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F0111C" w:rsidRDefault="00945CC5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945CC5" w:rsidRPr="00F0111C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F0111C" w:rsidRDefault="00FA7758">
            <w:pPr>
              <w:spacing w:line="228" w:lineRule="auto"/>
              <w:rPr>
                <w:rFonts w:ascii="Calibri" w:hAnsi="Calibri" w:cs="Calibri"/>
                <w:lang w:val="fr-FR"/>
              </w:rPr>
            </w:pPr>
            <w:proofErr w:type="spellStart"/>
            <w:r w:rsidRPr="00F0111C">
              <w:rPr>
                <w:rFonts w:ascii="Calibri" w:hAnsi="Calibri" w:cs="Calibri"/>
                <w:lang w:val="fr-FR"/>
              </w:rPr>
              <w:t>Cererea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va fi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transmisă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către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președintele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consiliului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județean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general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sector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sau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municipiului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orașului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comunei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după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lang w:val="fr-FR"/>
              </w:rPr>
              <w:t>caz</w:t>
            </w:r>
            <w:proofErr w:type="spellEnd"/>
            <w:r w:rsidRPr="00F0111C">
              <w:rPr>
                <w:rFonts w:ascii="Calibri" w:hAnsi="Calibri" w:cs="Calibri"/>
                <w:lang w:val="fr-FR"/>
              </w:rPr>
              <w:t>.</w:t>
            </w:r>
          </w:p>
        </w:tc>
      </w:tr>
    </w:tbl>
    <w:p w14:paraId="222ED0F3" w14:textId="77777777" w:rsidR="00945CC5" w:rsidRPr="00F0111C" w:rsidRDefault="00945CC5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:rsidRPr="00F0111C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F0111C">
              <w:rPr>
                <w:rFonts w:ascii="Calibri" w:hAnsi="Calibri" w:cs="Calibri"/>
                <w:b/>
                <w:sz w:val="16"/>
              </w:rPr>
              <w:t xml:space="preserve">2.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SOLICITANTUL</w:t>
            </w:r>
          </w:p>
        </w:tc>
      </w:tr>
      <w:tr w:rsidR="00945CC5" w:rsidRPr="00F0111C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și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  <w:gridSpan w:val="3"/>
          </w:tcPr>
          <w:p w14:paraId="30275711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CNP</w:t>
            </w:r>
          </w:p>
          <w:p w14:paraId="7043F6BF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Act de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identitate</w:t>
            </w:r>
            <w:proofErr w:type="spellEnd"/>
          </w:p>
        </w:tc>
      </w:tr>
      <w:tr w:rsidR="00945CC5" w:rsidRPr="00F0111C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Seria</w:t>
            </w:r>
          </w:p>
          <w:p w14:paraId="24A0D8B3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49A60C37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5"/>
          </w:tcPr>
          <w:p w14:paraId="71A34F26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Eliberat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de</w:t>
            </w:r>
          </w:p>
          <w:p w14:paraId="2120513B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6FD9088A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La data</w:t>
            </w:r>
          </w:p>
          <w:p w14:paraId="74299A9A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Domiciliul</w:t>
            </w:r>
            <w:proofErr w:type="spellEnd"/>
          </w:p>
        </w:tc>
      </w:tr>
      <w:tr w:rsidR="00945CC5" w:rsidRPr="00F0111C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4"/>
          </w:tcPr>
          <w:p w14:paraId="62428705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Municipiul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orașul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711B0E0B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Satul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63D1970E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A9CF27D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720F8FA8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5A070FC0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Sc.</w:t>
            </w:r>
          </w:p>
          <w:p w14:paraId="5BF40BFE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3C7D07E9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Et.</w:t>
            </w:r>
          </w:p>
          <w:p w14:paraId="23A53A0E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14B0FEB5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Ap.</w:t>
            </w:r>
          </w:p>
          <w:p w14:paraId="65283480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52730F08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 xml:space="preserve">Cod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63CEDB8F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Date de contact</w:t>
            </w:r>
          </w:p>
        </w:tc>
      </w:tr>
      <w:tr w:rsidR="00945CC5" w:rsidRPr="00F0111C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Telefon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fax</w:t>
            </w:r>
          </w:p>
          <w:p w14:paraId="02FD6B8A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5621" w:type="dxa"/>
            <w:gridSpan w:val="5"/>
          </w:tcPr>
          <w:p w14:paraId="4F13336C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E-mail</w:t>
            </w:r>
          </w:p>
          <w:p w14:paraId="2EA8891C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Reprezentare</w:t>
            </w:r>
            <w:proofErr w:type="spellEnd"/>
          </w:p>
        </w:tc>
      </w:tr>
      <w:tr w:rsidR="00945CC5" w:rsidRPr="00F0111C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În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calitate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reprezentant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al</w:t>
            </w:r>
          </w:p>
          <w:p w14:paraId="3EDD4294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494FF803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CUI / CIF</w:t>
            </w:r>
          </w:p>
          <w:p w14:paraId="1BEA7989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</w:tr>
    </w:tbl>
    <w:p w14:paraId="369741AD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F0111C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r w:rsidRPr="00F0111C">
              <w:rPr>
                <w:rFonts w:ascii="Calibri" w:hAnsi="Calibri" w:cs="Calibri"/>
                <w:b/>
                <w:sz w:val="16"/>
                <w:lang w:val="fr-FR"/>
              </w:rPr>
              <w:t xml:space="preserve"> 3.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:rsidRPr="00F0111C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26A8ADF7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3026A8C9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Din data</w:t>
            </w:r>
          </w:p>
          <w:p w14:paraId="5625E881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075593A1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 xml:space="preserve">Termen de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0B094E00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Emisă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de</w:t>
            </w:r>
          </w:p>
          <w:p w14:paraId="7F021B74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</w:tr>
    </w:tbl>
    <w:p w14:paraId="65765592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:rsidRPr="00F0111C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</w:rPr>
              <w:t xml:space="preserve"> 4.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IMOBILUL</w:t>
            </w:r>
          </w:p>
        </w:tc>
      </w:tr>
      <w:tr w:rsidR="00945CC5" w:rsidRPr="00F0111C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teren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   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construcții</w:t>
            </w:r>
            <w:proofErr w:type="spellEnd"/>
          </w:p>
        </w:tc>
      </w:tr>
      <w:tr w:rsidR="00945CC5" w:rsidRPr="00F0111C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49AA7131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Municipiu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oraș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6B267514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Sat / sector</w:t>
            </w:r>
          </w:p>
          <w:p w14:paraId="3D665FF3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 xml:space="preserve">Cod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3"/>
          </w:tcPr>
          <w:p w14:paraId="5052AACD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0E6F4E05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5F10DD99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251210DF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411E1021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Bl. / sc. / et. / ap.</w:t>
            </w:r>
          </w:p>
          <w:p w14:paraId="395DA904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Număr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imobilul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e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înscris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>în</w:t>
            </w:r>
            <w:proofErr w:type="spellEnd"/>
            <w:r w:rsidRPr="00F0111C">
              <w:rPr>
                <w:rFonts w:ascii="Calibri" w:hAnsi="Calibri" w:cs="Calibri"/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F0111C" w:rsidRDefault="00945CC5">
            <w:pPr>
              <w:keepNext/>
              <w:rPr>
                <w:rFonts w:ascii="Calibri" w:hAnsi="Calibri" w:cs="Calibr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 xml:space="preserve">Carte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funciară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</w:t>
            </w:r>
          </w:p>
          <w:p w14:paraId="57FB9B48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extras de carte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funciară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actualizat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anexat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   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plan de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încadrare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în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zonă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în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sistem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Stereo 70,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Pr="00F0111C" w:rsidRDefault="00FA7758" w:rsidP="003E706D">
      <w:pPr>
        <w:spacing w:before="80" w:after="60"/>
        <w:jc w:val="center"/>
        <w:rPr>
          <w:rFonts w:ascii="Calibri" w:hAnsi="Calibri" w:cs="Calibri"/>
        </w:rPr>
      </w:pPr>
      <w:proofErr w:type="spellStart"/>
      <w:r w:rsidRPr="00F0111C">
        <w:rPr>
          <w:rFonts w:ascii="Calibri" w:hAnsi="Calibri" w:cs="Calibri"/>
          <w:sz w:val="18"/>
        </w:rPr>
        <w:t>în</w:t>
      </w:r>
      <w:proofErr w:type="spellEnd"/>
      <w:r w:rsidRPr="00F0111C">
        <w:rPr>
          <w:rFonts w:ascii="Calibri" w:hAnsi="Calibri" w:cs="Calibri"/>
          <w:sz w:val="18"/>
        </w:rPr>
        <w:t xml:space="preserve"> </w:t>
      </w:r>
      <w:proofErr w:type="spellStart"/>
      <w:r w:rsidRPr="00F0111C">
        <w:rPr>
          <w:rFonts w:ascii="Calibri" w:hAnsi="Calibri" w:cs="Calibri"/>
          <w:sz w:val="18"/>
        </w:rPr>
        <w:t>conformitate</w:t>
      </w:r>
      <w:proofErr w:type="spellEnd"/>
      <w:r w:rsidRPr="00F0111C">
        <w:rPr>
          <w:rFonts w:ascii="Calibri" w:hAnsi="Calibri" w:cs="Calibri"/>
          <w:sz w:val="18"/>
        </w:rPr>
        <w:t xml:space="preserve"> cu </w:t>
      </w:r>
      <w:proofErr w:type="spellStart"/>
      <w:r w:rsidRPr="00F0111C">
        <w:rPr>
          <w:rFonts w:ascii="Calibri" w:hAnsi="Calibri" w:cs="Calibri"/>
          <w:sz w:val="18"/>
        </w:rPr>
        <w:t>prevederile</w:t>
      </w:r>
      <w:proofErr w:type="spellEnd"/>
      <w:r w:rsidRPr="00F0111C">
        <w:rPr>
          <w:rFonts w:ascii="Calibri" w:hAnsi="Calibri" w:cs="Calibri"/>
          <w:sz w:val="18"/>
        </w:rPr>
        <w:t xml:space="preserve"> art. 293 din Legea nr. 169/2026 </w:t>
      </w:r>
      <w:proofErr w:type="spellStart"/>
      <w:r w:rsidRPr="00F0111C">
        <w:rPr>
          <w:rFonts w:ascii="Calibri" w:hAnsi="Calibri" w:cs="Calibri"/>
          <w:sz w:val="18"/>
        </w:rPr>
        <w:t>privind</w:t>
      </w:r>
      <w:proofErr w:type="spellEnd"/>
      <w:r w:rsidRPr="00F0111C">
        <w:rPr>
          <w:rFonts w:ascii="Calibri" w:hAnsi="Calibri" w:cs="Calibri"/>
          <w:sz w:val="18"/>
        </w:rPr>
        <w:t xml:space="preserve"> </w:t>
      </w:r>
      <w:proofErr w:type="spellStart"/>
      <w:r w:rsidRPr="00F0111C">
        <w:rPr>
          <w:rFonts w:ascii="Calibri" w:hAnsi="Calibri" w:cs="Calibri"/>
          <w:sz w:val="18"/>
        </w:rPr>
        <w:t>Codul</w:t>
      </w:r>
      <w:proofErr w:type="spellEnd"/>
      <w:r w:rsidRPr="00F0111C">
        <w:rPr>
          <w:rFonts w:ascii="Calibri" w:hAnsi="Calibri" w:cs="Calibri"/>
          <w:sz w:val="18"/>
        </w:rPr>
        <w:t xml:space="preserve"> </w:t>
      </w:r>
      <w:proofErr w:type="spellStart"/>
      <w:r w:rsidRPr="00F0111C">
        <w:rPr>
          <w:rFonts w:ascii="Calibri" w:hAnsi="Calibri" w:cs="Calibri"/>
          <w:sz w:val="18"/>
        </w:rPr>
        <w:t>amenajării</w:t>
      </w:r>
      <w:proofErr w:type="spellEnd"/>
      <w:r w:rsidRPr="00F0111C">
        <w:rPr>
          <w:rFonts w:ascii="Calibri" w:hAnsi="Calibri" w:cs="Calibri"/>
          <w:sz w:val="18"/>
        </w:rPr>
        <w:t xml:space="preserve"> </w:t>
      </w:r>
      <w:proofErr w:type="spellStart"/>
      <w:r w:rsidRPr="00F0111C">
        <w:rPr>
          <w:rFonts w:ascii="Calibri" w:hAnsi="Calibri" w:cs="Calibri"/>
          <w:sz w:val="18"/>
        </w:rPr>
        <w:t>teritoriului</w:t>
      </w:r>
      <w:proofErr w:type="spellEnd"/>
      <w:r w:rsidRPr="00F0111C">
        <w:rPr>
          <w:rFonts w:ascii="Calibri" w:hAnsi="Calibri" w:cs="Calibri"/>
          <w:sz w:val="18"/>
        </w:rPr>
        <w:t xml:space="preserve">, </w:t>
      </w:r>
      <w:proofErr w:type="spellStart"/>
      <w:r w:rsidRPr="00F0111C">
        <w:rPr>
          <w:rFonts w:ascii="Calibri" w:hAnsi="Calibri" w:cs="Calibri"/>
          <w:sz w:val="18"/>
        </w:rPr>
        <w:t>urbanismului</w:t>
      </w:r>
      <w:proofErr w:type="spellEnd"/>
      <w:r w:rsidRPr="00F0111C">
        <w:rPr>
          <w:rFonts w:ascii="Calibri" w:hAnsi="Calibri" w:cs="Calibri"/>
          <w:sz w:val="18"/>
        </w:rPr>
        <w:t xml:space="preserve"> </w:t>
      </w:r>
      <w:proofErr w:type="spellStart"/>
      <w:r w:rsidRPr="00F0111C">
        <w:rPr>
          <w:rFonts w:ascii="Calibri" w:hAnsi="Calibri" w:cs="Calibri"/>
          <w:sz w:val="18"/>
        </w:rPr>
        <w:t>și</w:t>
      </w:r>
      <w:proofErr w:type="spellEnd"/>
      <w:r w:rsidRPr="00F0111C">
        <w:rPr>
          <w:rFonts w:ascii="Calibri" w:hAnsi="Calibri" w:cs="Calibri"/>
          <w:sz w:val="18"/>
        </w:rPr>
        <w:t xml:space="preserve"> </w:t>
      </w:r>
      <w:proofErr w:type="spellStart"/>
      <w:r w:rsidRPr="00F0111C">
        <w:rPr>
          <w:rFonts w:ascii="Calibri" w:hAnsi="Calibri" w:cs="Calibri"/>
          <w:sz w:val="18"/>
        </w:rPr>
        <w:t>construcțiilor</w:t>
      </w:r>
      <w:proofErr w:type="spellEnd"/>
      <w:r w:rsidRPr="00F0111C">
        <w:rPr>
          <w:rFonts w:ascii="Calibri" w:hAnsi="Calibri" w:cs="Calibri"/>
          <w:sz w:val="18"/>
        </w:rPr>
        <w:t xml:space="preserve">, solicit </w:t>
      </w:r>
      <w:proofErr w:type="spellStart"/>
      <w:r w:rsidRPr="00F0111C">
        <w:rPr>
          <w:rFonts w:ascii="Calibri" w:hAnsi="Calibri" w:cs="Calibri"/>
          <w:sz w:val="18"/>
        </w:rPr>
        <w:t>emiterea</w:t>
      </w:r>
      <w:proofErr w:type="spellEnd"/>
    </w:p>
    <w:p w14:paraId="6DBB5635" w14:textId="77777777" w:rsidR="00945CC5" w:rsidRPr="00F0111C" w:rsidRDefault="00FA7758">
      <w:pPr>
        <w:spacing w:after="160"/>
        <w:jc w:val="center"/>
        <w:rPr>
          <w:rFonts w:ascii="Calibri" w:hAnsi="Calibri" w:cs="Calibri"/>
        </w:rPr>
      </w:pPr>
      <w:r w:rsidRPr="00F0111C">
        <w:rPr>
          <w:rFonts w:ascii="Calibri" w:hAnsi="Calibri" w:cs="Calibri"/>
          <w:b/>
          <w:sz w:val="20"/>
        </w:rPr>
        <w:t>AUTORIZAȚIEI DE MODIFICARE</w:t>
      </w:r>
    </w:p>
    <w:p w14:paraId="2C3182FB" w14:textId="7446FCB0" w:rsidR="00945CC5" w:rsidRPr="00F0111C" w:rsidRDefault="00FA7758">
      <w:pPr>
        <w:spacing w:after="120"/>
        <w:jc w:val="center"/>
        <w:rPr>
          <w:rFonts w:ascii="Calibri" w:hAnsi="Calibri" w:cs="Calibri"/>
        </w:rPr>
      </w:pPr>
      <w:proofErr w:type="spellStart"/>
      <w:r w:rsidRPr="00F0111C">
        <w:rPr>
          <w:rFonts w:ascii="Calibri" w:hAnsi="Calibri" w:cs="Calibri"/>
          <w:sz w:val="19"/>
        </w:rPr>
        <w:t>în</w:t>
      </w:r>
      <w:proofErr w:type="spellEnd"/>
      <w:r w:rsidRPr="00F0111C">
        <w:rPr>
          <w:rFonts w:ascii="Calibri" w:hAnsi="Calibri" w:cs="Calibri"/>
          <w:sz w:val="19"/>
        </w:rPr>
        <w:t xml:space="preserve"> </w:t>
      </w:r>
      <w:proofErr w:type="spellStart"/>
      <w:r w:rsidRPr="00F0111C">
        <w:rPr>
          <w:rFonts w:ascii="Calibri" w:hAnsi="Calibri" w:cs="Calibri"/>
          <w:sz w:val="19"/>
        </w:rPr>
        <w:t>vederea</w:t>
      </w:r>
      <w:proofErr w:type="spellEnd"/>
      <w:r w:rsidRPr="00F0111C">
        <w:rPr>
          <w:rFonts w:ascii="Calibri" w:hAnsi="Calibri" w:cs="Calibri"/>
          <w:sz w:val="19"/>
        </w:rPr>
        <w:t xml:space="preserve"> </w:t>
      </w:r>
      <w:proofErr w:type="spellStart"/>
      <w:r w:rsidRPr="00F0111C">
        <w:rPr>
          <w:rFonts w:ascii="Calibri" w:hAnsi="Calibri" w:cs="Calibri"/>
          <w:sz w:val="19"/>
        </w:rPr>
        <w:t>realizării</w:t>
      </w:r>
      <w:proofErr w:type="spellEnd"/>
      <w:r w:rsidRPr="00F0111C">
        <w:rPr>
          <w:rFonts w:ascii="Calibri" w:hAnsi="Calibri" w:cs="Calibri"/>
          <w:sz w:val="19"/>
        </w:rPr>
        <w:t xml:space="preserve"> </w:t>
      </w:r>
      <w:proofErr w:type="spellStart"/>
      <w:r w:rsidRPr="00F0111C">
        <w:rPr>
          <w:rFonts w:ascii="Calibri" w:hAnsi="Calibri" w:cs="Calibri"/>
          <w:sz w:val="19"/>
        </w:rPr>
        <w:t>lucrărilor</w:t>
      </w:r>
      <w:proofErr w:type="spellEnd"/>
      <w:r w:rsidRPr="00F0111C">
        <w:rPr>
          <w:rFonts w:ascii="Calibri" w:hAnsi="Calibri" w:cs="Calibri"/>
          <w:sz w:val="19"/>
        </w:rPr>
        <w:t xml:space="preserve"> </w:t>
      </w:r>
      <w:proofErr w:type="spellStart"/>
      <w:r w:rsidRPr="00F0111C">
        <w:rPr>
          <w:rFonts w:ascii="Calibri" w:hAnsi="Calibri" w:cs="Calibri"/>
          <w:sz w:val="19"/>
        </w:rPr>
        <w:t>corespunzătoare</w:t>
      </w:r>
      <w:proofErr w:type="spellEnd"/>
      <w:r w:rsidRPr="00F0111C">
        <w:rPr>
          <w:rFonts w:ascii="Calibri" w:hAnsi="Calibri" w:cs="Calibri"/>
          <w:sz w:val="19"/>
        </w:rPr>
        <w:t xml:space="preserve"> </w:t>
      </w:r>
      <w:proofErr w:type="spellStart"/>
      <w:r w:rsidRPr="00F0111C">
        <w:rPr>
          <w:rFonts w:ascii="Calibri" w:hAnsi="Calibri" w:cs="Calibri"/>
          <w:sz w:val="19"/>
        </w:rPr>
        <w:t>modificărilor</w:t>
      </w:r>
      <w:proofErr w:type="spellEnd"/>
      <w:r w:rsidRPr="00F0111C">
        <w:rPr>
          <w:rFonts w:ascii="Calibri" w:hAnsi="Calibri" w:cs="Calibri"/>
          <w:sz w:val="19"/>
        </w:rPr>
        <w:t xml:space="preserve"> de </w:t>
      </w:r>
      <w:proofErr w:type="spellStart"/>
      <w:r w:rsidRPr="00F0111C">
        <w:rPr>
          <w:rFonts w:ascii="Calibri" w:hAnsi="Calibri" w:cs="Calibri"/>
          <w:sz w:val="19"/>
        </w:rPr>
        <w:t>temă</w:t>
      </w:r>
      <w:proofErr w:type="spellEnd"/>
    </w:p>
    <w:p w14:paraId="027A92FB" w14:textId="77777777" w:rsidR="00945CC5" w:rsidRPr="00F0111C" w:rsidRDefault="00945CC5">
      <w:pPr>
        <w:spacing w:after="60"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:rsidRPr="00F0111C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</w:rPr>
              <w:t xml:space="preserve"> 5.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:rsidRPr="00F0111C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Pr="00F0111C" w:rsidRDefault="00945CC5">
            <w:pPr>
              <w:pBdr>
                <w:bottom w:val="dotted" w:sz="6" w:space="0" w:color="999999"/>
              </w:pBdr>
              <w:spacing w:after="80"/>
              <w:rPr>
                <w:rFonts w:ascii="Calibri" w:hAnsi="Calibri" w:cs="Calibri"/>
              </w:rPr>
            </w:pPr>
          </w:p>
          <w:p w14:paraId="58F95BED" w14:textId="77777777" w:rsidR="00945CC5" w:rsidRPr="00F0111C" w:rsidRDefault="00945CC5">
            <w:pPr>
              <w:pBdr>
                <w:bottom w:val="dotted" w:sz="6" w:space="0" w:color="999999"/>
              </w:pBdr>
              <w:spacing w:after="80"/>
              <w:rPr>
                <w:rFonts w:ascii="Calibri" w:hAnsi="Calibri" w:cs="Calibri"/>
              </w:rPr>
            </w:pPr>
          </w:p>
          <w:p w14:paraId="71486E82" w14:textId="77777777" w:rsidR="00945CC5" w:rsidRPr="00F0111C" w:rsidRDefault="00945CC5">
            <w:pPr>
              <w:pBdr>
                <w:bottom w:val="dotted" w:sz="6" w:space="0" w:color="999999"/>
              </w:pBdr>
              <w:spacing w:after="80"/>
              <w:rPr>
                <w:rFonts w:ascii="Calibri" w:hAnsi="Calibri" w:cs="Calibri"/>
              </w:rPr>
            </w:pPr>
          </w:p>
        </w:tc>
      </w:tr>
    </w:tbl>
    <w:p w14:paraId="42F5F517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:rsidRPr="00F0111C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</w:rPr>
              <w:lastRenderedPageBreak/>
              <w:t xml:space="preserve"> 6.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ECHIPA DE PROIECTARE</w:t>
            </w:r>
          </w:p>
        </w:tc>
      </w:tr>
      <w:tr w:rsidR="00945CC5" w:rsidRPr="00F0111C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3E706D" w:rsidRPr="00F0111C">
              <w:rPr>
                <w:rFonts w:ascii="Calibri" w:hAnsi="Calibri" w:cs="Calibri"/>
                <w:sz w:val="16"/>
              </w:rPr>
              <w:t>P</w:t>
            </w:r>
            <w:r w:rsidRPr="00F0111C">
              <w:rPr>
                <w:rFonts w:ascii="Calibri" w:hAnsi="Calibri" w:cs="Calibri"/>
                <w:sz w:val="16"/>
              </w:rPr>
              <w:t>roiect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pentru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autorizarea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construirii</w:t>
            </w:r>
            <w:proofErr w:type="spellEnd"/>
            <w:r w:rsidR="003E706D"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3E706D" w:rsidRPr="00F0111C">
              <w:rPr>
                <w:rFonts w:ascii="Calibri" w:hAnsi="Calibri" w:cs="Calibri"/>
                <w:sz w:val="16"/>
              </w:rPr>
              <w:t>actualizat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    </w:t>
            </w:r>
          </w:p>
        </w:tc>
      </w:tr>
      <w:tr w:rsidR="00945CC5" w:rsidRPr="00F0111C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 xml:space="preserve">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proiectului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6424" w:type="dxa"/>
            <w:gridSpan w:val="3"/>
          </w:tcPr>
          <w:p w14:paraId="6033B50C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Elaborator (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denumire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+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sediu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>)</w:t>
            </w:r>
          </w:p>
          <w:p w14:paraId="3AB56B9F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Proiectant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autor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arhitect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conductor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arhitect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arhitect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de interior</w:t>
            </w:r>
          </w:p>
          <w:p w14:paraId="69F7938F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59E4B71B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Nr. TNA</w:t>
            </w:r>
          </w:p>
          <w:p w14:paraId="36515EB3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6AAAD556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Ingineri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, pe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</w:tr>
    </w:tbl>
    <w:p w14:paraId="021120A2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:rsidRPr="00F0111C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</w:rPr>
              <w:t xml:space="preserve"> 7.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VERIFICAREA TEHNICĂ</w:t>
            </w:r>
          </w:p>
        </w:tc>
      </w:tr>
      <w:tr w:rsidR="00945CC5" w:rsidRPr="00F0111C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CC 1 / NVP 1    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CC 2 / NVP 2    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CC 3 / NVP 3     </w:t>
            </w: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CC 4 / NVP 4</w:t>
            </w:r>
          </w:p>
        </w:tc>
      </w:tr>
      <w:tr w:rsidR="00945CC5" w:rsidRPr="00F0111C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rezistență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mecanică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stabilitate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verificator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nr.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2930213F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Referat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</w:p>
          <w:p w14:paraId="36784913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securitate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la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incendiu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verificator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nr.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38F1D831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Referat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</w:p>
          <w:p w14:paraId="30FFA898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igienă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sănătate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mediu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înconjurător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verificator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nr.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0803026D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Referat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</w:p>
          <w:p w14:paraId="7680C924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siguranță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accesibilitate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în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exploatare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verificator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nr.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68FAC4FD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Referat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</w:p>
          <w:p w14:paraId="7763FD4A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protecție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împotriva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zgomotului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verificator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nr.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141E13C2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Referat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</w:p>
          <w:p w14:paraId="60E8A8E8" w14:textId="77777777" w:rsidR="00945CC5" w:rsidRPr="00F0111C" w:rsidRDefault="00945CC5">
            <w:pPr>
              <w:keepNext/>
              <w:rPr>
                <w:rFonts w:ascii="Calibri" w:hAnsi="Calibri" w:cs="Calibri"/>
              </w:rPr>
            </w:pPr>
          </w:p>
        </w:tc>
      </w:tr>
      <w:tr w:rsidR="00945CC5" w:rsidRPr="00F0111C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economie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energie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izolare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termică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—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și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verificator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/ nr.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4015" w:type="dxa"/>
          </w:tcPr>
          <w:p w14:paraId="6E723FF9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Referat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nr. / </w:t>
            </w:r>
            <w:proofErr w:type="gramStart"/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  <w:proofErr w:type="gramEnd"/>
          </w:p>
          <w:p w14:paraId="300D25F3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</w:tr>
    </w:tbl>
    <w:p w14:paraId="53172F93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:rsidRPr="00F0111C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</w:rPr>
              <w:t xml:space="preserve"> 8.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VALORI ȘI DURATĂ</w:t>
            </w:r>
          </w:p>
        </w:tc>
      </w:tr>
      <w:tr w:rsidR="00945CC5" w:rsidRPr="00F0111C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Valoarea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lucrărilor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supuse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autorizării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(lei)</w:t>
            </w:r>
          </w:p>
          <w:p w14:paraId="1E0E077C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1B41F458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Valoarea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obiectivului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(lei)</w:t>
            </w:r>
          </w:p>
          <w:p w14:paraId="4C4794B5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7120BB31" w14:textId="77777777" w:rsidR="00945CC5" w:rsidRPr="00F0111C" w:rsidRDefault="00FA7758">
            <w:pPr>
              <w:rPr>
                <w:rFonts w:ascii="Calibri" w:hAnsi="Calibri" w:cs="Calibri"/>
                <w:lang w:val="fr-FR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Durata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estimată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execuție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 xml:space="preserve"> (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luni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F0111C" w:rsidRDefault="00945CC5">
            <w:pPr>
              <w:rPr>
                <w:rFonts w:ascii="Calibri" w:hAnsi="Calibri" w:cs="Calibri"/>
                <w:lang w:val="fr-FR"/>
              </w:rPr>
            </w:pPr>
          </w:p>
        </w:tc>
      </w:tr>
    </w:tbl>
    <w:p w14:paraId="1AB368D3" w14:textId="77777777" w:rsidR="00945CC5" w:rsidRPr="00F0111C" w:rsidRDefault="00945CC5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:rsidRPr="00F0111C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F0111C">
              <w:rPr>
                <w:rFonts w:ascii="Calibri" w:hAnsi="Calibri" w:cs="Calibri"/>
                <w:b/>
                <w:sz w:val="16"/>
              </w:rPr>
              <w:t xml:space="preserve">9.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F0111C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Segoe UI Symbol" w:hAnsi="Segoe UI Symbol" w:cs="Segoe UI Symbol"/>
                <w:sz w:val="16"/>
              </w:rPr>
              <w:t>☐</w:t>
            </w:r>
            <w:r w:rsidRPr="00F0111C">
              <w:rPr>
                <w:rFonts w:ascii="Calibri" w:hAnsi="Calibri" w:cs="Calibri"/>
                <w:sz w:val="16"/>
              </w:rPr>
              <w:t xml:space="preserve"> a)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proiectul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pentru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autorizarea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construirii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actualizat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cuprinzând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modificările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temă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(2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exemplare</w:t>
            </w:r>
            <w:proofErr w:type="spellEnd"/>
            <w:r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</w:rPr>
              <w:t>originale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sau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1 exemplar original,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în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format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letric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,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acolo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unde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autoritatea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are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posibilitatea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de </w:t>
            </w:r>
            <w:proofErr w:type="gramStart"/>
            <w:r w:rsidR="004E6AFA" w:rsidRPr="00F0111C">
              <w:rPr>
                <w:rFonts w:ascii="Calibri" w:hAnsi="Calibri" w:cs="Calibri"/>
                <w:sz w:val="16"/>
              </w:rPr>
              <w:t>a</w:t>
            </w:r>
            <w:proofErr w:type="gramEnd"/>
            <w:r w:rsidR="004E6AFA"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arhiva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="004E6AFA" w:rsidRPr="00F0111C">
              <w:rPr>
                <w:rFonts w:ascii="Calibri" w:hAnsi="Calibri" w:cs="Calibri"/>
                <w:sz w:val="16"/>
              </w:rPr>
              <w:t>în</w:t>
            </w:r>
            <w:proofErr w:type="spellEnd"/>
            <w:r w:rsidR="004E6AFA" w:rsidRPr="00F0111C">
              <w:rPr>
                <w:rFonts w:ascii="Calibri" w:hAnsi="Calibri" w:cs="Calibri"/>
                <w:sz w:val="16"/>
              </w:rPr>
              <w:t xml:space="preserve"> format digital)</w:t>
            </w:r>
            <w:r w:rsidRPr="00F0111C">
              <w:rPr>
                <w:rFonts w:ascii="Calibri" w:hAnsi="Calibri" w:cs="Calibri"/>
                <w:sz w:val="16"/>
              </w:rPr>
              <w:t>)</w:t>
            </w:r>
          </w:p>
        </w:tc>
      </w:tr>
      <w:tr w:rsidR="00945CC5" w:rsidRPr="00F0111C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r w:rsidRPr="00F0111C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b)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referatele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verificare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ale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proiectului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actualizat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corespunzător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clasei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consecințe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a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obiectivului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(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câte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1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exemplar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copie)</w:t>
            </w:r>
          </w:p>
        </w:tc>
      </w:tr>
      <w:tr w:rsidR="00945CC5" w:rsidRPr="00F0111C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r w:rsidRPr="00F0111C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c) documente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emise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către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emitenții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avizelor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/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acordurilor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din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care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rezultă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modificările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temă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se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încadrează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în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limitele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avizelor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emise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inițial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(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câte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1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exemplar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copie</w:t>
            </w:r>
            <w:proofErr w:type="gramStart"/>
            <w:r w:rsidRPr="00F0111C">
              <w:rPr>
                <w:rFonts w:ascii="Calibri" w:hAnsi="Calibri" w:cs="Calibri"/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F0111C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F0111C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rFonts w:ascii="Calibri" w:hAnsi="Calibri" w:cs="Calibri"/>
                <w:lang w:val="fr-FR"/>
              </w:rPr>
            </w:pPr>
          </w:p>
          <w:p w14:paraId="28E58600" w14:textId="77777777" w:rsidR="00945CC5" w:rsidRPr="00F0111C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rFonts w:ascii="Calibri" w:hAnsi="Calibri" w:cs="Calibri"/>
                <w:lang w:val="fr-FR"/>
              </w:rPr>
            </w:pPr>
          </w:p>
        </w:tc>
      </w:tr>
      <w:tr w:rsidR="00945CC5" w:rsidRPr="00F0111C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F0111C" w:rsidRDefault="00FA7758">
            <w:pPr>
              <w:keepNext/>
              <w:rPr>
                <w:rFonts w:ascii="Calibri" w:hAnsi="Calibri" w:cs="Calibri"/>
                <w:lang w:val="fr-FR"/>
              </w:rPr>
            </w:pPr>
            <w:r w:rsidRPr="00F0111C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d)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autorizația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construire /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desființare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inițială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și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proiectul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vizat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spre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neschimbare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(copie)</w:t>
            </w:r>
          </w:p>
        </w:tc>
      </w:tr>
      <w:tr w:rsidR="00945CC5" w:rsidRPr="00F0111C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Pr="00F0111C" w:rsidRDefault="00FA7758">
            <w:pPr>
              <w:rPr>
                <w:rFonts w:ascii="Calibri" w:hAnsi="Calibri" w:cs="Calibri"/>
                <w:sz w:val="16"/>
                <w:lang w:val="fr-FR"/>
              </w:rPr>
            </w:pPr>
            <w:r w:rsidRPr="00F0111C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e)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rapoartele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expertiză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tehnică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dacă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este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cazul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    </w:t>
            </w:r>
          </w:p>
          <w:p w14:paraId="2F2A261A" w14:textId="2D367933" w:rsidR="00945CC5" w:rsidRPr="00F0111C" w:rsidRDefault="00FA7758">
            <w:pPr>
              <w:rPr>
                <w:rFonts w:ascii="Calibri" w:hAnsi="Calibri" w:cs="Calibri"/>
                <w:lang w:val="fr-FR"/>
              </w:rPr>
            </w:pPr>
            <w:r w:rsidRPr="00F0111C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f)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documentele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plată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a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taxelor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legale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(</w:t>
            </w:r>
            <w:proofErr w:type="gramStart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copie)   </w:t>
            </w:r>
            <w:proofErr w:type="gram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 </w:t>
            </w:r>
            <w:r w:rsidRPr="00F0111C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g)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împuternicirea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dacă</w:t>
            </w:r>
            <w:proofErr w:type="spellEnd"/>
            <w:r w:rsidRPr="00F0111C">
              <w:rPr>
                <w:rFonts w:ascii="Calibri" w:hAnsi="Calibri" w:cs="Calibri"/>
                <w:sz w:val="16"/>
                <w:lang w:val="fr-FR"/>
              </w:rPr>
              <w:t xml:space="preserve"> este </w:t>
            </w:r>
            <w:proofErr w:type="spellStart"/>
            <w:r w:rsidRPr="00F0111C">
              <w:rPr>
                <w:rFonts w:ascii="Calibri" w:hAnsi="Calibri" w:cs="Calibri"/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F0111C" w:rsidRDefault="00945CC5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:rsidRPr="00F0111C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Pr="00F0111C" w:rsidRDefault="00FA7758">
            <w:pPr>
              <w:spacing w:line="228" w:lineRule="auto"/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Declar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pe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propria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răspundere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sub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sancțiunea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Codului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penal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privind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infracțiunea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de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fals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în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declarații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că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datele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menționate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în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prezenta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cerere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sunt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reale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și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exacte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și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că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am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formulat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prezenta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cerere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anterior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începerii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lucrărilor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asupra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elementelor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supuse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modificării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,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astfel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cum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stabilește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 art. 293 </w:t>
            </w:r>
            <w:proofErr w:type="spellStart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>alin</w:t>
            </w:r>
            <w:proofErr w:type="spellEnd"/>
            <w:r w:rsidRPr="00F0111C">
              <w:rPr>
                <w:rFonts w:ascii="Calibri" w:hAnsi="Calibri" w:cs="Calibri"/>
                <w:i/>
                <w:sz w:val="17"/>
                <w:lang w:val="fr-FR"/>
              </w:rPr>
              <w:t xml:space="preserve">. </w:t>
            </w:r>
            <w:r w:rsidRPr="00F0111C">
              <w:rPr>
                <w:rFonts w:ascii="Calibri" w:hAnsi="Calibri" w:cs="Calibri"/>
                <w:i/>
                <w:sz w:val="17"/>
              </w:rPr>
              <w:t>(2) din Lege</w:t>
            </w:r>
            <w:r w:rsidR="00A71320" w:rsidRPr="00F0111C">
              <w:rPr>
                <w:rFonts w:ascii="Calibri" w:hAnsi="Calibri" w:cs="Calibri"/>
                <w:i/>
                <w:sz w:val="17"/>
              </w:rPr>
              <w:t>a nr. 169/2026</w:t>
            </w:r>
            <w:r w:rsidRPr="00F0111C">
              <w:rPr>
                <w:rFonts w:ascii="Calibri" w:hAnsi="Calibri" w:cs="Calibri"/>
                <w:i/>
                <w:sz w:val="17"/>
              </w:rPr>
              <w:t>.</w:t>
            </w:r>
          </w:p>
        </w:tc>
      </w:tr>
    </w:tbl>
    <w:p w14:paraId="43E68B1F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:rsidRPr="00F0111C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Pr="00F0111C" w:rsidRDefault="00FA7758">
            <w:pPr>
              <w:keepNext/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sz w:val="16"/>
              </w:rPr>
              <w:t xml:space="preserve"> 10. </w:t>
            </w:r>
            <w:r w:rsidRPr="00F0111C">
              <w:rPr>
                <w:rFonts w:ascii="Calibri" w:hAnsi="Calibri" w:cs="Calibri"/>
                <w:b/>
                <w:color w:val="000000"/>
                <w:sz w:val="18"/>
              </w:rPr>
              <w:t>DATA ȘI SEMNĂTURA</w:t>
            </w:r>
          </w:p>
        </w:tc>
      </w:tr>
      <w:tr w:rsidR="00945CC5" w:rsidRPr="00F0111C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Pr="00F0111C" w:rsidRDefault="00FA7758">
            <w:pPr>
              <w:rPr>
                <w:rFonts w:ascii="Calibri" w:hAnsi="Calibri" w:cs="Calibri"/>
              </w:rPr>
            </w:pPr>
            <w:r w:rsidRPr="00F0111C">
              <w:rPr>
                <w:rFonts w:ascii="Calibri" w:hAnsi="Calibri" w:cs="Calibri"/>
                <w:b/>
                <w:color w:val="0D5F78"/>
              </w:rPr>
              <w:t>Data</w:t>
            </w:r>
          </w:p>
          <w:p w14:paraId="73E03F31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4818" w:type="dxa"/>
          </w:tcPr>
          <w:p w14:paraId="7CE53D19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Titularul</w:t>
            </w:r>
            <w:proofErr w:type="spellEnd"/>
            <w:r w:rsidRPr="00F0111C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3CD5128B" w14:textId="77777777" w:rsidR="00945CC5" w:rsidRPr="00F0111C" w:rsidRDefault="00FA7758">
            <w:pPr>
              <w:rPr>
                <w:rFonts w:ascii="Calibri" w:hAnsi="Calibri" w:cs="Calibri"/>
              </w:rPr>
            </w:pPr>
            <w:proofErr w:type="spellStart"/>
            <w:r w:rsidRPr="00F0111C">
              <w:rPr>
                <w:rFonts w:ascii="Calibri" w:hAnsi="Calibri" w:cs="Calibri"/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Pr="00F0111C" w:rsidRDefault="00945CC5">
            <w:pPr>
              <w:rPr>
                <w:rFonts w:ascii="Calibri" w:hAnsi="Calibri" w:cs="Calibri"/>
              </w:rPr>
            </w:pPr>
          </w:p>
        </w:tc>
      </w:tr>
    </w:tbl>
    <w:p w14:paraId="276A9619" w14:textId="77777777" w:rsidR="00945CC5" w:rsidRPr="00F0111C" w:rsidRDefault="00945CC5">
      <w:pPr>
        <w:spacing w:line="168" w:lineRule="auto"/>
        <w:rPr>
          <w:rFonts w:ascii="Calibri" w:hAnsi="Calibri" w:cs="Calibri"/>
        </w:rPr>
      </w:pPr>
    </w:p>
    <w:sectPr w:rsidR="00945CC5" w:rsidRPr="00F0111C" w:rsidSect="00B27AC9">
      <w:headerReference w:type="default" r:id="rId9"/>
      <w:footerReference w:type="default" r:id="rId10"/>
      <w:pgSz w:w="11906" w:h="16838"/>
      <w:pgMar w:top="567" w:right="1134" w:bottom="454" w:left="1134" w:header="426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C0BFC" w14:textId="77777777" w:rsidR="00BD47DF" w:rsidRDefault="00BD47DF">
      <w:r>
        <w:separator/>
      </w:r>
    </w:p>
  </w:endnote>
  <w:endnote w:type="continuationSeparator" w:id="0">
    <w:p w14:paraId="51A5656A" w14:textId="77777777" w:rsidR="00BD47DF" w:rsidRDefault="00BD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Pr="00FE7267" w:rsidRDefault="00FA7758">
    <w:pPr>
      <w:pStyle w:val="Footer"/>
      <w:tabs>
        <w:tab w:val="right" w:pos="9639"/>
      </w:tabs>
      <w:rPr>
        <w:rFonts w:asciiTheme="majorHAnsi" w:hAnsiTheme="majorHAnsi" w:cstheme="majorHAnsi"/>
        <w:sz w:val="13"/>
        <w:szCs w:val="13"/>
      </w:rPr>
    </w:pPr>
    <w:r w:rsidRPr="00FE7267">
      <w:rPr>
        <w:rFonts w:asciiTheme="majorHAnsi" w:hAnsiTheme="majorHAnsi" w:cstheme="majorHAnsi"/>
        <w:color w:val="595959"/>
        <w:sz w:val="13"/>
        <w:szCs w:val="13"/>
      </w:rPr>
      <w:t>F_A</w:t>
    </w:r>
    <w:r w:rsidR="003E706D" w:rsidRPr="00FE7267">
      <w:rPr>
        <w:rFonts w:asciiTheme="majorHAnsi" w:hAnsiTheme="majorHAnsi" w:cstheme="majorHAnsi"/>
        <w:color w:val="595959"/>
        <w:sz w:val="13"/>
        <w:szCs w:val="13"/>
      </w:rPr>
      <w:t>M</w:t>
    </w:r>
    <w:r w:rsidRPr="00FE7267">
      <w:rPr>
        <w:rFonts w:asciiTheme="majorHAnsi" w:hAnsiTheme="majorHAnsi" w:cstheme="majorHAnsi"/>
        <w:color w:val="595959"/>
        <w:sz w:val="13"/>
        <w:szCs w:val="13"/>
      </w:rPr>
      <w:t>_</w:t>
    </w:r>
    <w:r w:rsidR="003E706D" w:rsidRPr="00FE7267">
      <w:rPr>
        <w:rFonts w:asciiTheme="majorHAnsi" w:hAnsiTheme="majorHAnsi" w:cstheme="majorHAnsi"/>
        <w:color w:val="595959"/>
        <w:sz w:val="13"/>
        <w:szCs w:val="13"/>
      </w:rPr>
      <w:t>0</w:t>
    </w:r>
    <w:r w:rsidRPr="00FE7267">
      <w:rPr>
        <w:rFonts w:asciiTheme="majorHAnsi" w:hAnsiTheme="majorHAnsi" w:cstheme="majorHAnsi"/>
        <w:color w:val="595959"/>
        <w:sz w:val="13"/>
        <w:szCs w:val="13"/>
      </w:rPr>
      <w:t xml:space="preserve">1 · </w:t>
    </w:r>
    <w:proofErr w:type="spellStart"/>
    <w:r w:rsidRPr="00FE7267">
      <w:rPr>
        <w:rFonts w:asciiTheme="majorHAnsi" w:hAnsiTheme="majorHAnsi" w:cstheme="majorHAnsi"/>
        <w:color w:val="595959"/>
        <w:sz w:val="13"/>
        <w:szCs w:val="13"/>
      </w:rPr>
      <w:t>versiunea</w:t>
    </w:r>
    <w:proofErr w:type="spellEnd"/>
    <w:r w:rsidRPr="00FE7267">
      <w:rPr>
        <w:rFonts w:asciiTheme="majorHAnsi" w:hAnsiTheme="majorHAnsi" w:cstheme="majorHAnsi"/>
        <w:color w:val="595959"/>
        <w:sz w:val="13"/>
        <w:szCs w:val="13"/>
      </w:rPr>
      <w:t xml:space="preserve"> 1.0</w:t>
    </w:r>
    <w:r w:rsidRPr="00FE7267">
      <w:rPr>
        <w:rFonts w:asciiTheme="majorHAnsi" w:hAnsiTheme="majorHAnsi" w:cstheme="majorHAnsi"/>
        <w:color w:val="595959"/>
        <w:sz w:val="13"/>
        <w:szCs w:val="13"/>
      </w:rPr>
      <w:tab/>
    </w:r>
    <w:proofErr w:type="spellStart"/>
    <w:r w:rsidRPr="00FE7267">
      <w:rPr>
        <w:rFonts w:asciiTheme="majorHAnsi" w:hAnsiTheme="majorHAnsi" w:cstheme="majorHAnsi"/>
        <w:color w:val="595959"/>
        <w:sz w:val="13"/>
        <w:szCs w:val="13"/>
      </w:rPr>
      <w:t>pagina</w:t>
    </w:r>
    <w:proofErr w:type="spellEnd"/>
    <w:r w:rsidRPr="00FE7267">
      <w:rPr>
        <w:rFonts w:asciiTheme="majorHAnsi" w:hAnsiTheme="majorHAnsi" w:cstheme="majorHAnsi"/>
        <w:color w:val="595959"/>
        <w:sz w:val="13"/>
        <w:szCs w:val="13"/>
      </w:rPr>
      <w:t xml:space="preserve"> </w:t>
    </w:r>
    <w:r w:rsidRPr="00FE7267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FE7267">
      <w:rPr>
        <w:rFonts w:asciiTheme="majorHAnsi" w:hAnsiTheme="majorHAnsi" w:cstheme="majorHAnsi"/>
        <w:color w:val="595959"/>
        <w:sz w:val="13"/>
        <w:szCs w:val="13"/>
      </w:rPr>
      <w:instrText xml:space="preserve"> PAGE </w:instrText>
    </w:r>
    <w:r w:rsidRPr="00FE7267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3E706D" w:rsidRPr="00FE7267">
      <w:rPr>
        <w:rFonts w:asciiTheme="majorHAnsi" w:hAnsiTheme="majorHAnsi" w:cstheme="majorHAnsi"/>
        <w:noProof/>
        <w:color w:val="595959"/>
        <w:sz w:val="13"/>
        <w:szCs w:val="13"/>
      </w:rPr>
      <w:t>1</w:t>
    </w:r>
    <w:r w:rsidRPr="00FE7267">
      <w:rPr>
        <w:rFonts w:asciiTheme="majorHAnsi" w:hAnsiTheme="majorHAnsi" w:cstheme="majorHAnsi"/>
        <w:color w:val="595959"/>
        <w:sz w:val="13"/>
        <w:szCs w:val="13"/>
      </w:rPr>
      <w:fldChar w:fldCharType="end"/>
    </w:r>
    <w:r w:rsidRPr="00FE7267">
      <w:rPr>
        <w:rFonts w:asciiTheme="majorHAnsi" w:hAnsiTheme="majorHAnsi" w:cstheme="majorHAnsi"/>
        <w:color w:val="595959"/>
        <w:sz w:val="13"/>
        <w:szCs w:val="13"/>
      </w:rPr>
      <w:t xml:space="preserve"> din </w:t>
    </w:r>
    <w:r w:rsidRPr="00FE7267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FE7267">
      <w:rPr>
        <w:rFonts w:asciiTheme="majorHAnsi" w:hAnsiTheme="majorHAnsi" w:cstheme="majorHAnsi"/>
        <w:color w:val="595959"/>
        <w:sz w:val="13"/>
        <w:szCs w:val="13"/>
      </w:rPr>
      <w:instrText xml:space="preserve"> NUMPAGES </w:instrText>
    </w:r>
    <w:r w:rsidRPr="00FE7267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3E706D" w:rsidRPr="00FE7267">
      <w:rPr>
        <w:rFonts w:asciiTheme="majorHAnsi" w:hAnsiTheme="majorHAnsi" w:cstheme="majorHAnsi"/>
        <w:noProof/>
        <w:color w:val="595959"/>
        <w:sz w:val="13"/>
        <w:szCs w:val="13"/>
      </w:rPr>
      <w:t>2</w:t>
    </w:r>
    <w:r w:rsidRPr="00FE7267">
      <w:rPr>
        <w:rFonts w:asciiTheme="majorHAnsi" w:hAnsiTheme="majorHAnsi" w:cstheme="majorHAnsi"/>
        <w:color w:val="59595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D5895" w14:textId="77777777" w:rsidR="00BD47DF" w:rsidRDefault="00BD47DF">
      <w:r>
        <w:separator/>
      </w:r>
    </w:p>
  </w:footnote>
  <w:footnote w:type="continuationSeparator" w:id="0">
    <w:p w14:paraId="30FF5E2B" w14:textId="77777777" w:rsidR="00BD47DF" w:rsidRDefault="00BD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68B5" w14:textId="596F8642" w:rsidR="00B27AC9" w:rsidRPr="00F0111C" w:rsidRDefault="00B27AC9" w:rsidP="00B27AC9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F0111C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nr.2 </w:t>
    </w:r>
  </w:p>
  <w:p w14:paraId="57C190E0" w14:textId="0700727D" w:rsidR="00B27AC9" w:rsidRPr="00F0111C" w:rsidRDefault="00B27AC9">
    <w:pPr>
      <w:pStyle w:val="Header"/>
      <w:rPr>
        <w:rFonts w:asciiTheme="majorHAnsi" w:hAnsiTheme="majorHAnsi" w:cstheme="majorHAnsi"/>
      </w:rPr>
    </w:pPr>
    <w:r w:rsidRPr="00F0111C">
      <w:rPr>
        <w:rFonts w:asciiTheme="majorHAnsi" w:hAnsiTheme="majorHAnsi" w:cstheme="majorHAnsi"/>
        <w:color w:val="595959"/>
      </w:rPr>
      <w:t xml:space="preserve">F_AM_01 Cerere </w:t>
    </w:r>
    <w:proofErr w:type="spellStart"/>
    <w:r w:rsidRPr="00F0111C">
      <w:rPr>
        <w:rFonts w:asciiTheme="majorHAnsi" w:hAnsiTheme="majorHAnsi" w:cstheme="majorHAnsi"/>
        <w:color w:val="595959"/>
      </w:rPr>
      <w:t>privind</w:t>
    </w:r>
    <w:proofErr w:type="spellEnd"/>
    <w:r w:rsidRPr="00F0111C">
      <w:rPr>
        <w:rFonts w:asciiTheme="majorHAnsi" w:hAnsiTheme="majorHAnsi" w:cstheme="majorHAnsi"/>
        <w:color w:val="595959"/>
      </w:rPr>
      <w:t xml:space="preserve"> </w:t>
    </w:r>
    <w:proofErr w:type="spellStart"/>
    <w:r w:rsidRPr="00F0111C">
      <w:rPr>
        <w:rFonts w:asciiTheme="majorHAnsi" w:hAnsiTheme="majorHAnsi" w:cstheme="majorHAnsi"/>
        <w:color w:val="595959"/>
      </w:rPr>
      <w:t>emiterea</w:t>
    </w:r>
    <w:proofErr w:type="spellEnd"/>
    <w:r w:rsidRPr="00F0111C">
      <w:rPr>
        <w:rFonts w:asciiTheme="majorHAnsi" w:hAnsiTheme="majorHAnsi" w:cstheme="majorHAnsi"/>
        <w:color w:val="595959"/>
      </w:rPr>
      <w:t xml:space="preserve"> </w:t>
    </w:r>
    <w:proofErr w:type="spellStart"/>
    <w:r w:rsidRPr="00F0111C">
      <w:rPr>
        <w:rFonts w:asciiTheme="majorHAnsi" w:hAnsiTheme="majorHAnsi" w:cstheme="majorHAnsi"/>
        <w:color w:val="595959"/>
      </w:rPr>
      <w:t>Autorizatiei</w:t>
    </w:r>
    <w:proofErr w:type="spellEnd"/>
    <w:r w:rsidRPr="00F0111C">
      <w:rPr>
        <w:rFonts w:asciiTheme="majorHAnsi" w:hAnsiTheme="majorHAnsi" w:cstheme="majorHAnsi"/>
        <w:color w:val="595959"/>
      </w:rPr>
      <w:t xml:space="preserve"> de </w:t>
    </w:r>
    <w:proofErr w:type="spellStart"/>
    <w:r w:rsidRPr="00F0111C">
      <w:rPr>
        <w:rFonts w:asciiTheme="majorHAnsi" w:hAnsiTheme="majorHAnsi" w:cstheme="majorHAnsi"/>
        <w:color w:val="595959"/>
      </w:rPr>
      <w:t>modificare</w:t>
    </w:r>
    <w:proofErr w:type="spellEnd"/>
  </w:p>
  <w:p w14:paraId="09BE0D1D" w14:textId="77777777" w:rsidR="00B27AC9" w:rsidRDefault="00B27A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934097">
    <w:abstractNumId w:val="8"/>
  </w:num>
  <w:num w:numId="2" w16cid:durableId="775715379">
    <w:abstractNumId w:val="6"/>
  </w:num>
  <w:num w:numId="3" w16cid:durableId="181088272">
    <w:abstractNumId w:val="5"/>
  </w:num>
  <w:num w:numId="4" w16cid:durableId="2096972630">
    <w:abstractNumId w:val="4"/>
  </w:num>
  <w:num w:numId="5" w16cid:durableId="1510409441">
    <w:abstractNumId w:val="7"/>
  </w:num>
  <w:num w:numId="6" w16cid:durableId="683944606">
    <w:abstractNumId w:val="3"/>
  </w:num>
  <w:num w:numId="7" w16cid:durableId="1778018404">
    <w:abstractNumId w:val="2"/>
  </w:num>
  <w:num w:numId="8" w16cid:durableId="1517235152">
    <w:abstractNumId w:val="1"/>
  </w:num>
  <w:num w:numId="9" w16cid:durableId="109197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A12"/>
    <w:rsid w:val="00034616"/>
    <w:rsid w:val="0006063C"/>
    <w:rsid w:val="00101096"/>
    <w:rsid w:val="0015074B"/>
    <w:rsid w:val="001942AB"/>
    <w:rsid w:val="0029639D"/>
    <w:rsid w:val="002F7EE8"/>
    <w:rsid w:val="00326F90"/>
    <w:rsid w:val="003E706D"/>
    <w:rsid w:val="0044715A"/>
    <w:rsid w:val="004E6AFA"/>
    <w:rsid w:val="00516F52"/>
    <w:rsid w:val="00573C7E"/>
    <w:rsid w:val="006C103E"/>
    <w:rsid w:val="007C07B9"/>
    <w:rsid w:val="00945CC5"/>
    <w:rsid w:val="009C3339"/>
    <w:rsid w:val="00A3333E"/>
    <w:rsid w:val="00A34D40"/>
    <w:rsid w:val="00A71320"/>
    <w:rsid w:val="00AA1D8D"/>
    <w:rsid w:val="00B27AC9"/>
    <w:rsid w:val="00B377A9"/>
    <w:rsid w:val="00B47730"/>
    <w:rsid w:val="00BD47DF"/>
    <w:rsid w:val="00CB0664"/>
    <w:rsid w:val="00CF6EF6"/>
    <w:rsid w:val="00D72C64"/>
    <w:rsid w:val="00E61A6B"/>
    <w:rsid w:val="00E731D6"/>
    <w:rsid w:val="00F0111C"/>
    <w:rsid w:val="00F213F0"/>
    <w:rsid w:val="00FA7758"/>
    <w:rsid w:val="00FC693F"/>
    <w:rsid w:val="00F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576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9</cp:revision>
  <dcterms:created xsi:type="dcterms:W3CDTF">2013-12-23T23:15:00Z</dcterms:created>
  <dcterms:modified xsi:type="dcterms:W3CDTF">2026-10-16T05:46:00Z</dcterms:modified>
  <cp:category/>
</cp:coreProperties>
</file>