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58"/>
        <w:gridCol w:w="2334"/>
        <w:gridCol w:w="2395"/>
        <w:gridCol w:w="3195"/>
      </w:tblGrid>
      <w:tr w:rsidR="00696249" w:rsidRPr="00481041" w14:paraId="035321E2" w14:textId="77777777" w:rsidTr="00481041">
        <w:trPr>
          <w:cantSplit/>
          <w:trHeight w:val="480"/>
        </w:trPr>
        <w:tc>
          <w:tcPr>
            <w:tcW w:w="1658" w:type="dxa"/>
            <w:vMerge w:val="restart"/>
            <w:vAlign w:val="center"/>
          </w:tcPr>
          <w:p w14:paraId="5A262AB1" w14:textId="44FD57DA" w:rsidR="00696249" w:rsidRPr="00481041" w:rsidRDefault="00696249" w:rsidP="00CF3AF2">
            <w:pPr>
              <w:keepNext/>
              <w:jc w:val="center"/>
              <w:rPr>
                <w:rFonts w:asciiTheme="majorHAnsi" w:hAnsiTheme="majorHAnsi" w:cstheme="majorHAnsi"/>
                <w:i/>
                <w:color w:val="595959"/>
              </w:rPr>
            </w:pPr>
            <w:r w:rsidRPr="00481041">
              <w:rPr>
                <w:rFonts w:asciiTheme="majorHAnsi" w:hAnsiTheme="majorHAnsi" w:cstheme="majorHAnsi"/>
                <w:noProof/>
                <w:lang w:val="ro-RO"/>
              </w:rPr>
              <w:t xml:space="preserve"> </w:t>
            </w:r>
          </w:p>
          <w:p w14:paraId="0540AC55" w14:textId="77777777" w:rsidR="00696249" w:rsidRPr="00481041" w:rsidRDefault="00696249" w:rsidP="00CF3AF2">
            <w:pPr>
              <w:keepNext/>
              <w:jc w:val="center"/>
              <w:rPr>
                <w:rFonts w:asciiTheme="majorHAnsi" w:hAnsiTheme="majorHAnsi" w:cstheme="majorHAnsi"/>
              </w:rPr>
            </w:pPr>
          </w:p>
        </w:tc>
        <w:tc>
          <w:tcPr>
            <w:tcW w:w="7924" w:type="dxa"/>
            <w:gridSpan w:val="3"/>
            <w:shd w:val="clear" w:color="auto" w:fill="F0F0F0"/>
          </w:tcPr>
          <w:p w14:paraId="1D1FFF2A" w14:textId="77777777" w:rsidR="00696249" w:rsidRPr="00481041" w:rsidRDefault="00696249" w:rsidP="00CF3AF2">
            <w:pPr>
              <w:keepNext/>
              <w:rPr>
                <w:rFonts w:asciiTheme="majorHAnsi" w:hAnsiTheme="majorHAnsi" w:cstheme="majorHAnsi"/>
                <w:sz w:val="20"/>
                <w:szCs w:val="20"/>
              </w:rPr>
            </w:pPr>
            <w:proofErr w:type="spellStart"/>
            <w:r w:rsidRPr="00481041">
              <w:rPr>
                <w:rFonts w:asciiTheme="majorHAnsi" w:hAnsiTheme="majorHAnsi" w:cstheme="majorHAnsi"/>
                <w:b/>
                <w:sz w:val="20"/>
                <w:szCs w:val="20"/>
              </w:rPr>
              <w:t>Județul</w:t>
            </w:r>
            <w:proofErr w:type="spellEnd"/>
            <w:r w:rsidRPr="00481041">
              <w:rPr>
                <w:rFonts w:asciiTheme="majorHAnsi" w:hAnsiTheme="majorHAnsi" w:cstheme="majorHAnsi"/>
                <w:b/>
                <w:sz w:val="20"/>
                <w:szCs w:val="20"/>
              </w:rPr>
              <w:t xml:space="preserve"> </w:t>
            </w:r>
            <w:proofErr w:type="spellStart"/>
            <w:r w:rsidRPr="00481041">
              <w:rPr>
                <w:rFonts w:asciiTheme="majorHAnsi" w:hAnsiTheme="majorHAnsi" w:cstheme="majorHAnsi"/>
                <w:b/>
                <w:sz w:val="20"/>
                <w:szCs w:val="20"/>
              </w:rPr>
              <w:t>Argeș</w:t>
            </w:r>
            <w:proofErr w:type="spellEnd"/>
          </w:p>
          <w:p w14:paraId="6F8CB044" w14:textId="77777777" w:rsidR="00696249" w:rsidRPr="00481041" w:rsidRDefault="00696249" w:rsidP="00CF3AF2">
            <w:pPr>
              <w:keepNext/>
              <w:rPr>
                <w:rFonts w:asciiTheme="majorHAnsi" w:hAnsiTheme="majorHAnsi" w:cstheme="majorHAnsi"/>
                <w:sz w:val="20"/>
                <w:szCs w:val="20"/>
              </w:rPr>
            </w:pPr>
            <w:r w:rsidRPr="00481041">
              <w:rPr>
                <w:rFonts w:asciiTheme="majorHAnsi" w:hAnsiTheme="majorHAnsi" w:cstheme="majorHAnsi"/>
                <w:sz w:val="20"/>
                <w:szCs w:val="20"/>
              </w:rPr>
              <w:t xml:space="preserve"> </w:t>
            </w:r>
          </w:p>
        </w:tc>
      </w:tr>
      <w:tr w:rsidR="00696249" w:rsidRPr="00481041" w14:paraId="740CEC32" w14:textId="77777777" w:rsidTr="00481041">
        <w:trPr>
          <w:cantSplit/>
          <w:trHeight w:val="480"/>
        </w:trPr>
        <w:tc>
          <w:tcPr>
            <w:tcW w:w="1658" w:type="dxa"/>
            <w:vMerge/>
          </w:tcPr>
          <w:p w14:paraId="27479446" w14:textId="77777777" w:rsidR="00696249" w:rsidRPr="00481041" w:rsidRDefault="00696249" w:rsidP="00CF3AF2">
            <w:pPr>
              <w:rPr>
                <w:rFonts w:asciiTheme="majorHAnsi" w:hAnsiTheme="majorHAnsi" w:cstheme="majorHAnsi"/>
              </w:rPr>
            </w:pPr>
          </w:p>
        </w:tc>
        <w:tc>
          <w:tcPr>
            <w:tcW w:w="7924" w:type="dxa"/>
            <w:gridSpan w:val="3"/>
            <w:shd w:val="clear" w:color="auto" w:fill="F0F0F0"/>
          </w:tcPr>
          <w:p w14:paraId="00100B9E" w14:textId="77777777" w:rsidR="00696249" w:rsidRPr="00481041" w:rsidRDefault="00696249" w:rsidP="00CF3AF2">
            <w:pPr>
              <w:keepNext/>
              <w:rPr>
                <w:rFonts w:asciiTheme="majorHAnsi" w:hAnsiTheme="majorHAnsi" w:cstheme="majorHAnsi"/>
                <w:sz w:val="14"/>
                <w:szCs w:val="14"/>
              </w:rPr>
            </w:pPr>
            <w:proofErr w:type="spellStart"/>
            <w:r w:rsidRPr="00481041">
              <w:rPr>
                <w:rFonts w:asciiTheme="majorHAnsi" w:hAnsiTheme="majorHAnsi" w:cstheme="majorHAnsi"/>
                <w:b/>
                <w:color w:val="0D5F78"/>
                <w:sz w:val="14"/>
                <w:szCs w:val="14"/>
              </w:rPr>
              <w:t>Autoritatea</w:t>
            </w:r>
            <w:proofErr w:type="spellEnd"/>
            <w:r w:rsidRPr="00481041">
              <w:rPr>
                <w:rFonts w:asciiTheme="majorHAnsi" w:hAnsiTheme="majorHAnsi" w:cstheme="majorHAnsi"/>
                <w:b/>
                <w:color w:val="0D5F78"/>
                <w:sz w:val="14"/>
                <w:szCs w:val="14"/>
              </w:rPr>
              <w:t xml:space="preserve"> </w:t>
            </w:r>
            <w:proofErr w:type="spellStart"/>
            <w:r w:rsidRPr="00481041">
              <w:rPr>
                <w:rFonts w:asciiTheme="majorHAnsi" w:hAnsiTheme="majorHAnsi" w:cstheme="majorHAnsi"/>
                <w:b/>
                <w:color w:val="0D5F78"/>
                <w:sz w:val="14"/>
                <w:szCs w:val="14"/>
              </w:rPr>
              <w:t>administrației</w:t>
            </w:r>
            <w:proofErr w:type="spellEnd"/>
            <w:r w:rsidRPr="00481041">
              <w:rPr>
                <w:rFonts w:asciiTheme="majorHAnsi" w:hAnsiTheme="majorHAnsi" w:cstheme="majorHAnsi"/>
                <w:b/>
                <w:color w:val="0D5F78"/>
                <w:sz w:val="14"/>
                <w:szCs w:val="14"/>
              </w:rPr>
              <w:t xml:space="preserve"> </w:t>
            </w:r>
            <w:proofErr w:type="spellStart"/>
            <w:r w:rsidRPr="00481041">
              <w:rPr>
                <w:rFonts w:asciiTheme="majorHAnsi" w:hAnsiTheme="majorHAnsi" w:cstheme="majorHAnsi"/>
                <w:b/>
                <w:color w:val="0D5F78"/>
                <w:sz w:val="14"/>
                <w:szCs w:val="14"/>
              </w:rPr>
              <w:t>publice</w:t>
            </w:r>
            <w:proofErr w:type="spellEnd"/>
          </w:p>
          <w:p w14:paraId="029A49C6" w14:textId="77777777" w:rsidR="00696249" w:rsidRPr="00481041" w:rsidRDefault="00696249" w:rsidP="00CF3AF2">
            <w:pPr>
              <w:keepNext/>
              <w:rPr>
                <w:rFonts w:asciiTheme="majorHAnsi" w:hAnsiTheme="majorHAnsi" w:cstheme="majorHAnsi"/>
                <w:b/>
                <w:bCs/>
                <w:sz w:val="20"/>
                <w:szCs w:val="20"/>
              </w:rPr>
            </w:pPr>
            <w:r w:rsidRPr="00481041">
              <w:rPr>
                <w:rFonts w:asciiTheme="majorHAnsi" w:hAnsiTheme="majorHAnsi" w:cstheme="majorHAnsi"/>
                <w:b/>
                <w:bCs/>
                <w:sz w:val="20"/>
                <w:szCs w:val="20"/>
              </w:rPr>
              <w:t>CONSILIUL JUDEȚEAN ARGEȘ</w:t>
            </w:r>
          </w:p>
        </w:tc>
      </w:tr>
      <w:tr w:rsidR="007E340E" w:rsidRPr="00481041" w14:paraId="5CFBF028" w14:textId="77777777" w:rsidTr="00481041">
        <w:trPr>
          <w:cantSplit/>
          <w:trHeight w:val="480"/>
        </w:trPr>
        <w:tc>
          <w:tcPr>
            <w:tcW w:w="1658" w:type="dxa"/>
            <w:vMerge/>
          </w:tcPr>
          <w:p w14:paraId="2ECE3BA9" w14:textId="77777777" w:rsidR="007E340E" w:rsidRPr="00481041" w:rsidRDefault="007E340E" w:rsidP="007E340E">
            <w:pPr>
              <w:rPr>
                <w:rFonts w:asciiTheme="majorHAnsi" w:hAnsiTheme="majorHAnsi" w:cstheme="majorHAnsi"/>
              </w:rPr>
            </w:pPr>
          </w:p>
        </w:tc>
        <w:tc>
          <w:tcPr>
            <w:tcW w:w="2334" w:type="dxa"/>
            <w:shd w:val="clear" w:color="auto" w:fill="F0F0F0"/>
          </w:tcPr>
          <w:p w14:paraId="5893D2FA" w14:textId="77777777" w:rsidR="007E340E" w:rsidRPr="00481041" w:rsidRDefault="007E340E" w:rsidP="007E340E">
            <w:pPr>
              <w:keepNext/>
              <w:rPr>
                <w:rFonts w:asciiTheme="majorHAnsi" w:hAnsiTheme="majorHAnsi" w:cstheme="majorHAnsi"/>
                <w:sz w:val="14"/>
                <w:szCs w:val="14"/>
                <w:lang w:val="fr-FR"/>
              </w:rPr>
            </w:pPr>
            <w:r w:rsidRPr="00481041">
              <w:rPr>
                <w:rFonts w:asciiTheme="majorHAnsi" w:hAnsiTheme="majorHAnsi" w:cstheme="majorHAnsi"/>
                <w:b/>
                <w:color w:val="0D5F78"/>
                <w:sz w:val="14"/>
                <w:szCs w:val="14"/>
                <w:lang w:val="fr-FR"/>
              </w:rPr>
              <w:t xml:space="preserve">Cod de </w:t>
            </w:r>
            <w:proofErr w:type="spellStart"/>
            <w:r w:rsidRPr="00481041">
              <w:rPr>
                <w:rFonts w:asciiTheme="majorHAnsi" w:hAnsiTheme="majorHAnsi" w:cstheme="majorHAnsi"/>
                <w:b/>
                <w:color w:val="0D5F78"/>
                <w:sz w:val="14"/>
                <w:szCs w:val="14"/>
                <w:lang w:val="fr-FR"/>
              </w:rPr>
              <w:t>identificare</w:t>
            </w:r>
            <w:proofErr w:type="spellEnd"/>
            <w:r w:rsidRPr="00481041">
              <w:rPr>
                <w:rFonts w:asciiTheme="majorHAnsi" w:hAnsiTheme="majorHAnsi" w:cstheme="majorHAnsi"/>
                <w:b/>
                <w:color w:val="0D5F78"/>
                <w:sz w:val="14"/>
                <w:szCs w:val="14"/>
                <w:lang w:val="fr-FR"/>
              </w:rPr>
              <w:t xml:space="preserve"> </w:t>
            </w:r>
            <w:proofErr w:type="spellStart"/>
            <w:r w:rsidRPr="00481041">
              <w:rPr>
                <w:rFonts w:asciiTheme="majorHAnsi" w:hAnsiTheme="majorHAnsi" w:cstheme="majorHAnsi"/>
                <w:b/>
                <w:color w:val="0D5F78"/>
                <w:sz w:val="14"/>
                <w:szCs w:val="14"/>
                <w:lang w:val="fr-FR"/>
              </w:rPr>
              <w:t>fiscală</w:t>
            </w:r>
            <w:proofErr w:type="spellEnd"/>
            <w:r w:rsidRPr="00481041">
              <w:rPr>
                <w:rFonts w:asciiTheme="majorHAnsi" w:hAnsiTheme="majorHAnsi" w:cstheme="majorHAnsi"/>
                <w:b/>
                <w:color w:val="0D5F78"/>
                <w:sz w:val="14"/>
                <w:szCs w:val="14"/>
                <w:lang w:val="fr-FR"/>
              </w:rPr>
              <w:t xml:space="preserve"> (CIF)</w:t>
            </w:r>
          </w:p>
          <w:p w14:paraId="273A9133" w14:textId="3A11950A" w:rsidR="007E340E" w:rsidRPr="00481041" w:rsidRDefault="007E340E" w:rsidP="007E340E">
            <w:pPr>
              <w:keepNext/>
              <w:rPr>
                <w:rFonts w:asciiTheme="majorHAnsi" w:hAnsiTheme="majorHAnsi" w:cstheme="majorHAnsi"/>
                <w:sz w:val="20"/>
                <w:szCs w:val="20"/>
                <w:lang w:val="fr-FR"/>
              </w:rPr>
            </w:pPr>
            <w:r w:rsidRPr="00481041">
              <w:rPr>
                <w:rFonts w:asciiTheme="majorHAnsi" w:hAnsiTheme="majorHAnsi" w:cstheme="majorHAnsi"/>
                <w:b/>
                <w:bCs/>
                <w:sz w:val="16"/>
                <w:szCs w:val="16"/>
                <w:lang w:val="fr-FR"/>
              </w:rPr>
              <w:t>4229512</w:t>
            </w:r>
          </w:p>
        </w:tc>
        <w:tc>
          <w:tcPr>
            <w:tcW w:w="5590" w:type="dxa"/>
            <w:gridSpan w:val="2"/>
            <w:shd w:val="clear" w:color="auto" w:fill="F0F0F0"/>
          </w:tcPr>
          <w:p w14:paraId="4600B414" w14:textId="77777777" w:rsidR="007E340E" w:rsidRPr="00481041" w:rsidRDefault="007E340E" w:rsidP="007E340E">
            <w:pPr>
              <w:keepNext/>
              <w:rPr>
                <w:rFonts w:asciiTheme="majorHAnsi" w:hAnsiTheme="majorHAnsi" w:cstheme="majorHAnsi"/>
                <w:sz w:val="14"/>
                <w:szCs w:val="14"/>
                <w:lang w:val="pt-BR"/>
              </w:rPr>
            </w:pPr>
            <w:r w:rsidRPr="00481041">
              <w:rPr>
                <w:rFonts w:asciiTheme="majorHAnsi" w:hAnsiTheme="majorHAnsi" w:cstheme="majorHAnsi"/>
                <w:b/>
                <w:color w:val="0D5F78"/>
                <w:sz w:val="14"/>
                <w:szCs w:val="14"/>
                <w:lang w:val="pt-BR"/>
              </w:rPr>
              <w:t>Adresa oficială</w:t>
            </w:r>
          </w:p>
          <w:p w14:paraId="24094965" w14:textId="77777777" w:rsidR="007E340E" w:rsidRPr="00481041" w:rsidRDefault="007E340E" w:rsidP="007E340E">
            <w:pPr>
              <w:keepNext/>
              <w:rPr>
                <w:rFonts w:asciiTheme="majorHAnsi" w:hAnsiTheme="majorHAnsi" w:cstheme="majorHAnsi"/>
                <w:b/>
                <w:bCs/>
                <w:iCs/>
                <w:sz w:val="16"/>
                <w:szCs w:val="16"/>
              </w:rPr>
            </w:pPr>
            <w:r w:rsidRPr="00481041">
              <w:rPr>
                <w:rFonts w:asciiTheme="majorHAnsi" w:hAnsiTheme="majorHAnsi" w:cstheme="majorHAnsi"/>
                <w:b/>
                <w:bCs/>
                <w:iCs/>
                <w:sz w:val="16"/>
                <w:szCs w:val="16"/>
              </w:rPr>
              <w:t xml:space="preserve">Pitești, </w:t>
            </w:r>
            <w:proofErr w:type="spellStart"/>
            <w:r w:rsidRPr="00481041">
              <w:rPr>
                <w:rFonts w:asciiTheme="majorHAnsi" w:hAnsiTheme="majorHAnsi" w:cstheme="majorHAnsi"/>
                <w:b/>
                <w:bCs/>
                <w:iCs/>
                <w:sz w:val="16"/>
                <w:szCs w:val="16"/>
              </w:rPr>
              <w:t>Piața</w:t>
            </w:r>
            <w:proofErr w:type="spellEnd"/>
            <w:r w:rsidRPr="00481041">
              <w:rPr>
                <w:rFonts w:asciiTheme="majorHAnsi" w:hAnsiTheme="majorHAnsi" w:cstheme="majorHAnsi"/>
                <w:b/>
                <w:bCs/>
                <w:iCs/>
                <w:sz w:val="16"/>
                <w:szCs w:val="16"/>
              </w:rPr>
              <w:t xml:space="preserve"> Vasile Milea nr. 1, Cod </w:t>
            </w:r>
            <w:proofErr w:type="spellStart"/>
            <w:r w:rsidRPr="00481041">
              <w:rPr>
                <w:rFonts w:asciiTheme="majorHAnsi" w:hAnsiTheme="majorHAnsi" w:cstheme="majorHAnsi"/>
                <w:b/>
                <w:bCs/>
                <w:iCs/>
                <w:sz w:val="16"/>
                <w:szCs w:val="16"/>
              </w:rPr>
              <w:t>poștal</w:t>
            </w:r>
            <w:proofErr w:type="spellEnd"/>
            <w:r w:rsidRPr="00481041">
              <w:rPr>
                <w:rFonts w:asciiTheme="majorHAnsi" w:hAnsiTheme="majorHAnsi" w:cstheme="majorHAnsi"/>
                <w:b/>
                <w:bCs/>
                <w:iCs/>
                <w:sz w:val="16"/>
                <w:szCs w:val="16"/>
              </w:rPr>
              <w:t>: 110053</w:t>
            </w:r>
          </w:p>
          <w:p w14:paraId="49ABC045" w14:textId="13517146" w:rsidR="007E340E" w:rsidRPr="00481041" w:rsidRDefault="007E340E" w:rsidP="007E340E">
            <w:pPr>
              <w:keepNext/>
              <w:rPr>
                <w:rFonts w:asciiTheme="majorHAnsi" w:hAnsiTheme="majorHAnsi" w:cstheme="majorHAnsi"/>
                <w:iCs/>
                <w:sz w:val="20"/>
                <w:szCs w:val="20"/>
              </w:rPr>
            </w:pPr>
            <w:r w:rsidRPr="00481041">
              <w:rPr>
                <w:rFonts w:asciiTheme="majorHAnsi" w:hAnsiTheme="majorHAnsi" w:cstheme="majorHAnsi"/>
                <w:b/>
                <w:bCs/>
                <w:iCs/>
                <w:sz w:val="16"/>
                <w:szCs w:val="16"/>
                <w:lang w:val="pt-BR"/>
              </w:rPr>
              <w:t>Telefon: 0248.210.056  E-mail: presedinte@cjarges.ro</w:t>
            </w:r>
          </w:p>
        </w:tc>
      </w:tr>
      <w:tr w:rsidR="00696249" w:rsidRPr="00481041" w14:paraId="4935BEB9" w14:textId="77777777" w:rsidTr="00481041">
        <w:trPr>
          <w:cantSplit/>
          <w:trHeight w:val="480"/>
        </w:trPr>
        <w:tc>
          <w:tcPr>
            <w:tcW w:w="1658" w:type="dxa"/>
            <w:vMerge/>
          </w:tcPr>
          <w:p w14:paraId="4839073F" w14:textId="77777777" w:rsidR="00696249" w:rsidRPr="00481041" w:rsidRDefault="00696249" w:rsidP="00CF3AF2">
            <w:pPr>
              <w:rPr>
                <w:rFonts w:asciiTheme="majorHAnsi" w:hAnsiTheme="majorHAnsi" w:cstheme="majorHAnsi"/>
              </w:rPr>
            </w:pPr>
          </w:p>
        </w:tc>
        <w:tc>
          <w:tcPr>
            <w:tcW w:w="4729" w:type="dxa"/>
            <w:gridSpan w:val="2"/>
            <w:shd w:val="clear" w:color="auto" w:fill="F0F0F0"/>
          </w:tcPr>
          <w:p w14:paraId="4ED7D81F" w14:textId="46201C70" w:rsidR="00696249" w:rsidRPr="00481041" w:rsidRDefault="00481041" w:rsidP="00CF3AF2">
            <w:pPr>
              <w:keepNext/>
              <w:rPr>
                <w:rFonts w:asciiTheme="majorHAnsi" w:hAnsiTheme="majorHAnsi" w:cstheme="majorHAnsi"/>
                <w:sz w:val="16"/>
                <w:szCs w:val="16"/>
              </w:rPr>
            </w:pPr>
            <w:r>
              <w:rPr>
                <w:rFonts w:asciiTheme="majorHAnsi" w:hAnsiTheme="majorHAnsi" w:cstheme="majorHAnsi"/>
                <w:noProof/>
                <w:lang w:val="ro-RO"/>
              </w:rPr>
              <w:drawing>
                <wp:anchor distT="0" distB="0" distL="114300" distR="114300" simplePos="0" relativeHeight="251657216" behindDoc="0" locked="0" layoutInCell="1" allowOverlap="1" wp14:anchorId="14E306D7" wp14:editId="0EC5C900">
                  <wp:simplePos x="0" y="0"/>
                  <wp:positionH relativeFrom="column">
                    <wp:posOffset>-1050938</wp:posOffset>
                  </wp:positionH>
                  <wp:positionV relativeFrom="paragraph">
                    <wp:posOffset>-884763</wp:posOffset>
                  </wp:positionV>
                  <wp:extent cx="910590" cy="1078865"/>
                  <wp:effectExtent l="0" t="0" r="3810" b="6985"/>
                  <wp:wrapNone/>
                  <wp:docPr id="1378054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0590" cy="10788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96249" w:rsidRPr="00481041">
              <w:rPr>
                <w:rFonts w:asciiTheme="majorHAnsi" w:hAnsiTheme="majorHAnsi" w:cstheme="majorHAnsi"/>
                <w:b/>
                <w:color w:val="0D5F78"/>
                <w:sz w:val="16"/>
                <w:szCs w:val="16"/>
              </w:rPr>
              <w:t>Număr</w:t>
            </w:r>
            <w:proofErr w:type="spellEnd"/>
            <w:r w:rsidR="00696249" w:rsidRPr="00481041">
              <w:rPr>
                <w:rFonts w:asciiTheme="majorHAnsi" w:hAnsiTheme="majorHAnsi" w:cstheme="majorHAnsi"/>
                <w:b/>
                <w:color w:val="0D5F78"/>
                <w:sz w:val="16"/>
                <w:szCs w:val="16"/>
              </w:rPr>
              <w:t xml:space="preserve"> de </w:t>
            </w:r>
            <w:proofErr w:type="spellStart"/>
            <w:r w:rsidR="00696249" w:rsidRPr="00481041">
              <w:rPr>
                <w:rFonts w:asciiTheme="majorHAnsi" w:hAnsiTheme="majorHAnsi" w:cstheme="majorHAnsi"/>
                <w:b/>
                <w:color w:val="0D5F78"/>
                <w:sz w:val="16"/>
                <w:szCs w:val="16"/>
              </w:rPr>
              <w:t>înregistrare</w:t>
            </w:r>
            <w:proofErr w:type="spellEnd"/>
          </w:p>
        </w:tc>
        <w:tc>
          <w:tcPr>
            <w:tcW w:w="3194" w:type="dxa"/>
            <w:shd w:val="clear" w:color="auto" w:fill="F0F0F0"/>
          </w:tcPr>
          <w:p w14:paraId="498B0E1A" w14:textId="77777777" w:rsidR="00696249" w:rsidRPr="00481041" w:rsidRDefault="00696249" w:rsidP="00CF3AF2">
            <w:pPr>
              <w:keepNext/>
              <w:rPr>
                <w:rFonts w:asciiTheme="majorHAnsi" w:hAnsiTheme="majorHAnsi" w:cstheme="majorHAnsi"/>
                <w:sz w:val="16"/>
                <w:szCs w:val="16"/>
              </w:rPr>
            </w:pPr>
            <w:r w:rsidRPr="00481041">
              <w:rPr>
                <w:rFonts w:asciiTheme="majorHAnsi" w:hAnsiTheme="majorHAnsi" w:cstheme="majorHAnsi"/>
                <w:b/>
                <w:color w:val="0D5F78"/>
                <w:sz w:val="16"/>
                <w:szCs w:val="16"/>
              </w:rPr>
              <w:t>Data</w:t>
            </w:r>
          </w:p>
          <w:p w14:paraId="76A8EA69" w14:textId="77777777" w:rsidR="00696249" w:rsidRPr="00481041" w:rsidRDefault="00696249" w:rsidP="00CF3AF2">
            <w:pPr>
              <w:keepNext/>
              <w:rPr>
                <w:rFonts w:asciiTheme="majorHAnsi" w:hAnsiTheme="majorHAnsi" w:cstheme="majorHAnsi"/>
                <w:sz w:val="16"/>
                <w:szCs w:val="16"/>
              </w:rPr>
            </w:pPr>
          </w:p>
        </w:tc>
      </w:tr>
    </w:tbl>
    <w:p w14:paraId="5E765707" w14:textId="77777777" w:rsidR="0092490D" w:rsidRPr="00481041" w:rsidRDefault="0092490D">
      <w:pPr>
        <w:spacing w:line="168" w:lineRule="auto"/>
        <w:rPr>
          <w:rFonts w:asciiTheme="majorHAnsi" w:hAnsiTheme="majorHAnsi" w:cstheme="majorHAnsi"/>
          <w:lang w:val="fr-FR"/>
        </w:rPr>
      </w:pPr>
    </w:p>
    <w:p w14:paraId="7CF593E3" w14:textId="77777777" w:rsidR="0092490D" w:rsidRPr="00481041" w:rsidRDefault="008D3852">
      <w:pPr>
        <w:spacing w:before="140" w:after="40"/>
        <w:jc w:val="center"/>
        <w:rPr>
          <w:rFonts w:asciiTheme="majorHAnsi" w:hAnsiTheme="majorHAnsi" w:cstheme="majorHAnsi"/>
          <w:sz w:val="28"/>
          <w:szCs w:val="28"/>
        </w:rPr>
      </w:pPr>
      <w:r w:rsidRPr="00481041">
        <w:rPr>
          <w:rFonts w:asciiTheme="majorHAnsi" w:hAnsiTheme="majorHAnsi" w:cstheme="majorHAnsi"/>
          <w:b/>
          <w:sz w:val="28"/>
          <w:szCs w:val="28"/>
        </w:rPr>
        <w:t>CERERE</w:t>
      </w:r>
    </w:p>
    <w:p w14:paraId="0B2AA7E4" w14:textId="77777777" w:rsidR="0092490D" w:rsidRPr="00481041" w:rsidRDefault="0092490D">
      <w:pPr>
        <w:spacing w:after="60"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481041" w14:paraId="4C8A739C" w14:textId="77777777">
        <w:trPr>
          <w:cantSplit/>
        </w:trPr>
        <w:tc>
          <w:tcPr>
            <w:tcW w:w="9636" w:type="dxa"/>
            <w:shd w:val="clear" w:color="auto" w:fill="F4F4F4"/>
          </w:tcPr>
          <w:p w14:paraId="7E77948A"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rPr>
              <w:t xml:space="preserve"> 1. </w:t>
            </w:r>
            <w:r w:rsidRPr="00481041">
              <w:rPr>
                <w:rFonts w:asciiTheme="majorHAnsi" w:hAnsiTheme="majorHAnsi" w:cstheme="majorHAnsi"/>
                <w:b/>
                <w:color w:val="000000"/>
                <w:sz w:val="18"/>
              </w:rPr>
              <w:t>CĂTRE</w:t>
            </w:r>
          </w:p>
        </w:tc>
      </w:tr>
      <w:tr w:rsidR="0092490D" w:rsidRPr="00481041" w14:paraId="47D04DFF" w14:textId="77777777">
        <w:trPr>
          <w:cantSplit/>
          <w:trHeight w:val="510"/>
        </w:trPr>
        <w:tc>
          <w:tcPr>
            <w:tcW w:w="9636" w:type="dxa"/>
          </w:tcPr>
          <w:p w14:paraId="7681FCB6" w14:textId="77777777" w:rsidR="0092490D" w:rsidRPr="00481041" w:rsidRDefault="008D3852">
            <w:pPr>
              <w:keepNext/>
              <w:rPr>
                <w:rFonts w:asciiTheme="majorHAnsi" w:hAnsiTheme="majorHAnsi" w:cstheme="majorHAnsi"/>
                <w:lang w:val="fr-FR"/>
              </w:rPr>
            </w:pPr>
            <w:proofErr w:type="spellStart"/>
            <w:r w:rsidRPr="00481041">
              <w:rPr>
                <w:rFonts w:asciiTheme="majorHAnsi" w:hAnsiTheme="majorHAnsi" w:cstheme="majorHAnsi"/>
                <w:b/>
                <w:color w:val="0D5F78"/>
                <w:lang w:val="fr-FR"/>
              </w:rPr>
              <w:t>Instituția</w:t>
            </w:r>
            <w:proofErr w:type="spellEnd"/>
          </w:p>
          <w:p w14:paraId="73C8D889" w14:textId="77777777" w:rsidR="0092490D" w:rsidRPr="00481041" w:rsidRDefault="008D3852">
            <w:pPr>
              <w:keepNext/>
              <w:rPr>
                <w:rFonts w:asciiTheme="majorHAnsi" w:hAnsiTheme="majorHAnsi" w:cstheme="majorHAnsi"/>
                <w:lang w:val="fr-FR"/>
              </w:rPr>
            </w:pPr>
            <w:proofErr w:type="spellStart"/>
            <w:proofErr w:type="gramStart"/>
            <w:r w:rsidRPr="00481041">
              <w:rPr>
                <w:rFonts w:asciiTheme="majorHAnsi" w:hAnsiTheme="majorHAnsi" w:cstheme="majorHAnsi"/>
                <w:i/>
                <w:color w:val="7A7A7A"/>
                <w:lang w:val="fr-FR"/>
              </w:rPr>
              <w:t>primăria</w:t>
            </w:r>
            <w:proofErr w:type="spellEnd"/>
            <w:proofErr w:type="gramEnd"/>
            <w:r w:rsidRPr="00481041">
              <w:rPr>
                <w:rFonts w:asciiTheme="majorHAnsi" w:hAnsiTheme="majorHAnsi" w:cstheme="majorHAnsi"/>
                <w:i/>
                <w:color w:val="7A7A7A"/>
                <w:lang w:val="fr-FR"/>
              </w:rPr>
              <w:t xml:space="preserve"> </w:t>
            </w:r>
            <w:proofErr w:type="spellStart"/>
            <w:r w:rsidRPr="00481041">
              <w:rPr>
                <w:rFonts w:asciiTheme="majorHAnsi" w:hAnsiTheme="majorHAnsi" w:cstheme="majorHAnsi"/>
                <w:i/>
                <w:color w:val="7A7A7A"/>
                <w:lang w:val="fr-FR"/>
              </w:rPr>
              <w:t>municipiului</w:t>
            </w:r>
            <w:proofErr w:type="spellEnd"/>
            <w:r w:rsidRPr="00481041">
              <w:rPr>
                <w:rFonts w:asciiTheme="majorHAnsi" w:hAnsiTheme="majorHAnsi" w:cstheme="majorHAnsi"/>
                <w:i/>
                <w:color w:val="7A7A7A"/>
                <w:lang w:val="fr-FR"/>
              </w:rPr>
              <w:t xml:space="preserve"> / </w:t>
            </w:r>
            <w:proofErr w:type="spellStart"/>
            <w:r w:rsidRPr="00481041">
              <w:rPr>
                <w:rFonts w:asciiTheme="majorHAnsi" w:hAnsiTheme="majorHAnsi" w:cstheme="majorHAnsi"/>
                <w:i/>
                <w:color w:val="7A7A7A"/>
                <w:lang w:val="fr-FR"/>
              </w:rPr>
              <w:t>orașului</w:t>
            </w:r>
            <w:proofErr w:type="spellEnd"/>
            <w:r w:rsidRPr="00481041">
              <w:rPr>
                <w:rFonts w:asciiTheme="majorHAnsi" w:hAnsiTheme="majorHAnsi" w:cstheme="majorHAnsi"/>
                <w:i/>
                <w:color w:val="7A7A7A"/>
                <w:lang w:val="fr-FR"/>
              </w:rPr>
              <w:t xml:space="preserve"> / </w:t>
            </w:r>
            <w:proofErr w:type="spellStart"/>
            <w:r w:rsidRPr="00481041">
              <w:rPr>
                <w:rFonts w:asciiTheme="majorHAnsi" w:hAnsiTheme="majorHAnsi" w:cstheme="majorHAnsi"/>
                <w:i/>
                <w:color w:val="7A7A7A"/>
                <w:lang w:val="fr-FR"/>
              </w:rPr>
              <w:t>comunei</w:t>
            </w:r>
            <w:proofErr w:type="spellEnd"/>
            <w:r w:rsidRPr="00481041">
              <w:rPr>
                <w:rFonts w:asciiTheme="majorHAnsi" w:hAnsiTheme="majorHAnsi" w:cstheme="majorHAnsi"/>
                <w:i/>
                <w:color w:val="7A7A7A"/>
                <w:lang w:val="fr-FR"/>
              </w:rPr>
              <w:t xml:space="preserve"> · </w:t>
            </w:r>
            <w:proofErr w:type="spellStart"/>
            <w:r w:rsidRPr="00481041">
              <w:rPr>
                <w:rFonts w:asciiTheme="majorHAnsi" w:hAnsiTheme="majorHAnsi" w:cstheme="majorHAnsi"/>
                <w:i/>
                <w:color w:val="7A7A7A"/>
                <w:lang w:val="fr-FR"/>
              </w:rPr>
              <w:t>primăria</w:t>
            </w:r>
            <w:proofErr w:type="spellEnd"/>
            <w:r w:rsidRPr="00481041">
              <w:rPr>
                <w:rFonts w:asciiTheme="majorHAnsi" w:hAnsiTheme="majorHAnsi" w:cstheme="majorHAnsi"/>
                <w:i/>
                <w:color w:val="7A7A7A"/>
                <w:lang w:val="fr-FR"/>
              </w:rPr>
              <w:t xml:space="preserve"> de </w:t>
            </w:r>
            <w:proofErr w:type="spellStart"/>
            <w:r w:rsidRPr="00481041">
              <w:rPr>
                <w:rFonts w:asciiTheme="majorHAnsi" w:hAnsiTheme="majorHAnsi" w:cstheme="majorHAnsi"/>
                <w:i/>
                <w:color w:val="7A7A7A"/>
                <w:lang w:val="fr-FR"/>
              </w:rPr>
              <w:t>sector</w:t>
            </w:r>
            <w:proofErr w:type="spellEnd"/>
            <w:r w:rsidRPr="00481041">
              <w:rPr>
                <w:rFonts w:asciiTheme="majorHAnsi" w:hAnsiTheme="majorHAnsi" w:cstheme="majorHAnsi"/>
                <w:i/>
                <w:color w:val="7A7A7A"/>
                <w:lang w:val="fr-FR"/>
              </w:rPr>
              <w:t xml:space="preserve"> · </w:t>
            </w:r>
            <w:proofErr w:type="spellStart"/>
            <w:r w:rsidRPr="00481041">
              <w:rPr>
                <w:rFonts w:asciiTheme="majorHAnsi" w:hAnsiTheme="majorHAnsi" w:cstheme="majorHAnsi"/>
                <w:i/>
                <w:color w:val="7A7A7A"/>
                <w:lang w:val="fr-FR"/>
              </w:rPr>
              <w:t>consiliul</w:t>
            </w:r>
            <w:proofErr w:type="spellEnd"/>
            <w:r w:rsidRPr="00481041">
              <w:rPr>
                <w:rFonts w:asciiTheme="majorHAnsi" w:hAnsiTheme="majorHAnsi" w:cstheme="majorHAnsi"/>
                <w:i/>
                <w:color w:val="7A7A7A"/>
                <w:lang w:val="fr-FR"/>
              </w:rPr>
              <w:t xml:space="preserve"> </w:t>
            </w:r>
            <w:proofErr w:type="spellStart"/>
            <w:r w:rsidRPr="00481041">
              <w:rPr>
                <w:rFonts w:asciiTheme="majorHAnsi" w:hAnsiTheme="majorHAnsi" w:cstheme="majorHAnsi"/>
                <w:i/>
                <w:color w:val="7A7A7A"/>
                <w:lang w:val="fr-FR"/>
              </w:rPr>
              <w:t>județean</w:t>
            </w:r>
            <w:proofErr w:type="spellEnd"/>
          </w:p>
          <w:p w14:paraId="7B27FAE0" w14:textId="77777777" w:rsidR="0092490D" w:rsidRPr="00481041" w:rsidRDefault="0092490D">
            <w:pPr>
              <w:keepNext/>
              <w:rPr>
                <w:rFonts w:asciiTheme="majorHAnsi" w:hAnsiTheme="majorHAnsi" w:cstheme="majorHAnsi"/>
                <w:lang w:val="fr-FR"/>
              </w:rPr>
            </w:pPr>
          </w:p>
        </w:tc>
      </w:tr>
      <w:tr w:rsidR="0092490D" w:rsidRPr="00481041" w14:paraId="322EBF70" w14:textId="77777777">
        <w:trPr>
          <w:cantSplit/>
        </w:trPr>
        <w:tc>
          <w:tcPr>
            <w:tcW w:w="9636" w:type="dxa"/>
            <w:shd w:val="clear" w:color="auto" w:fill="F4F4F4"/>
          </w:tcPr>
          <w:p w14:paraId="1D4D1BC3" w14:textId="77777777" w:rsidR="0092490D" w:rsidRPr="00481041" w:rsidRDefault="008D3852">
            <w:pPr>
              <w:spacing w:line="228" w:lineRule="auto"/>
              <w:rPr>
                <w:rFonts w:asciiTheme="majorHAnsi" w:hAnsiTheme="majorHAnsi" w:cstheme="majorHAnsi"/>
                <w:lang w:val="fr-FR"/>
              </w:rPr>
            </w:pPr>
            <w:proofErr w:type="spellStart"/>
            <w:r w:rsidRPr="00481041">
              <w:rPr>
                <w:rFonts w:asciiTheme="majorHAnsi" w:hAnsiTheme="majorHAnsi" w:cstheme="majorHAnsi"/>
                <w:lang w:val="fr-FR"/>
              </w:rPr>
              <w:t>Cererea</w:t>
            </w:r>
            <w:proofErr w:type="spellEnd"/>
            <w:r w:rsidRPr="00481041">
              <w:rPr>
                <w:rFonts w:asciiTheme="majorHAnsi" w:hAnsiTheme="majorHAnsi" w:cstheme="majorHAnsi"/>
                <w:lang w:val="fr-FR"/>
              </w:rPr>
              <w:t xml:space="preserve"> va fi </w:t>
            </w:r>
            <w:proofErr w:type="spellStart"/>
            <w:r w:rsidRPr="00481041">
              <w:rPr>
                <w:rFonts w:asciiTheme="majorHAnsi" w:hAnsiTheme="majorHAnsi" w:cstheme="majorHAnsi"/>
                <w:lang w:val="fr-FR"/>
              </w:rPr>
              <w:t>transmisă</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către</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președintele</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consiliului</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județean</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primarul</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general</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primarul</w:t>
            </w:r>
            <w:proofErr w:type="spellEnd"/>
            <w:r w:rsidRPr="00481041">
              <w:rPr>
                <w:rFonts w:asciiTheme="majorHAnsi" w:hAnsiTheme="majorHAnsi" w:cstheme="majorHAnsi"/>
                <w:lang w:val="fr-FR"/>
              </w:rPr>
              <w:t xml:space="preserve"> de </w:t>
            </w:r>
            <w:proofErr w:type="spellStart"/>
            <w:r w:rsidRPr="00481041">
              <w:rPr>
                <w:rFonts w:asciiTheme="majorHAnsi" w:hAnsiTheme="majorHAnsi" w:cstheme="majorHAnsi"/>
                <w:lang w:val="fr-FR"/>
              </w:rPr>
              <w:t>sector</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sau</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primarul</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municipiului</w:t>
            </w:r>
            <w:proofErr w:type="spellEnd"/>
            <w:r w:rsidRPr="00481041">
              <w:rPr>
                <w:rFonts w:asciiTheme="majorHAnsi" w:hAnsiTheme="majorHAnsi" w:cstheme="majorHAnsi"/>
                <w:lang w:val="fr-FR"/>
              </w:rPr>
              <w:t xml:space="preserve"> / </w:t>
            </w:r>
            <w:proofErr w:type="spellStart"/>
            <w:r w:rsidRPr="00481041">
              <w:rPr>
                <w:rFonts w:asciiTheme="majorHAnsi" w:hAnsiTheme="majorHAnsi" w:cstheme="majorHAnsi"/>
                <w:lang w:val="fr-FR"/>
              </w:rPr>
              <w:t>orașului</w:t>
            </w:r>
            <w:proofErr w:type="spellEnd"/>
            <w:r w:rsidRPr="00481041">
              <w:rPr>
                <w:rFonts w:asciiTheme="majorHAnsi" w:hAnsiTheme="majorHAnsi" w:cstheme="majorHAnsi"/>
                <w:lang w:val="fr-FR"/>
              </w:rPr>
              <w:t xml:space="preserve"> / </w:t>
            </w:r>
            <w:proofErr w:type="spellStart"/>
            <w:r w:rsidRPr="00481041">
              <w:rPr>
                <w:rFonts w:asciiTheme="majorHAnsi" w:hAnsiTheme="majorHAnsi" w:cstheme="majorHAnsi"/>
                <w:lang w:val="fr-FR"/>
              </w:rPr>
              <w:t>comunei</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după</w:t>
            </w:r>
            <w:proofErr w:type="spellEnd"/>
            <w:r w:rsidRPr="00481041">
              <w:rPr>
                <w:rFonts w:asciiTheme="majorHAnsi" w:hAnsiTheme="majorHAnsi" w:cstheme="majorHAnsi"/>
                <w:lang w:val="fr-FR"/>
              </w:rPr>
              <w:t xml:space="preserve"> </w:t>
            </w:r>
            <w:proofErr w:type="spellStart"/>
            <w:r w:rsidRPr="00481041">
              <w:rPr>
                <w:rFonts w:asciiTheme="majorHAnsi" w:hAnsiTheme="majorHAnsi" w:cstheme="majorHAnsi"/>
                <w:lang w:val="fr-FR"/>
              </w:rPr>
              <w:t>caz</w:t>
            </w:r>
            <w:proofErr w:type="spellEnd"/>
            <w:r w:rsidRPr="00481041">
              <w:rPr>
                <w:rFonts w:asciiTheme="majorHAnsi" w:hAnsiTheme="majorHAnsi" w:cstheme="majorHAnsi"/>
                <w:lang w:val="fr-FR"/>
              </w:rPr>
              <w:t>.</w:t>
            </w:r>
          </w:p>
        </w:tc>
      </w:tr>
    </w:tbl>
    <w:p w14:paraId="4672FCFC" w14:textId="77777777" w:rsidR="0092490D" w:rsidRPr="00481041" w:rsidRDefault="0092490D">
      <w:pPr>
        <w:spacing w:line="168" w:lineRule="auto"/>
        <w:rPr>
          <w:rFonts w:asciiTheme="majorHAnsi" w:hAnsiTheme="majorHAnsi" w:cstheme="majorHAns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rsidRPr="00481041" w14:paraId="38966756" w14:textId="77777777">
        <w:trPr>
          <w:cantSplit/>
        </w:trPr>
        <w:tc>
          <w:tcPr>
            <w:tcW w:w="9636" w:type="dxa"/>
            <w:gridSpan w:val="8"/>
            <w:shd w:val="clear" w:color="auto" w:fill="F4F4F4"/>
          </w:tcPr>
          <w:p w14:paraId="44602C75"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lang w:val="fr-FR"/>
              </w:rPr>
              <w:t xml:space="preserve"> </w:t>
            </w:r>
            <w:r w:rsidRPr="00481041">
              <w:rPr>
                <w:rFonts w:asciiTheme="majorHAnsi" w:hAnsiTheme="majorHAnsi" w:cstheme="majorHAnsi"/>
                <w:b/>
                <w:sz w:val="16"/>
              </w:rPr>
              <w:t xml:space="preserve">2. </w:t>
            </w:r>
            <w:r w:rsidRPr="00481041">
              <w:rPr>
                <w:rFonts w:asciiTheme="majorHAnsi" w:hAnsiTheme="majorHAnsi" w:cstheme="majorHAnsi"/>
                <w:b/>
                <w:color w:val="000000"/>
                <w:sz w:val="18"/>
              </w:rPr>
              <w:t>SOLICITANTUL</w:t>
            </w:r>
          </w:p>
        </w:tc>
      </w:tr>
      <w:tr w:rsidR="0092490D" w:rsidRPr="00481041" w14:paraId="03DFB324" w14:textId="77777777">
        <w:trPr>
          <w:cantSplit/>
          <w:trHeight w:val="510"/>
        </w:trPr>
        <w:tc>
          <w:tcPr>
            <w:tcW w:w="5621" w:type="dxa"/>
            <w:gridSpan w:val="5"/>
          </w:tcPr>
          <w:p w14:paraId="7D07181E"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Nume și prenume</w:t>
            </w:r>
          </w:p>
          <w:p w14:paraId="14353ADA" w14:textId="77777777" w:rsidR="0092490D" w:rsidRPr="00481041" w:rsidRDefault="0092490D">
            <w:pPr>
              <w:keepNext/>
              <w:rPr>
                <w:rFonts w:asciiTheme="majorHAnsi" w:hAnsiTheme="majorHAnsi" w:cstheme="majorHAnsi"/>
              </w:rPr>
            </w:pPr>
          </w:p>
        </w:tc>
        <w:tc>
          <w:tcPr>
            <w:tcW w:w="4015" w:type="dxa"/>
            <w:gridSpan w:val="3"/>
          </w:tcPr>
          <w:p w14:paraId="591F6BB9"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CNP</w:t>
            </w:r>
          </w:p>
          <w:p w14:paraId="257490B2" w14:textId="77777777" w:rsidR="0092490D" w:rsidRPr="00481041" w:rsidRDefault="0092490D">
            <w:pPr>
              <w:keepNext/>
              <w:rPr>
                <w:rFonts w:asciiTheme="majorHAnsi" w:hAnsiTheme="majorHAnsi" w:cstheme="majorHAnsi"/>
              </w:rPr>
            </w:pPr>
          </w:p>
        </w:tc>
      </w:tr>
      <w:tr w:rsidR="0092490D" w:rsidRPr="00481041" w14:paraId="5F5CF8C4" w14:textId="77777777">
        <w:trPr>
          <w:cantSplit/>
        </w:trPr>
        <w:tc>
          <w:tcPr>
            <w:tcW w:w="9636" w:type="dxa"/>
            <w:gridSpan w:val="8"/>
            <w:shd w:val="clear" w:color="auto" w:fill="F4F4F4"/>
          </w:tcPr>
          <w:p w14:paraId="37E82194"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rPr>
              <w:t xml:space="preserve"> Act de identitate</w:t>
            </w:r>
          </w:p>
        </w:tc>
      </w:tr>
      <w:tr w:rsidR="0092490D" w:rsidRPr="00481041" w14:paraId="018674C0" w14:textId="77777777">
        <w:trPr>
          <w:cantSplit/>
          <w:trHeight w:val="510"/>
        </w:trPr>
        <w:tc>
          <w:tcPr>
            <w:tcW w:w="1606" w:type="dxa"/>
          </w:tcPr>
          <w:p w14:paraId="0CC0546B"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Seria</w:t>
            </w:r>
          </w:p>
          <w:p w14:paraId="49733ED9" w14:textId="77777777" w:rsidR="0092490D" w:rsidRPr="00481041" w:rsidRDefault="0092490D">
            <w:pPr>
              <w:keepNext/>
              <w:rPr>
                <w:rFonts w:asciiTheme="majorHAnsi" w:hAnsiTheme="majorHAnsi" w:cstheme="majorHAnsi"/>
              </w:rPr>
            </w:pPr>
          </w:p>
        </w:tc>
        <w:tc>
          <w:tcPr>
            <w:tcW w:w="1606" w:type="dxa"/>
          </w:tcPr>
          <w:p w14:paraId="653EEA97"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Numărul</w:t>
            </w:r>
          </w:p>
          <w:p w14:paraId="39BA81F1" w14:textId="77777777" w:rsidR="0092490D" w:rsidRPr="00481041" w:rsidRDefault="0092490D">
            <w:pPr>
              <w:keepNext/>
              <w:rPr>
                <w:rFonts w:asciiTheme="majorHAnsi" w:hAnsiTheme="majorHAnsi" w:cstheme="majorHAnsi"/>
              </w:rPr>
            </w:pPr>
          </w:p>
        </w:tc>
        <w:tc>
          <w:tcPr>
            <w:tcW w:w="4818" w:type="dxa"/>
            <w:gridSpan w:val="5"/>
          </w:tcPr>
          <w:p w14:paraId="4317C149"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Eliberat de</w:t>
            </w:r>
          </w:p>
          <w:p w14:paraId="015ED2FB" w14:textId="77777777" w:rsidR="0092490D" w:rsidRPr="00481041" w:rsidRDefault="0092490D">
            <w:pPr>
              <w:keepNext/>
              <w:rPr>
                <w:rFonts w:asciiTheme="majorHAnsi" w:hAnsiTheme="majorHAnsi" w:cstheme="majorHAnsi"/>
              </w:rPr>
            </w:pPr>
          </w:p>
        </w:tc>
        <w:tc>
          <w:tcPr>
            <w:tcW w:w="1606" w:type="dxa"/>
          </w:tcPr>
          <w:p w14:paraId="2DD0A946"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La data</w:t>
            </w:r>
          </w:p>
          <w:p w14:paraId="38FA9DDA" w14:textId="77777777" w:rsidR="0092490D" w:rsidRPr="00481041" w:rsidRDefault="0092490D">
            <w:pPr>
              <w:keepNext/>
              <w:rPr>
                <w:rFonts w:asciiTheme="majorHAnsi" w:hAnsiTheme="majorHAnsi" w:cstheme="majorHAnsi"/>
              </w:rPr>
            </w:pPr>
          </w:p>
        </w:tc>
      </w:tr>
      <w:tr w:rsidR="0092490D" w:rsidRPr="00481041" w14:paraId="2337ACE9" w14:textId="77777777">
        <w:trPr>
          <w:cantSplit/>
        </w:trPr>
        <w:tc>
          <w:tcPr>
            <w:tcW w:w="9636" w:type="dxa"/>
            <w:gridSpan w:val="8"/>
            <w:shd w:val="clear" w:color="auto" w:fill="F4F4F4"/>
          </w:tcPr>
          <w:p w14:paraId="1E399C8E"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rPr>
              <w:t xml:space="preserve"> Domiciliul</w:t>
            </w:r>
          </w:p>
        </w:tc>
      </w:tr>
      <w:tr w:rsidR="0092490D" w:rsidRPr="00481041" w14:paraId="2DC82971" w14:textId="77777777">
        <w:trPr>
          <w:cantSplit/>
          <w:trHeight w:val="510"/>
        </w:trPr>
        <w:tc>
          <w:tcPr>
            <w:tcW w:w="3212" w:type="dxa"/>
            <w:gridSpan w:val="2"/>
          </w:tcPr>
          <w:p w14:paraId="29F123E6"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Județul</w:t>
            </w:r>
          </w:p>
          <w:p w14:paraId="22FB080F" w14:textId="77777777" w:rsidR="0092490D" w:rsidRPr="00481041" w:rsidRDefault="0092490D">
            <w:pPr>
              <w:keepNext/>
              <w:rPr>
                <w:rFonts w:asciiTheme="majorHAnsi" w:hAnsiTheme="majorHAnsi" w:cstheme="majorHAnsi"/>
              </w:rPr>
            </w:pPr>
          </w:p>
        </w:tc>
        <w:tc>
          <w:tcPr>
            <w:tcW w:w="3212" w:type="dxa"/>
            <w:gridSpan w:val="4"/>
          </w:tcPr>
          <w:p w14:paraId="1370ECF3"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Municipiul / orașul / comuna</w:t>
            </w:r>
          </w:p>
          <w:p w14:paraId="6E3ED8AA" w14:textId="77777777" w:rsidR="0092490D" w:rsidRPr="00481041" w:rsidRDefault="0092490D">
            <w:pPr>
              <w:keepNext/>
              <w:rPr>
                <w:rFonts w:asciiTheme="majorHAnsi" w:hAnsiTheme="majorHAnsi" w:cstheme="majorHAnsi"/>
              </w:rPr>
            </w:pPr>
          </w:p>
        </w:tc>
        <w:tc>
          <w:tcPr>
            <w:tcW w:w="3212" w:type="dxa"/>
            <w:gridSpan w:val="2"/>
          </w:tcPr>
          <w:p w14:paraId="7C0AE4A8"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Satul / sectorul</w:t>
            </w:r>
          </w:p>
          <w:p w14:paraId="48F30308" w14:textId="77777777" w:rsidR="0092490D" w:rsidRPr="00481041" w:rsidRDefault="0092490D">
            <w:pPr>
              <w:keepNext/>
              <w:rPr>
                <w:rFonts w:asciiTheme="majorHAnsi" w:hAnsiTheme="majorHAnsi" w:cstheme="majorHAnsi"/>
              </w:rPr>
            </w:pPr>
          </w:p>
        </w:tc>
      </w:tr>
      <w:tr w:rsidR="0092490D" w:rsidRPr="00481041" w14:paraId="062C25E4" w14:textId="77777777">
        <w:trPr>
          <w:cantSplit/>
          <w:trHeight w:val="510"/>
        </w:trPr>
        <w:tc>
          <w:tcPr>
            <w:tcW w:w="3212" w:type="dxa"/>
            <w:gridSpan w:val="2"/>
          </w:tcPr>
          <w:p w14:paraId="72EA9E3A"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Strada</w:t>
            </w:r>
          </w:p>
          <w:p w14:paraId="2DC51088" w14:textId="77777777" w:rsidR="0092490D" w:rsidRPr="00481041" w:rsidRDefault="0092490D">
            <w:pPr>
              <w:keepNext/>
              <w:rPr>
                <w:rFonts w:asciiTheme="majorHAnsi" w:hAnsiTheme="majorHAnsi" w:cstheme="majorHAnsi"/>
              </w:rPr>
            </w:pPr>
          </w:p>
        </w:tc>
        <w:tc>
          <w:tcPr>
            <w:tcW w:w="803" w:type="dxa"/>
          </w:tcPr>
          <w:p w14:paraId="7C17F5D0"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Nr.</w:t>
            </w:r>
          </w:p>
          <w:p w14:paraId="3E3E268C" w14:textId="77777777" w:rsidR="0092490D" w:rsidRPr="00481041" w:rsidRDefault="0092490D">
            <w:pPr>
              <w:keepNext/>
              <w:rPr>
                <w:rFonts w:asciiTheme="majorHAnsi" w:hAnsiTheme="majorHAnsi" w:cstheme="majorHAnsi"/>
              </w:rPr>
            </w:pPr>
          </w:p>
        </w:tc>
        <w:tc>
          <w:tcPr>
            <w:tcW w:w="803" w:type="dxa"/>
          </w:tcPr>
          <w:p w14:paraId="7159979B"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Sc.</w:t>
            </w:r>
          </w:p>
          <w:p w14:paraId="151A11D8" w14:textId="77777777" w:rsidR="0092490D" w:rsidRPr="00481041" w:rsidRDefault="0092490D">
            <w:pPr>
              <w:keepNext/>
              <w:rPr>
                <w:rFonts w:asciiTheme="majorHAnsi" w:hAnsiTheme="majorHAnsi" w:cstheme="majorHAnsi"/>
              </w:rPr>
            </w:pPr>
          </w:p>
        </w:tc>
        <w:tc>
          <w:tcPr>
            <w:tcW w:w="803" w:type="dxa"/>
          </w:tcPr>
          <w:p w14:paraId="242B3AC0"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Et.</w:t>
            </w:r>
          </w:p>
          <w:p w14:paraId="2979A2D4" w14:textId="77777777" w:rsidR="0092490D" w:rsidRPr="00481041" w:rsidRDefault="0092490D">
            <w:pPr>
              <w:keepNext/>
              <w:rPr>
                <w:rFonts w:asciiTheme="majorHAnsi" w:hAnsiTheme="majorHAnsi" w:cstheme="majorHAnsi"/>
              </w:rPr>
            </w:pPr>
          </w:p>
        </w:tc>
        <w:tc>
          <w:tcPr>
            <w:tcW w:w="803" w:type="dxa"/>
          </w:tcPr>
          <w:p w14:paraId="3A687901"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Ap.</w:t>
            </w:r>
          </w:p>
          <w:p w14:paraId="54F6FAF9" w14:textId="77777777" w:rsidR="0092490D" w:rsidRPr="00481041" w:rsidRDefault="0092490D">
            <w:pPr>
              <w:keepNext/>
              <w:rPr>
                <w:rFonts w:asciiTheme="majorHAnsi" w:hAnsiTheme="majorHAnsi" w:cstheme="majorHAnsi"/>
              </w:rPr>
            </w:pPr>
          </w:p>
        </w:tc>
        <w:tc>
          <w:tcPr>
            <w:tcW w:w="1606" w:type="dxa"/>
          </w:tcPr>
          <w:p w14:paraId="2206F39B"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Cod poștal</w:t>
            </w:r>
          </w:p>
          <w:p w14:paraId="7FBC5048" w14:textId="77777777" w:rsidR="0092490D" w:rsidRPr="00481041" w:rsidRDefault="0092490D">
            <w:pPr>
              <w:keepNext/>
              <w:rPr>
                <w:rFonts w:asciiTheme="majorHAnsi" w:hAnsiTheme="majorHAnsi" w:cstheme="majorHAnsi"/>
              </w:rPr>
            </w:pPr>
          </w:p>
        </w:tc>
        <w:tc>
          <w:tcPr>
            <w:tcW w:w="1606" w:type="dxa"/>
          </w:tcPr>
          <w:p w14:paraId="7660C53A"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Țara</w:t>
            </w:r>
          </w:p>
          <w:p w14:paraId="797B31A3" w14:textId="77777777" w:rsidR="0092490D" w:rsidRPr="00481041" w:rsidRDefault="0092490D">
            <w:pPr>
              <w:keepNext/>
              <w:rPr>
                <w:rFonts w:asciiTheme="majorHAnsi" w:hAnsiTheme="majorHAnsi" w:cstheme="majorHAnsi"/>
              </w:rPr>
            </w:pPr>
          </w:p>
        </w:tc>
      </w:tr>
      <w:tr w:rsidR="0092490D" w:rsidRPr="00481041" w14:paraId="7B29F3B6" w14:textId="77777777">
        <w:trPr>
          <w:cantSplit/>
        </w:trPr>
        <w:tc>
          <w:tcPr>
            <w:tcW w:w="9636" w:type="dxa"/>
            <w:gridSpan w:val="8"/>
            <w:shd w:val="clear" w:color="auto" w:fill="F4F4F4"/>
          </w:tcPr>
          <w:p w14:paraId="66B6500D"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rPr>
              <w:t xml:space="preserve"> Date de contact</w:t>
            </w:r>
          </w:p>
        </w:tc>
      </w:tr>
      <w:tr w:rsidR="0092490D" w:rsidRPr="00481041" w14:paraId="01B7B86E" w14:textId="77777777">
        <w:trPr>
          <w:cantSplit/>
          <w:trHeight w:val="510"/>
        </w:trPr>
        <w:tc>
          <w:tcPr>
            <w:tcW w:w="4015" w:type="dxa"/>
            <w:gridSpan w:val="3"/>
          </w:tcPr>
          <w:p w14:paraId="13778A07"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Telefon / fax</w:t>
            </w:r>
          </w:p>
          <w:p w14:paraId="6BF6DA39" w14:textId="77777777" w:rsidR="0092490D" w:rsidRPr="00481041" w:rsidRDefault="0092490D">
            <w:pPr>
              <w:keepNext/>
              <w:rPr>
                <w:rFonts w:asciiTheme="majorHAnsi" w:hAnsiTheme="majorHAnsi" w:cstheme="majorHAnsi"/>
              </w:rPr>
            </w:pPr>
          </w:p>
        </w:tc>
        <w:tc>
          <w:tcPr>
            <w:tcW w:w="5621" w:type="dxa"/>
            <w:gridSpan w:val="5"/>
          </w:tcPr>
          <w:p w14:paraId="781EB8EF"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E-mail</w:t>
            </w:r>
          </w:p>
          <w:p w14:paraId="4DA9AF52" w14:textId="77777777" w:rsidR="0092490D" w:rsidRPr="00481041" w:rsidRDefault="0092490D">
            <w:pPr>
              <w:keepNext/>
              <w:rPr>
                <w:rFonts w:asciiTheme="majorHAnsi" w:hAnsiTheme="majorHAnsi" w:cstheme="majorHAnsi"/>
              </w:rPr>
            </w:pPr>
          </w:p>
        </w:tc>
      </w:tr>
      <w:tr w:rsidR="0092490D" w:rsidRPr="00481041" w14:paraId="0EA0BBAA" w14:textId="77777777">
        <w:trPr>
          <w:cantSplit/>
        </w:trPr>
        <w:tc>
          <w:tcPr>
            <w:tcW w:w="9636" w:type="dxa"/>
            <w:gridSpan w:val="8"/>
            <w:shd w:val="clear" w:color="auto" w:fill="F4F4F4"/>
          </w:tcPr>
          <w:p w14:paraId="002B0D0F"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rPr>
              <w:t xml:space="preserve"> Reprezentare</w:t>
            </w:r>
          </w:p>
        </w:tc>
      </w:tr>
      <w:tr w:rsidR="0092490D" w:rsidRPr="00481041" w14:paraId="60E7F03B" w14:textId="77777777">
        <w:trPr>
          <w:cantSplit/>
          <w:trHeight w:val="510"/>
        </w:trPr>
        <w:tc>
          <w:tcPr>
            <w:tcW w:w="6424" w:type="dxa"/>
            <w:gridSpan w:val="6"/>
          </w:tcPr>
          <w:p w14:paraId="474C309C" w14:textId="77777777" w:rsidR="0092490D" w:rsidRPr="00481041" w:rsidRDefault="008D3852">
            <w:pPr>
              <w:rPr>
                <w:rFonts w:asciiTheme="majorHAnsi" w:hAnsiTheme="majorHAnsi" w:cstheme="majorHAnsi"/>
              </w:rPr>
            </w:pPr>
            <w:r w:rsidRPr="00481041">
              <w:rPr>
                <w:rFonts w:asciiTheme="majorHAnsi" w:hAnsiTheme="majorHAnsi" w:cstheme="majorHAnsi"/>
                <w:b/>
                <w:color w:val="0D5F78"/>
              </w:rPr>
              <w:t>În calitate de reprezentant al</w:t>
            </w:r>
          </w:p>
          <w:p w14:paraId="50F1A1AB" w14:textId="77777777" w:rsidR="0092490D" w:rsidRPr="00481041" w:rsidRDefault="0092490D">
            <w:pPr>
              <w:rPr>
                <w:rFonts w:asciiTheme="majorHAnsi" w:hAnsiTheme="majorHAnsi" w:cstheme="majorHAnsi"/>
              </w:rPr>
            </w:pPr>
          </w:p>
        </w:tc>
        <w:tc>
          <w:tcPr>
            <w:tcW w:w="3212" w:type="dxa"/>
            <w:gridSpan w:val="2"/>
          </w:tcPr>
          <w:p w14:paraId="60D40485" w14:textId="77777777" w:rsidR="0092490D" w:rsidRPr="00481041" w:rsidRDefault="008D3852">
            <w:pPr>
              <w:rPr>
                <w:rFonts w:asciiTheme="majorHAnsi" w:hAnsiTheme="majorHAnsi" w:cstheme="majorHAnsi"/>
              </w:rPr>
            </w:pPr>
            <w:r w:rsidRPr="00481041">
              <w:rPr>
                <w:rFonts w:asciiTheme="majorHAnsi" w:hAnsiTheme="majorHAnsi" w:cstheme="majorHAnsi"/>
                <w:b/>
                <w:color w:val="0D5F78"/>
              </w:rPr>
              <w:t>CUI / CIF</w:t>
            </w:r>
          </w:p>
          <w:p w14:paraId="40BE55A2" w14:textId="77777777" w:rsidR="0092490D" w:rsidRPr="00481041" w:rsidRDefault="0092490D">
            <w:pPr>
              <w:rPr>
                <w:rFonts w:asciiTheme="majorHAnsi" w:hAnsiTheme="majorHAnsi" w:cstheme="majorHAnsi"/>
              </w:rPr>
            </w:pPr>
          </w:p>
        </w:tc>
      </w:tr>
    </w:tbl>
    <w:p w14:paraId="3CF7F31B" w14:textId="77777777" w:rsidR="0092490D" w:rsidRPr="00481041" w:rsidRDefault="0092490D">
      <w:pPr>
        <w:spacing w:line="168" w:lineRule="auto"/>
        <w:rPr>
          <w:rFonts w:asciiTheme="majorHAnsi" w:hAnsiTheme="majorHAnsi" w:cstheme="majorHAnsi"/>
        </w:rPr>
      </w:pPr>
    </w:p>
    <w:p w14:paraId="0F362D53" w14:textId="77777777" w:rsidR="0092490D" w:rsidRPr="00481041" w:rsidRDefault="008D3852">
      <w:pPr>
        <w:spacing w:before="80" w:after="60"/>
        <w:jc w:val="center"/>
        <w:rPr>
          <w:rFonts w:asciiTheme="majorHAnsi" w:hAnsiTheme="majorHAnsi" w:cstheme="majorHAnsi"/>
        </w:rPr>
      </w:pPr>
      <w:r w:rsidRPr="00481041">
        <w:rPr>
          <w:rFonts w:asciiTheme="majorHAnsi" w:hAnsiTheme="majorHAnsi" w:cstheme="majorHAnsi"/>
          <w:sz w:val="18"/>
        </w:rPr>
        <w:t>în conformitate cu prevederile art. 300 din Legea nr. 169/2026 privind Codul amenajării teritoriului, urbanismului și construcțiilor, solicit</w:t>
      </w:r>
    </w:p>
    <w:p w14:paraId="2C758CD0" w14:textId="77777777" w:rsidR="0092490D" w:rsidRPr="00481041" w:rsidRDefault="008D3852">
      <w:pPr>
        <w:spacing w:before="80" w:after="60"/>
        <w:jc w:val="center"/>
        <w:rPr>
          <w:rFonts w:asciiTheme="majorHAnsi" w:hAnsiTheme="majorHAnsi" w:cstheme="majorHAnsi"/>
        </w:rPr>
      </w:pPr>
      <w:r w:rsidRPr="00481041">
        <w:rPr>
          <w:rFonts w:asciiTheme="majorHAnsi" w:hAnsiTheme="majorHAnsi" w:cstheme="majorHAnsi"/>
          <w:sz w:val="18"/>
        </w:rPr>
        <w:t>solicit emiterea</w:t>
      </w:r>
    </w:p>
    <w:p w14:paraId="34A7E23A" w14:textId="77777777" w:rsidR="0092490D" w:rsidRPr="00481041" w:rsidRDefault="008D3852">
      <w:pPr>
        <w:spacing w:after="160"/>
        <w:jc w:val="center"/>
        <w:rPr>
          <w:rFonts w:asciiTheme="majorHAnsi" w:hAnsiTheme="majorHAnsi" w:cstheme="majorHAnsi"/>
        </w:rPr>
      </w:pPr>
      <w:r w:rsidRPr="00481041">
        <w:rPr>
          <w:rFonts w:asciiTheme="majorHAnsi" w:hAnsiTheme="majorHAnsi" w:cstheme="majorHAnsi"/>
          <w:b/>
          <w:sz w:val="20"/>
        </w:rPr>
        <w:t>AVIZ DE AMPLASARE</w:t>
      </w:r>
    </w:p>
    <w:p w14:paraId="279E9CAB" w14:textId="390848E8" w:rsidR="0092490D" w:rsidRPr="00481041" w:rsidRDefault="0092490D">
      <w:pPr>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481041" w14:paraId="45B98CD8" w14:textId="77777777">
        <w:trPr>
          <w:cantSplit/>
        </w:trPr>
        <w:tc>
          <w:tcPr>
            <w:tcW w:w="9636" w:type="dxa"/>
            <w:shd w:val="clear" w:color="auto" w:fill="F4F4F4"/>
          </w:tcPr>
          <w:p w14:paraId="0AED1E8C" w14:textId="42393A44" w:rsidR="0092490D" w:rsidRPr="00481041" w:rsidRDefault="008D3852">
            <w:pPr>
              <w:keepNext/>
              <w:rPr>
                <w:rFonts w:asciiTheme="majorHAnsi" w:hAnsiTheme="majorHAnsi" w:cstheme="majorHAnsi"/>
              </w:rPr>
            </w:pPr>
            <w:r w:rsidRPr="00481041">
              <w:rPr>
                <w:rFonts w:asciiTheme="majorHAnsi" w:hAnsiTheme="majorHAnsi" w:cstheme="majorHAnsi"/>
                <w:b/>
                <w:sz w:val="16"/>
              </w:rPr>
              <w:t xml:space="preserve"> 3. </w:t>
            </w:r>
            <w:r w:rsidR="00BC56AE" w:rsidRPr="00481041">
              <w:rPr>
                <w:rFonts w:asciiTheme="majorHAnsi" w:hAnsiTheme="majorHAnsi" w:cstheme="majorHAnsi"/>
                <w:b/>
                <w:sz w:val="16"/>
              </w:rPr>
              <w:t xml:space="preserve">ÎN </w:t>
            </w:r>
            <w:r w:rsidR="00EC2169" w:rsidRPr="00481041">
              <w:rPr>
                <w:rFonts w:asciiTheme="majorHAnsi" w:hAnsiTheme="majorHAnsi" w:cstheme="majorHAnsi"/>
                <w:b/>
                <w:color w:val="000000"/>
                <w:sz w:val="18"/>
              </w:rPr>
              <w:t>VEDEREA</w:t>
            </w:r>
            <w:r w:rsidRPr="00481041">
              <w:rPr>
                <w:rFonts w:asciiTheme="majorHAnsi" w:hAnsiTheme="majorHAnsi" w:cstheme="majorHAnsi"/>
                <w:b/>
                <w:color w:val="000000"/>
                <w:sz w:val="18"/>
              </w:rPr>
              <w:t xml:space="preserve"> </w:t>
            </w:r>
            <w:r w:rsidR="00EC2169" w:rsidRPr="00481041">
              <w:rPr>
                <w:rFonts w:asciiTheme="majorHAnsi" w:hAnsiTheme="majorHAnsi" w:cstheme="majorHAnsi"/>
                <w:b/>
                <w:color w:val="000000"/>
                <w:sz w:val="18"/>
              </w:rPr>
              <w:t>AMPLASĂRII:</w:t>
            </w:r>
          </w:p>
        </w:tc>
      </w:tr>
      <w:tr w:rsidR="0092490D" w:rsidRPr="00481041" w14:paraId="5DB62554" w14:textId="77777777">
        <w:trPr>
          <w:cantSplit/>
        </w:trPr>
        <w:tc>
          <w:tcPr>
            <w:tcW w:w="9636" w:type="dxa"/>
          </w:tcPr>
          <w:p w14:paraId="7A5D05D8" w14:textId="77777777" w:rsidR="0092490D" w:rsidRPr="00481041" w:rsidRDefault="008D3852">
            <w:pPr>
              <w:keepNext/>
              <w:rPr>
                <w:rFonts w:asciiTheme="majorHAnsi" w:hAnsiTheme="majorHAnsi" w:cstheme="majorHAnsi"/>
              </w:rPr>
            </w:pPr>
            <w:r w:rsidRPr="00481041">
              <w:rPr>
                <w:rFonts w:ascii="Segoe UI Symbol" w:hAnsi="Segoe UI Symbol" w:cs="Segoe UI Symbol"/>
                <w:sz w:val="16"/>
              </w:rPr>
              <w:t>☐</w:t>
            </w:r>
            <w:r w:rsidRPr="00481041">
              <w:rPr>
                <w:rFonts w:asciiTheme="majorHAnsi" w:hAnsiTheme="majorHAnsi" w:cstheme="majorHAnsi"/>
                <w:sz w:val="16"/>
              </w:rPr>
              <w:t xml:space="preserve"> a) rastele pentru biciclete, trotinete și puncte / stații de încărcare pentru autovehicule electrice / hibride</w:t>
            </w:r>
          </w:p>
        </w:tc>
      </w:tr>
      <w:tr w:rsidR="0092490D" w:rsidRPr="00481041" w14:paraId="6673C1E1" w14:textId="77777777">
        <w:trPr>
          <w:cantSplit/>
        </w:trPr>
        <w:tc>
          <w:tcPr>
            <w:tcW w:w="9636" w:type="dxa"/>
          </w:tcPr>
          <w:p w14:paraId="2FC2FD14" w14:textId="2BEEAD93" w:rsidR="0092490D" w:rsidRPr="00481041" w:rsidRDefault="008D3852">
            <w:pPr>
              <w:keepNext/>
              <w:rPr>
                <w:rFonts w:asciiTheme="majorHAnsi" w:hAnsiTheme="majorHAnsi" w:cstheme="majorHAnsi"/>
              </w:rPr>
            </w:pPr>
            <w:r w:rsidRPr="00481041">
              <w:rPr>
                <w:rFonts w:ascii="Segoe UI Symbol" w:hAnsi="Segoe UI Symbol" w:cs="Segoe UI Symbol"/>
                <w:sz w:val="16"/>
              </w:rPr>
              <w:t>☐</w:t>
            </w:r>
            <w:r w:rsidRPr="00481041">
              <w:rPr>
                <w:rFonts w:asciiTheme="majorHAnsi" w:hAnsiTheme="majorHAnsi" w:cstheme="majorHAnsi"/>
                <w:sz w:val="16"/>
              </w:rPr>
              <w:t xml:space="preserve"> b) punct fix de măsurare și punct de măsurare indicativ a calității aerului, cu dotări aferente, conform Legii nr. 104/2011</w:t>
            </w:r>
            <w:r w:rsidR="00D52CF1" w:rsidRPr="00481041">
              <w:rPr>
                <w:rFonts w:asciiTheme="majorHAnsi" w:hAnsiTheme="majorHAnsi" w:cstheme="majorHAnsi"/>
                <w:sz w:val="16"/>
              </w:rPr>
              <w:t xml:space="preserve"> </w:t>
            </w:r>
            <w:proofErr w:type="spellStart"/>
            <w:r w:rsidR="00D52CF1" w:rsidRPr="00481041">
              <w:rPr>
                <w:rFonts w:asciiTheme="majorHAnsi" w:hAnsiTheme="majorHAnsi" w:cstheme="majorHAnsi"/>
                <w:sz w:val="16"/>
              </w:rPr>
              <w:t>privind</w:t>
            </w:r>
            <w:proofErr w:type="spellEnd"/>
            <w:r w:rsidR="00D52CF1" w:rsidRPr="00481041">
              <w:rPr>
                <w:rFonts w:asciiTheme="majorHAnsi" w:hAnsiTheme="majorHAnsi" w:cstheme="majorHAnsi"/>
                <w:sz w:val="16"/>
              </w:rPr>
              <w:t xml:space="preserve"> </w:t>
            </w:r>
            <w:proofErr w:type="spellStart"/>
            <w:r w:rsidR="00D52CF1" w:rsidRPr="00481041">
              <w:rPr>
                <w:rFonts w:asciiTheme="majorHAnsi" w:hAnsiTheme="majorHAnsi" w:cstheme="majorHAnsi"/>
                <w:sz w:val="16"/>
              </w:rPr>
              <w:t>calitatea</w:t>
            </w:r>
            <w:proofErr w:type="spellEnd"/>
            <w:r w:rsidR="00D52CF1" w:rsidRPr="00481041">
              <w:rPr>
                <w:rFonts w:asciiTheme="majorHAnsi" w:hAnsiTheme="majorHAnsi" w:cstheme="majorHAnsi"/>
                <w:sz w:val="16"/>
              </w:rPr>
              <w:t xml:space="preserve"> </w:t>
            </w:r>
            <w:proofErr w:type="spellStart"/>
            <w:r w:rsidR="00D52CF1" w:rsidRPr="00481041">
              <w:rPr>
                <w:rFonts w:asciiTheme="majorHAnsi" w:hAnsiTheme="majorHAnsi" w:cstheme="majorHAnsi"/>
                <w:sz w:val="16"/>
              </w:rPr>
              <w:t>aerului</w:t>
            </w:r>
            <w:proofErr w:type="spellEnd"/>
            <w:r w:rsidR="00D52CF1" w:rsidRPr="00481041">
              <w:rPr>
                <w:rFonts w:asciiTheme="majorHAnsi" w:hAnsiTheme="majorHAnsi" w:cstheme="majorHAnsi"/>
                <w:sz w:val="16"/>
              </w:rPr>
              <w:t xml:space="preserve"> </w:t>
            </w:r>
            <w:proofErr w:type="spellStart"/>
            <w:r w:rsidR="00D52CF1" w:rsidRPr="00481041">
              <w:rPr>
                <w:rFonts w:asciiTheme="majorHAnsi" w:hAnsiTheme="majorHAnsi" w:cstheme="majorHAnsi"/>
                <w:sz w:val="16"/>
              </w:rPr>
              <w:t>înconjurător</w:t>
            </w:r>
            <w:proofErr w:type="spellEnd"/>
            <w:r w:rsidRPr="00481041">
              <w:rPr>
                <w:rFonts w:asciiTheme="majorHAnsi" w:hAnsiTheme="majorHAnsi" w:cstheme="majorHAnsi"/>
                <w:sz w:val="16"/>
              </w:rPr>
              <w:t xml:space="preserve">, cu </w:t>
            </w:r>
            <w:proofErr w:type="spellStart"/>
            <w:r w:rsidRPr="00481041">
              <w:rPr>
                <w:rFonts w:asciiTheme="majorHAnsi" w:hAnsiTheme="majorHAnsi" w:cstheme="majorHAnsi"/>
                <w:sz w:val="16"/>
              </w:rPr>
              <w:t>modificările</w:t>
            </w:r>
            <w:proofErr w:type="spellEnd"/>
            <w:r w:rsidRPr="00481041">
              <w:rPr>
                <w:rFonts w:asciiTheme="majorHAnsi" w:hAnsiTheme="majorHAnsi" w:cstheme="majorHAnsi"/>
                <w:sz w:val="16"/>
              </w:rPr>
              <w:t xml:space="preserve"> </w:t>
            </w:r>
            <w:proofErr w:type="spellStart"/>
            <w:r w:rsidRPr="00481041">
              <w:rPr>
                <w:rFonts w:asciiTheme="majorHAnsi" w:hAnsiTheme="majorHAnsi" w:cstheme="majorHAnsi"/>
                <w:sz w:val="16"/>
              </w:rPr>
              <w:t>ulterioare</w:t>
            </w:r>
            <w:proofErr w:type="spellEnd"/>
          </w:p>
        </w:tc>
      </w:tr>
      <w:tr w:rsidR="0092490D" w:rsidRPr="00481041" w14:paraId="4B57A567" w14:textId="77777777">
        <w:trPr>
          <w:cantSplit/>
        </w:trPr>
        <w:tc>
          <w:tcPr>
            <w:tcW w:w="9636" w:type="dxa"/>
          </w:tcPr>
          <w:p w14:paraId="01E1B7DF" w14:textId="77777777" w:rsidR="0092490D" w:rsidRPr="00481041" w:rsidRDefault="008D3852">
            <w:pPr>
              <w:keepNext/>
              <w:rPr>
                <w:rFonts w:asciiTheme="majorHAnsi" w:hAnsiTheme="majorHAnsi" w:cstheme="majorHAnsi"/>
              </w:rPr>
            </w:pPr>
            <w:r w:rsidRPr="00481041">
              <w:rPr>
                <w:rFonts w:ascii="Segoe UI Symbol" w:hAnsi="Segoe UI Symbol" w:cs="Segoe UI Symbol"/>
                <w:sz w:val="16"/>
              </w:rPr>
              <w:t>☐</w:t>
            </w:r>
            <w:r w:rsidRPr="00481041">
              <w:rPr>
                <w:rFonts w:asciiTheme="majorHAnsi" w:hAnsiTheme="majorHAnsi" w:cstheme="majorHAnsi"/>
                <w:sz w:val="16"/>
              </w:rPr>
              <w:t xml:space="preserve"> c) puncte / sisteme automate pentru precolectarea și gestionarea deșeurilor reciclabile, recipiente pentru precolectarea deșeurilor, inclusiv platforme și dotări tehnico-edilitare aferente</w:t>
            </w:r>
          </w:p>
        </w:tc>
      </w:tr>
      <w:tr w:rsidR="0092490D" w:rsidRPr="00481041" w14:paraId="1CEC34A4" w14:textId="77777777">
        <w:trPr>
          <w:cantSplit/>
        </w:trPr>
        <w:tc>
          <w:tcPr>
            <w:tcW w:w="9636" w:type="dxa"/>
          </w:tcPr>
          <w:p w14:paraId="7C712D85" w14:textId="77777777" w:rsidR="0092490D" w:rsidRPr="00481041" w:rsidRDefault="008D3852">
            <w:pPr>
              <w:keepNext/>
              <w:rPr>
                <w:rFonts w:asciiTheme="majorHAnsi" w:hAnsiTheme="majorHAnsi" w:cstheme="majorHAnsi"/>
                <w:lang w:val="fr-FR"/>
              </w:rPr>
            </w:pP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d) </w:t>
            </w:r>
            <w:proofErr w:type="spellStart"/>
            <w:r w:rsidRPr="00481041">
              <w:rPr>
                <w:rFonts w:asciiTheme="majorHAnsi" w:hAnsiTheme="majorHAnsi" w:cstheme="majorHAnsi"/>
                <w:sz w:val="16"/>
                <w:lang w:val="fr-FR"/>
              </w:rPr>
              <w:t>elemente</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semnalizare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rutieră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plăcuțe</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nomenclatură</w:t>
            </w:r>
            <w:proofErr w:type="spellEnd"/>
            <w:r w:rsidRPr="00481041">
              <w:rPr>
                <w:rFonts w:asciiTheme="majorHAnsi" w:hAnsiTheme="majorHAnsi" w:cstheme="majorHAnsi"/>
                <w:sz w:val="16"/>
                <w:lang w:val="fr-FR"/>
              </w:rPr>
              <w:t xml:space="preserve"> / </w:t>
            </w:r>
            <w:proofErr w:type="spellStart"/>
            <w:r w:rsidRPr="00481041">
              <w:rPr>
                <w:rFonts w:asciiTheme="majorHAnsi" w:hAnsiTheme="majorHAnsi" w:cstheme="majorHAnsi"/>
                <w:sz w:val="16"/>
                <w:lang w:val="fr-FR"/>
              </w:rPr>
              <w:t>identificare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stradală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și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sisteme</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monitorizare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video</w:t>
            </w:r>
            <w:proofErr w:type="spellEnd"/>
            <w:r w:rsidRPr="00481041">
              <w:rPr>
                <w:rFonts w:asciiTheme="majorHAnsi" w:hAnsiTheme="majorHAnsi" w:cstheme="majorHAnsi"/>
                <w:sz w:val="16"/>
                <w:lang w:val="fr-FR"/>
              </w:rPr>
              <w:t xml:space="preserve"> a </w:t>
            </w:r>
            <w:proofErr w:type="spellStart"/>
            <w:r w:rsidRPr="00481041">
              <w:rPr>
                <w:rFonts w:asciiTheme="majorHAnsi" w:hAnsiTheme="majorHAnsi" w:cstheme="majorHAnsi"/>
                <w:sz w:val="16"/>
                <w:lang w:val="fr-FR"/>
              </w:rPr>
              <w:t>traficului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rutier</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și</w:t>
            </w:r>
            <w:proofErr w:type="spellEnd"/>
            <w:r w:rsidRPr="00481041">
              <w:rPr>
                <w:rFonts w:asciiTheme="majorHAnsi" w:hAnsiTheme="majorHAnsi" w:cstheme="majorHAnsi"/>
                <w:sz w:val="16"/>
                <w:lang w:val="fr-FR"/>
              </w:rPr>
              <w:t xml:space="preserve"> a </w:t>
            </w:r>
            <w:proofErr w:type="spellStart"/>
            <w:r w:rsidRPr="00481041">
              <w:rPr>
                <w:rFonts w:asciiTheme="majorHAnsi" w:hAnsiTheme="majorHAnsi" w:cstheme="majorHAnsi"/>
                <w:sz w:val="16"/>
                <w:lang w:val="fr-FR"/>
              </w:rPr>
              <w:t>siguranței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publice</w:t>
            </w:r>
            <w:proofErr w:type="spellEnd"/>
          </w:p>
        </w:tc>
      </w:tr>
      <w:tr w:rsidR="0092490D" w:rsidRPr="00481041" w14:paraId="641388B9" w14:textId="77777777">
        <w:trPr>
          <w:cantSplit/>
        </w:trPr>
        <w:tc>
          <w:tcPr>
            <w:tcW w:w="9636" w:type="dxa"/>
          </w:tcPr>
          <w:p w14:paraId="2CAC2BA8"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lang w:val="fr-FR"/>
              </w:rPr>
              <w:t xml:space="preserve"> </w:t>
            </w:r>
            <w:r w:rsidRPr="00481041">
              <w:rPr>
                <w:rFonts w:ascii="Segoe UI Symbol" w:hAnsi="Segoe UI Symbol" w:cs="Segoe UI Symbol"/>
                <w:sz w:val="16"/>
              </w:rPr>
              <w:t>☐</w:t>
            </w:r>
            <w:r w:rsidRPr="00481041">
              <w:rPr>
                <w:rFonts w:asciiTheme="majorHAnsi" w:hAnsiTheme="majorHAnsi" w:cstheme="majorHAnsi"/>
                <w:sz w:val="16"/>
              </w:rPr>
              <w:t xml:space="preserve"> e) </w:t>
            </w:r>
            <w:proofErr w:type="spellStart"/>
            <w:r w:rsidRPr="00481041">
              <w:rPr>
                <w:rFonts w:asciiTheme="majorHAnsi" w:hAnsiTheme="majorHAnsi" w:cstheme="majorHAnsi"/>
                <w:sz w:val="16"/>
              </w:rPr>
              <w:t>toalete</w:t>
            </w:r>
            <w:proofErr w:type="spellEnd"/>
            <w:r w:rsidRPr="00481041">
              <w:rPr>
                <w:rFonts w:asciiTheme="majorHAnsi" w:hAnsiTheme="majorHAnsi" w:cstheme="majorHAnsi"/>
                <w:sz w:val="16"/>
              </w:rPr>
              <w:t xml:space="preserve"> </w:t>
            </w:r>
            <w:proofErr w:type="spellStart"/>
            <w:r w:rsidRPr="00481041">
              <w:rPr>
                <w:rFonts w:asciiTheme="majorHAnsi" w:hAnsiTheme="majorHAnsi" w:cstheme="majorHAnsi"/>
                <w:sz w:val="16"/>
              </w:rPr>
              <w:t>ecologice</w:t>
            </w:r>
            <w:proofErr w:type="spellEnd"/>
            <w:r w:rsidRPr="00481041">
              <w:rPr>
                <w:rFonts w:asciiTheme="majorHAnsi" w:hAnsiTheme="majorHAnsi" w:cstheme="majorHAnsi"/>
                <w:sz w:val="16"/>
              </w:rPr>
              <w:t xml:space="preserve"> mobile </w:t>
            </w:r>
            <w:proofErr w:type="spellStart"/>
            <w:r w:rsidRPr="00481041">
              <w:rPr>
                <w:rFonts w:asciiTheme="majorHAnsi" w:hAnsiTheme="majorHAnsi" w:cstheme="majorHAnsi"/>
                <w:sz w:val="16"/>
              </w:rPr>
              <w:t>și</w:t>
            </w:r>
            <w:proofErr w:type="spellEnd"/>
            <w:r w:rsidRPr="00481041">
              <w:rPr>
                <w:rFonts w:asciiTheme="majorHAnsi" w:hAnsiTheme="majorHAnsi" w:cstheme="majorHAnsi"/>
                <w:sz w:val="16"/>
              </w:rPr>
              <w:t xml:space="preserve"> dotările aferente</w:t>
            </w:r>
          </w:p>
        </w:tc>
      </w:tr>
      <w:tr w:rsidR="0092490D" w:rsidRPr="00481041" w14:paraId="7619847E" w14:textId="77777777">
        <w:trPr>
          <w:cantSplit/>
        </w:trPr>
        <w:tc>
          <w:tcPr>
            <w:tcW w:w="9636" w:type="dxa"/>
          </w:tcPr>
          <w:p w14:paraId="5C70FFFD" w14:textId="77777777" w:rsidR="0092490D" w:rsidRPr="00481041" w:rsidRDefault="008D3852">
            <w:pPr>
              <w:keepNext/>
              <w:rPr>
                <w:rFonts w:asciiTheme="majorHAnsi" w:hAnsiTheme="majorHAnsi" w:cstheme="majorHAnsi"/>
              </w:rPr>
            </w:pPr>
            <w:r w:rsidRPr="00481041">
              <w:rPr>
                <w:rFonts w:ascii="Segoe UI Symbol" w:hAnsi="Segoe UI Symbol" w:cs="Segoe UI Symbol"/>
                <w:sz w:val="16"/>
              </w:rPr>
              <w:t>☐</w:t>
            </w:r>
            <w:r w:rsidRPr="00481041">
              <w:rPr>
                <w:rFonts w:asciiTheme="majorHAnsi" w:hAnsiTheme="majorHAnsi" w:cstheme="majorHAnsi"/>
                <w:sz w:val="16"/>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rsidRPr="00481041" w14:paraId="3D14304B" w14:textId="77777777">
        <w:trPr>
          <w:cantSplit/>
        </w:trPr>
        <w:tc>
          <w:tcPr>
            <w:tcW w:w="9636" w:type="dxa"/>
          </w:tcPr>
          <w:p w14:paraId="4BFCD214" w14:textId="77777777" w:rsidR="0092490D" w:rsidRPr="00481041" w:rsidRDefault="008D3852">
            <w:pPr>
              <w:keepNext/>
              <w:rPr>
                <w:rFonts w:asciiTheme="majorHAnsi" w:hAnsiTheme="majorHAnsi" w:cstheme="majorHAnsi"/>
              </w:rPr>
            </w:pPr>
            <w:r w:rsidRPr="00481041">
              <w:rPr>
                <w:rFonts w:ascii="Segoe UI Symbol" w:hAnsi="Segoe UI Symbol" w:cs="Segoe UI Symbol"/>
                <w:sz w:val="16"/>
              </w:rPr>
              <w:t>☐</w:t>
            </w:r>
            <w:r w:rsidRPr="00481041">
              <w:rPr>
                <w:rFonts w:asciiTheme="majorHAnsi" w:hAnsiTheme="majorHAnsi" w:cstheme="majorHAnsi"/>
                <w:sz w:val="16"/>
              </w:rPr>
              <w:t xml:space="preserve"> g) mobilier necesar practicării comerțului de întâmpinare, în baza unui regulament aprobat de consiliul local al unității administrativ-teritoriale sau al sectorului municipiului București</w:t>
            </w:r>
          </w:p>
        </w:tc>
      </w:tr>
      <w:tr w:rsidR="0092490D" w:rsidRPr="00481041" w14:paraId="311CD8D5" w14:textId="77777777">
        <w:trPr>
          <w:cantSplit/>
        </w:trPr>
        <w:tc>
          <w:tcPr>
            <w:tcW w:w="9636" w:type="dxa"/>
          </w:tcPr>
          <w:p w14:paraId="4A8D7DB8" w14:textId="77777777" w:rsidR="0092490D" w:rsidRPr="00481041" w:rsidRDefault="008D3852">
            <w:pPr>
              <w:keepNext/>
              <w:rPr>
                <w:rFonts w:asciiTheme="majorHAnsi" w:hAnsiTheme="majorHAnsi" w:cstheme="majorHAnsi"/>
                <w:lang w:val="fr-FR"/>
              </w:rPr>
            </w:pP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h) </w:t>
            </w:r>
            <w:proofErr w:type="spellStart"/>
            <w:r w:rsidRPr="00481041">
              <w:rPr>
                <w:rFonts w:asciiTheme="majorHAnsi" w:hAnsiTheme="majorHAnsi" w:cstheme="majorHAnsi"/>
                <w:sz w:val="16"/>
                <w:lang w:val="fr-FR"/>
              </w:rPr>
              <w:t>amenajări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temporare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în</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aer</w:t>
            </w:r>
            <w:proofErr w:type="spellEnd"/>
            <w:r w:rsidRPr="00481041">
              <w:rPr>
                <w:rFonts w:asciiTheme="majorHAnsi" w:hAnsiTheme="majorHAnsi" w:cstheme="majorHAnsi"/>
                <w:sz w:val="16"/>
                <w:lang w:val="fr-FR"/>
              </w:rPr>
              <w:t xml:space="preserve"> liber </w:t>
            </w:r>
            <w:proofErr w:type="spellStart"/>
            <w:r w:rsidRPr="00481041">
              <w:rPr>
                <w:rFonts w:asciiTheme="majorHAnsi" w:hAnsiTheme="majorHAnsi" w:cstheme="majorHAnsi"/>
                <w:sz w:val="16"/>
                <w:lang w:val="fr-FR"/>
              </w:rPr>
              <w:t>pentru</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activitățile</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spectacole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întruniri</w:t>
            </w:r>
            <w:proofErr w:type="spellEnd"/>
            <w:r w:rsidRPr="00481041">
              <w:rPr>
                <w:rFonts w:asciiTheme="majorHAnsi" w:hAnsiTheme="majorHAnsi" w:cstheme="majorHAnsi"/>
                <w:sz w:val="16"/>
                <w:lang w:val="fr-FR"/>
              </w:rPr>
              <w:t xml:space="preserve">, concerte, </w:t>
            </w:r>
            <w:proofErr w:type="spellStart"/>
            <w:r w:rsidRPr="00481041">
              <w:rPr>
                <w:rFonts w:asciiTheme="majorHAnsi" w:hAnsiTheme="majorHAnsi" w:cstheme="majorHAnsi"/>
                <w:sz w:val="16"/>
                <w:lang w:val="fr-FR"/>
              </w:rPr>
              <w:t>proiecții</w:t>
            </w:r>
            <w:proofErr w:type="spellEnd"/>
            <w:r w:rsidRPr="00481041">
              <w:rPr>
                <w:rFonts w:asciiTheme="majorHAnsi" w:hAnsiTheme="majorHAnsi" w:cstheme="majorHAnsi"/>
                <w:sz w:val="16"/>
                <w:lang w:val="fr-FR"/>
              </w:rPr>
              <w:t xml:space="preserve"> de filme, </w:t>
            </w:r>
            <w:proofErr w:type="spellStart"/>
            <w:r w:rsidRPr="00481041">
              <w:rPr>
                <w:rFonts w:asciiTheme="majorHAnsi" w:hAnsiTheme="majorHAnsi" w:cstheme="majorHAnsi"/>
                <w:sz w:val="16"/>
                <w:lang w:val="fr-FR"/>
              </w:rPr>
              <w:t>târguri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expoziții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jocuri</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artificii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sau</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spectacole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pirotehnice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circuri</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alimentație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publică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patinoare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parcuri</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distracții</w:t>
            </w:r>
            <w:proofErr w:type="spellEnd"/>
          </w:p>
        </w:tc>
      </w:tr>
      <w:tr w:rsidR="0092490D" w:rsidRPr="00481041" w14:paraId="1F58E5B0" w14:textId="77777777">
        <w:trPr>
          <w:cantSplit/>
        </w:trPr>
        <w:tc>
          <w:tcPr>
            <w:tcW w:w="9636" w:type="dxa"/>
          </w:tcPr>
          <w:p w14:paraId="3AB726D1" w14:textId="77777777" w:rsidR="0092490D" w:rsidRPr="00481041" w:rsidRDefault="008D3852">
            <w:pPr>
              <w:rPr>
                <w:rFonts w:asciiTheme="majorHAnsi" w:hAnsiTheme="majorHAnsi" w:cstheme="majorHAnsi"/>
                <w:lang w:val="fr-FR"/>
              </w:rPr>
            </w:pP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i) </w:t>
            </w:r>
            <w:proofErr w:type="spellStart"/>
            <w:r w:rsidRPr="00481041">
              <w:rPr>
                <w:rFonts w:asciiTheme="majorHAnsi" w:hAnsiTheme="majorHAnsi" w:cstheme="majorHAnsi"/>
                <w:sz w:val="16"/>
                <w:lang w:val="fr-FR"/>
              </w:rPr>
              <w:t>stație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automată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fixă</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monitorizare</w:t>
            </w:r>
            <w:proofErr w:type="spellEnd"/>
            <w:r w:rsidRPr="00481041">
              <w:rPr>
                <w:rFonts w:asciiTheme="majorHAnsi" w:hAnsiTheme="majorHAnsi" w:cstheme="majorHAnsi"/>
                <w:sz w:val="16"/>
                <w:lang w:val="fr-FR"/>
              </w:rPr>
              <w:t xml:space="preserve"> a </w:t>
            </w:r>
            <w:proofErr w:type="spellStart"/>
            <w:r w:rsidRPr="00481041">
              <w:rPr>
                <w:rFonts w:asciiTheme="majorHAnsi" w:hAnsiTheme="majorHAnsi" w:cstheme="majorHAnsi"/>
                <w:sz w:val="16"/>
                <w:lang w:val="fr-FR"/>
              </w:rPr>
              <w:t>nivelului</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zgomot</w:t>
            </w:r>
            <w:proofErr w:type="spellEnd"/>
            <w:r w:rsidRPr="00481041">
              <w:rPr>
                <w:rFonts w:asciiTheme="majorHAnsi" w:hAnsiTheme="majorHAnsi" w:cstheme="majorHAnsi"/>
                <w:sz w:val="16"/>
                <w:lang w:val="fr-FR"/>
              </w:rPr>
              <w:t xml:space="preserve"> ambiant</w:t>
            </w:r>
          </w:p>
        </w:tc>
      </w:tr>
    </w:tbl>
    <w:p w14:paraId="30704889" w14:textId="77777777" w:rsidR="0092490D" w:rsidRPr="00481041" w:rsidRDefault="0092490D">
      <w:pPr>
        <w:spacing w:line="168" w:lineRule="auto"/>
        <w:rPr>
          <w:rFonts w:asciiTheme="majorHAnsi" w:hAnsiTheme="majorHAnsi" w:cstheme="majorHAns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rsidRPr="00481041" w14:paraId="0EB34617" w14:textId="77777777">
        <w:trPr>
          <w:cantSplit/>
        </w:trPr>
        <w:tc>
          <w:tcPr>
            <w:tcW w:w="9636" w:type="dxa"/>
            <w:gridSpan w:val="6"/>
            <w:shd w:val="clear" w:color="auto" w:fill="F4F4F4"/>
          </w:tcPr>
          <w:p w14:paraId="5E9B8111"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lang w:val="fr-FR"/>
              </w:rPr>
              <w:lastRenderedPageBreak/>
              <w:t xml:space="preserve"> </w:t>
            </w:r>
            <w:r w:rsidRPr="00481041">
              <w:rPr>
                <w:rFonts w:asciiTheme="majorHAnsi" w:hAnsiTheme="majorHAnsi" w:cstheme="majorHAnsi"/>
                <w:b/>
                <w:sz w:val="16"/>
              </w:rPr>
              <w:t xml:space="preserve">4. </w:t>
            </w:r>
            <w:r w:rsidRPr="00481041">
              <w:rPr>
                <w:rFonts w:asciiTheme="majorHAnsi" w:hAnsiTheme="majorHAnsi" w:cstheme="majorHAnsi"/>
                <w:b/>
                <w:color w:val="000000"/>
                <w:sz w:val="18"/>
              </w:rPr>
              <w:t>IMOBILUL</w:t>
            </w:r>
          </w:p>
        </w:tc>
      </w:tr>
      <w:tr w:rsidR="0092490D" w:rsidRPr="00481041" w14:paraId="76511487" w14:textId="77777777">
        <w:trPr>
          <w:cantSplit/>
        </w:trPr>
        <w:tc>
          <w:tcPr>
            <w:tcW w:w="9636" w:type="dxa"/>
            <w:gridSpan w:val="6"/>
          </w:tcPr>
          <w:p w14:paraId="0E949CD3"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rPr>
              <w:t xml:space="preserve"> </w:t>
            </w:r>
            <w:r w:rsidRPr="00481041">
              <w:rPr>
                <w:rFonts w:ascii="Segoe UI Symbol" w:hAnsi="Segoe UI Symbol" w:cs="Segoe UI Symbol"/>
                <w:sz w:val="16"/>
              </w:rPr>
              <w:t>☐</w:t>
            </w:r>
            <w:r w:rsidRPr="00481041">
              <w:rPr>
                <w:rFonts w:asciiTheme="majorHAnsi" w:hAnsiTheme="majorHAnsi" w:cstheme="majorHAnsi"/>
                <w:sz w:val="16"/>
              </w:rPr>
              <w:t xml:space="preserve"> teren     </w:t>
            </w:r>
            <w:r w:rsidRPr="00481041">
              <w:rPr>
                <w:rFonts w:ascii="Segoe UI Symbol" w:hAnsi="Segoe UI Symbol" w:cs="Segoe UI Symbol"/>
                <w:sz w:val="16"/>
              </w:rPr>
              <w:t>☐</w:t>
            </w:r>
            <w:r w:rsidRPr="00481041">
              <w:rPr>
                <w:rFonts w:asciiTheme="majorHAnsi" w:hAnsiTheme="majorHAnsi" w:cstheme="majorHAnsi"/>
                <w:sz w:val="16"/>
              </w:rPr>
              <w:t xml:space="preserve"> construc</w:t>
            </w:r>
            <w:r w:rsidRPr="00481041">
              <w:rPr>
                <w:rFonts w:ascii="Calibri" w:hAnsi="Calibri" w:cs="Calibri"/>
                <w:sz w:val="16"/>
              </w:rPr>
              <w:t>ț</w:t>
            </w:r>
            <w:r w:rsidRPr="00481041">
              <w:rPr>
                <w:rFonts w:asciiTheme="majorHAnsi" w:hAnsiTheme="majorHAnsi" w:cstheme="majorHAnsi"/>
                <w:sz w:val="16"/>
              </w:rPr>
              <w:t>ii</w:t>
            </w:r>
          </w:p>
        </w:tc>
      </w:tr>
      <w:tr w:rsidR="0092490D" w:rsidRPr="00481041" w14:paraId="5A367007" w14:textId="77777777">
        <w:trPr>
          <w:cantSplit/>
          <w:trHeight w:val="510"/>
        </w:trPr>
        <w:tc>
          <w:tcPr>
            <w:tcW w:w="3212" w:type="dxa"/>
            <w:gridSpan w:val="2"/>
          </w:tcPr>
          <w:p w14:paraId="1F8D82FE"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Județ</w:t>
            </w:r>
          </w:p>
          <w:p w14:paraId="12E71F2C" w14:textId="77777777" w:rsidR="0092490D" w:rsidRPr="00481041" w:rsidRDefault="0092490D">
            <w:pPr>
              <w:keepNext/>
              <w:rPr>
                <w:rFonts w:asciiTheme="majorHAnsi" w:hAnsiTheme="majorHAnsi" w:cstheme="majorHAnsi"/>
              </w:rPr>
            </w:pPr>
          </w:p>
        </w:tc>
        <w:tc>
          <w:tcPr>
            <w:tcW w:w="3212" w:type="dxa"/>
            <w:gridSpan w:val="2"/>
          </w:tcPr>
          <w:p w14:paraId="47A386BE"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Municipiu / oraș / comună</w:t>
            </w:r>
          </w:p>
          <w:p w14:paraId="677503DC" w14:textId="77777777" w:rsidR="0092490D" w:rsidRPr="00481041" w:rsidRDefault="0092490D">
            <w:pPr>
              <w:keepNext/>
              <w:rPr>
                <w:rFonts w:asciiTheme="majorHAnsi" w:hAnsiTheme="majorHAnsi" w:cstheme="majorHAnsi"/>
              </w:rPr>
            </w:pPr>
          </w:p>
        </w:tc>
        <w:tc>
          <w:tcPr>
            <w:tcW w:w="3212" w:type="dxa"/>
            <w:gridSpan w:val="2"/>
          </w:tcPr>
          <w:p w14:paraId="0F21EACA"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Sat / sector</w:t>
            </w:r>
          </w:p>
          <w:p w14:paraId="2338EF06" w14:textId="77777777" w:rsidR="0092490D" w:rsidRPr="00481041" w:rsidRDefault="0092490D">
            <w:pPr>
              <w:keepNext/>
              <w:rPr>
                <w:rFonts w:asciiTheme="majorHAnsi" w:hAnsiTheme="majorHAnsi" w:cstheme="majorHAnsi"/>
              </w:rPr>
            </w:pPr>
          </w:p>
        </w:tc>
      </w:tr>
      <w:tr w:rsidR="0092490D" w:rsidRPr="00481041" w14:paraId="51CC4E81" w14:textId="77777777">
        <w:trPr>
          <w:cantSplit/>
          <w:trHeight w:val="510"/>
        </w:trPr>
        <w:tc>
          <w:tcPr>
            <w:tcW w:w="1606" w:type="dxa"/>
          </w:tcPr>
          <w:p w14:paraId="757494E1"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Cod poștal</w:t>
            </w:r>
          </w:p>
          <w:p w14:paraId="148081DD" w14:textId="77777777" w:rsidR="0092490D" w:rsidRPr="00481041" w:rsidRDefault="0092490D">
            <w:pPr>
              <w:keepNext/>
              <w:rPr>
                <w:rFonts w:asciiTheme="majorHAnsi" w:hAnsiTheme="majorHAnsi" w:cstheme="majorHAnsi"/>
              </w:rPr>
            </w:pPr>
          </w:p>
        </w:tc>
        <w:tc>
          <w:tcPr>
            <w:tcW w:w="4818" w:type="dxa"/>
            <w:gridSpan w:val="3"/>
          </w:tcPr>
          <w:p w14:paraId="2102B428"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Strada</w:t>
            </w:r>
          </w:p>
          <w:p w14:paraId="7FC63732" w14:textId="77777777" w:rsidR="0092490D" w:rsidRPr="00481041" w:rsidRDefault="0092490D">
            <w:pPr>
              <w:keepNext/>
              <w:rPr>
                <w:rFonts w:asciiTheme="majorHAnsi" w:hAnsiTheme="majorHAnsi" w:cstheme="majorHAnsi"/>
              </w:rPr>
            </w:pPr>
          </w:p>
        </w:tc>
        <w:tc>
          <w:tcPr>
            <w:tcW w:w="803" w:type="dxa"/>
          </w:tcPr>
          <w:p w14:paraId="7240831B"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Nr.</w:t>
            </w:r>
          </w:p>
          <w:p w14:paraId="2FF28C16" w14:textId="77777777" w:rsidR="0092490D" w:rsidRPr="00481041" w:rsidRDefault="0092490D">
            <w:pPr>
              <w:keepNext/>
              <w:rPr>
                <w:rFonts w:asciiTheme="majorHAnsi" w:hAnsiTheme="majorHAnsi" w:cstheme="majorHAnsi"/>
              </w:rPr>
            </w:pPr>
          </w:p>
        </w:tc>
        <w:tc>
          <w:tcPr>
            <w:tcW w:w="2409" w:type="dxa"/>
          </w:tcPr>
          <w:p w14:paraId="06F4E36A"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Bl. / sc. / et. / ap.</w:t>
            </w:r>
          </w:p>
          <w:p w14:paraId="7BC50E8E" w14:textId="77777777" w:rsidR="0092490D" w:rsidRPr="00481041" w:rsidRDefault="0092490D">
            <w:pPr>
              <w:keepNext/>
              <w:rPr>
                <w:rFonts w:asciiTheme="majorHAnsi" w:hAnsiTheme="majorHAnsi" w:cstheme="majorHAnsi"/>
              </w:rPr>
            </w:pPr>
          </w:p>
        </w:tc>
      </w:tr>
      <w:tr w:rsidR="0092490D" w:rsidRPr="00481041" w14:paraId="0911DE43" w14:textId="77777777">
        <w:trPr>
          <w:cantSplit/>
          <w:trHeight w:val="510"/>
        </w:trPr>
        <w:tc>
          <w:tcPr>
            <w:tcW w:w="5621" w:type="dxa"/>
            <w:gridSpan w:val="3"/>
          </w:tcPr>
          <w:p w14:paraId="25EC7A84" w14:textId="77777777" w:rsidR="0092490D" w:rsidRPr="00481041" w:rsidRDefault="008D3852">
            <w:pPr>
              <w:keepNext/>
              <w:rPr>
                <w:rFonts w:asciiTheme="majorHAnsi" w:hAnsiTheme="majorHAnsi" w:cstheme="majorHAnsi"/>
                <w:lang w:val="fr-FR"/>
              </w:rPr>
            </w:pPr>
            <w:proofErr w:type="spellStart"/>
            <w:r w:rsidRPr="00481041">
              <w:rPr>
                <w:rFonts w:asciiTheme="majorHAnsi" w:hAnsiTheme="majorHAnsi" w:cstheme="majorHAnsi"/>
                <w:b/>
                <w:color w:val="0D5F78"/>
                <w:lang w:val="fr-FR"/>
              </w:rPr>
              <w:t>Număr</w:t>
            </w:r>
            <w:proofErr w:type="spellEnd"/>
            <w:r w:rsidRPr="00481041">
              <w:rPr>
                <w:rFonts w:asciiTheme="majorHAnsi" w:hAnsiTheme="majorHAnsi" w:cstheme="majorHAnsi"/>
                <w:b/>
                <w:color w:val="0D5F78"/>
                <w:lang w:val="fr-FR"/>
              </w:rPr>
              <w:t xml:space="preserve"> cadastral</w:t>
            </w:r>
          </w:p>
          <w:p w14:paraId="7C24D0A6" w14:textId="77777777" w:rsidR="0092490D" w:rsidRPr="00481041" w:rsidRDefault="008D3852">
            <w:pPr>
              <w:keepNext/>
              <w:rPr>
                <w:rFonts w:asciiTheme="majorHAnsi" w:hAnsiTheme="majorHAnsi" w:cstheme="majorHAnsi"/>
                <w:lang w:val="fr-FR"/>
              </w:rPr>
            </w:pPr>
            <w:proofErr w:type="spellStart"/>
            <w:proofErr w:type="gramStart"/>
            <w:r w:rsidRPr="00481041">
              <w:rPr>
                <w:rFonts w:asciiTheme="majorHAnsi" w:hAnsiTheme="majorHAnsi" w:cstheme="majorHAnsi"/>
                <w:i/>
                <w:color w:val="7A7A7A"/>
                <w:lang w:val="fr-FR"/>
              </w:rPr>
              <w:t>dacă</w:t>
            </w:r>
            <w:proofErr w:type="spellEnd"/>
            <w:proofErr w:type="gramEnd"/>
            <w:r w:rsidRPr="00481041">
              <w:rPr>
                <w:rFonts w:asciiTheme="majorHAnsi" w:hAnsiTheme="majorHAnsi" w:cstheme="majorHAnsi"/>
                <w:i/>
                <w:color w:val="7A7A7A"/>
                <w:lang w:val="fr-FR"/>
              </w:rPr>
              <w:t xml:space="preserve"> </w:t>
            </w:r>
            <w:proofErr w:type="spellStart"/>
            <w:r w:rsidRPr="00481041">
              <w:rPr>
                <w:rFonts w:asciiTheme="majorHAnsi" w:hAnsiTheme="majorHAnsi" w:cstheme="majorHAnsi"/>
                <w:i/>
                <w:color w:val="7A7A7A"/>
                <w:lang w:val="fr-FR"/>
              </w:rPr>
              <w:t>imobilul</w:t>
            </w:r>
            <w:proofErr w:type="spellEnd"/>
            <w:r w:rsidRPr="00481041">
              <w:rPr>
                <w:rFonts w:asciiTheme="majorHAnsi" w:hAnsiTheme="majorHAnsi" w:cstheme="majorHAnsi"/>
                <w:i/>
                <w:color w:val="7A7A7A"/>
                <w:lang w:val="fr-FR"/>
              </w:rPr>
              <w:t xml:space="preserve"> e </w:t>
            </w:r>
            <w:proofErr w:type="spellStart"/>
            <w:r w:rsidRPr="00481041">
              <w:rPr>
                <w:rFonts w:asciiTheme="majorHAnsi" w:hAnsiTheme="majorHAnsi" w:cstheme="majorHAnsi"/>
                <w:i/>
                <w:color w:val="7A7A7A"/>
                <w:lang w:val="fr-FR"/>
              </w:rPr>
              <w:t>înscris</w:t>
            </w:r>
            <w:proofErr w:type="spellEnd"/>
            <w:r w:rsidRPr="00481041">
              <w:rPr>
                <w:rFonts w:asciiTheme="majorHAnsi" w:hAnsiTheme="majorHAnsi" w:cstheme="majorHAnsi"/>
                <w:i/>
                <w:color w:val="7A7A7A"/>
                <w:lang w:val="fr-FR"/>
              </w:rPr>
              <w:t xml:space="preserve"> </w:t>
            </w:r>
            <w:proofErr w:type="spellStart"/>
            <w:r w:rsidRPr="00481041">
              <w:rPr>
                <w:rFonts w:asciiTheme="majorHAnsi" w:hAnsiTheme="majorHAnsi" w:cstheme="majorHAnsi"/>
                <w:i/>
                <w:color w:val="7A7A7A"/>
                <w:lang w:val="fr-FR"/>
              </w:rPr>
              <w:t>în</w:t>
            </w:r>
            <w:proofErr w:type="spellEnd"/>
            <w:r w:rsidRPr="00481041">
              <w:rPr>
                <w:rFonts w:asciiTheme="majorHAnsi" w:hAnsiTheme="majorHAnsi" w:cstheme="majorHAnsi"/>
                <w:i/>
                <w:color w:val="7A7A7A"/>
                <w:lang w:val="fr-FR"/>
              </w:rPr>
              <w:t xml:space="preserve"> e-Terra</w:t>
            </w:r>
          </w:p>
          <w:p w14:paraId="2B656113" w14:textId="77777777" w:rsidR="0092490D" w:rsidRPr="00481041" w:rsidRDefault="0092490D">
            <w:pPr>
              <w:keepNext/>
              <w:rPr>
                <w:rFonts w:asciiTheme="majorHAnsi" w:hAnsiTheme="majorHAnsi" w:cstheme="majorHAnsi"/>
                <w:lang w:val="fr-FR"/>
              </w:rPr>
            </w:pPr>
          </w:p>
        </w:tc>
        <w:tc>
          <w:tcPr>
            <w:tcW w:w="4015" w:type="dxa"/>
            <w:gridSpan w:val="3"/>
          </w:tcPr>
          <w:p w14:paraId="6B49D79D" w14:textId="77777777" w:rsidR="0092490D" w:rsidRPr="00481041" w:rsidRDefault="008D3852">
            <w:pPr>
              <w:keepNext/>
              <w:rPr>
                <w:rFonts w:asciiTheme="majorHAnsi" w:hAnsiTheme="majorHAnsi" w:cstheme="majorHAnsi"/>
              </w:rPr>
            </w:pPr>
            <w:r w:rsidRPr="00481041">
              <w:rPr>
                <w:rFonts w:asciiTheme="majorHAnsi" w:hAnsiTheme="majorHAnsi" w:cstheme="majorHAnsi"/>
                <w:b/>
                <w:color w:val="0D5F78"/>
              </w:rPr>
              <w:t xml:space="preserve">Carte </w:t>
            </w:r>
            <w:proofErr w:type="spellStart"/>
            <w:r w:rsidRPr="00481041">
              <w:rPr>
                <w:rFonts w:asciiTheme="majorHAnsi" w:hAnsiTheme="majorHAnsi" w:cstheme="majorHAnsi"/>
                <w:b/>
                <w:color w:val="0D5F78"/>
              </w:rPr>
              <w:t>funciară</w:t>
            </w:r>
            <w:proofErr w:type="spellEnd"/>
            <w:r w:rsidRPr="00481041">
              <w:rPr>
                <w:rFonts w:asciiTheme="majorHAnsi" w:hAnsiTheme="majorHAnsi" w:cstheme="majorHAnsi"/>
                <w:b/>
                <w:color w:val="0D5F78"/>
              </w:rPr>
              <w:t xml:space="preserve"> nr.</w:t>
            </w:r>
          </w:p>
          <w:p w14:paraId="0AE18757" w14:textId="77777777" w:rsidR="0092490D" w:rsidRPr="00481041" w:rsidRDefault="0092490D">
            <w:pPr>
              <w:keepNext/>
              <w:rPr>
                <w:rFonts w:asciiTheme="majorHAnsi" w:hAnsiTheme="majorHAnsi" w:cstheme="majorHAnsi"/>
              </w:rPr>
            </w:pPr>
          </w:p>
        </w:tc>
      </w:tr>
      <w:tr w:rsidR="0092490D" w:rsidRPr="00481041" w14:paraId="47979600" w14:textId="77777777">
        <w:trPr>
          <w:cantSplit/>
        </w:trPr>
        <w:tc>
          <w:tcPr>
            <w:tcW w:w="9636" w:type="dxa"/>
            <w:gridSpan w:val="6"/>
          </w:tcPr>
          <w:p w14:paraId="0D887906" w14:textId="77777777" w:rsidR="0092490D" w:rsidRPr="00481041" w:rsidRDefault="008D3852">
            <w:pPr>
              <w:rPr>
                <w:rFonts w:asciiTheme="majorHAnsi" w:hAnsiTheme="majorHAnsi" w:cstheme="majorHAnsi"/>
              </w:rPr>
            </w:pPr>
            <w:r w:rsidRPr="00481041">
              <w:rPr>
                <w:rFonts w:asciiTheme="majorHAnsi" w:hAnsiTheme="majorHAnsi" w:cstheme="majorHAnsi"/>
                <w:sz w:val="16"/>
              </w:rPr>
              <w:t xml:space="preserve"> </w:t>
            </w:r>
            <w:r w:rsidRPr="00481041">
              <w:rPr>
                <w:rFonts w:ascii="Segoe UI Symbol" w:hAnsi="Segoe UI Symbol" w:cs="Segoe UI Symbol"/>
                <w:sz w:val="16"/>
              </w:rPr>
              <w:t>☐</w:t>
            </w:r>
            <w:r w:rsidRPr="00481041">
              <w:rPr>
                <w:rFonts w:asciiTheme="majorHAnsi" w:hAnsiTheme="majorHAnsi" w:cstheme="majorHAnsi"/>
                <w:sz w:val="16"/>
              </w:rPr>
              <w:t xml:space="preserve"> extras de carte funciar</w:t>
            </w:r>
            <w:r w:rsidRPr="00481041">
              <w:rPr>
                <w:rFonts w:ascii="Calibri" w:hAnsi="Calibri" w:cs="Calibri"/>
                <w:sz w:val="16"/>
              </w:rPr>
              <w:t>ă</w:t>
            </w:r>
            <w:r w:rsidRPr="00481041">
              <w:rPr>
                <w:rFonts w:asciiTheme="majorHAnsi" w:hAnsiTheme="majorHAnsi" w:cstheme="majorHAnsi"/>
                <w:sz w:val="16"/>
              </w:rPr>
              <w:t xml:space="preserve"> actualizat, anexat     </w:t>
            </w:r>
            <w:r w:rsidRPr="00481041">
              <w:rPr>
                <w:rFonts w:ascii="Segoe UI Symbol" w:hAnsi="Segoe UI Symbol" w:cs="Segoe UI Symbol"/>
                <w:sz w:val="16"/>
              </w:rPr>
              <w:t>☐</w:t>
            </w:r>
            <w:r w:rsidRPr="00481041">
              <w:rPr>
                <w:rFonts w:asciiTheme="majorHAnsi" w:hAnsiTheme="majorHAnsi" w:cstheme="majorHAnsi"/>
                <w:sz w:val="16"/>
              </w:rPr>
              <w:t xml:space="preserve"> plan de </w:t>
            </w:r>
            <w:r w:rsidRPr="00481041">
              <w:rPr>
                <w:rFonts w:ascii="Calibri" w:hAnsi="Calibri" w:cs="Calibri"/>
                <w:sz w:val="16"/>
              </w:rPr>
              <w:t>î</w:t>
            </w:r>
            <w:r w:rsidRPr="00481041">
              <w:rPr>
                <w:rFonts w:asciiTheme="majorHAnsi" w:hAnsiTheme="majorHAnsi" w:cstheme="majorHAnsi"/>
                <w:sz w:val="16"/>
              </w:rPr>
              <w:t xml:space="preserve">ncadrare </w:t>
            </w:r>
            <w:r w:rsidRPr="00481041">
              <w:rPr>
                <w:rFonts w:ascii="Calibri" w:hAnsi="Calibri" w:cs="Calibri"/>
                <w:sz w:val="16"/>
              </w:rPr>
              <w:t>î</w:t>
            </w:r>
            <w:r w:rsidRPr="00481041">
              <w:rPr>
                <w:rFonts w:asciiTheme="majorHAnsi" w:hAnsiTheme="majorHAnsi" w:cstheme="majorHAnsi"/>
                <w:sz w:val="16"/>
              </w:rPr>
              <w:t>n zon</w:t>
            </w:r>
            <w:r w:rsidRPr="00481041">
              <w:rPr>
                <w:rFonts w:ascii="Calibri" w:hAnsi="Calibri" w:cs="Calibri"/>
                <w:sz w:val="16"/>
              </w:rPr>
              <w:t>ă</w:t>
            </w:r>
            <w:r w:rsidRPr="00481041">
              <w:rPr>
                <w:rFonts w:asciiTheme="majorHAnsi" w:hAnsiTheme="majorHAnsi" w:cstheme="majorHAnsi"/>
                <w:sz w:val="16"/>
              </w:rPr>
              <w:t xml:space="preserve"> </w:t>
            </w:r>
            <w:r w:rsidRPr="00481041">
              <w:rPr>
                <w:rFonts w:ascii="Calibri" w:hAnsi="Calibri" w:cs="Calibri"/>
                <w:sz w:val="16"/>
              </w:rPr>
              <w:t>î</w:t>
            </w:r>
            <w:r w:rsidRPr="00481041">
              <w:rPr>
                <w:rFonts w:asciiTheme="majorHAnsi" w:hAnsiTheme="majorHAnsi" w:cstheme="majorHAnsi"/>
                <w:sz w:val="16"/>
              </w:rPr>
              <w:t>n sistem Stereo 70, anexat</w:t>
            </w:r>
          </w:p>
        </w:tc>
      </w:tr>
    </w:tbl>
    <w:p w14:paraId="1D624808" w14:textId="77777777" w:rsidR="0092490D" w:rsidRPr="00481041" w:rsidRDefault="0092490D">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481041" w14:paraId="5B44F8C0" w14:textId="77777777">
        <w:trPr>
          <w:cantSplit/>
        </w:trPr>
        <w:tc>
          <w:tcPr>
            <w:tcW w:w="9636" w:type="dxa"/>
            <w:shd w:val="clear" w:color="auto" w:fill="F4F4F4"/>
          </w:tcPr>
          <w:p w14:paraId="5E722010"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rPr>
              <w:t xml:space="preserve"> 5. </w:t>
            </w:r>
            <w:r w:rsidRPr="00481041">
              <w:rPr>
                <w:rFonts w:asciiTheme="majorHAnsi" w:hAnsiTheme="majorHAnsi" w:cstheme="majorHAnsi"/>
                <w:b/>
                <w:color w:val="000000"/>
                <w:sz w:val="18"/>
              </w:rPr>
              <w:t>SUPRAFAȚA</w:t>
            </w:r>
          </w:p>
        </w:tc>
      </w:tr>
      <w:tr w:rsidR="0092490D" w:rsidRPr="00481041" w14:paraId="68C205CA" w14:textId="77777777">
        <w:trPr>
          <w:cantSplit/>
          <w:trHeight w:val="510"/>
        </w:trPr>
        <w:tc>
          <w:tcPr>
            <w:tcW w:w="9636" w:type="dxa"/>
          </w:tcPr>
          <w:p w14:paraId="0007D005" w14:textId="77777777" w:rsidR="0092490D" w:rsidRPr="00481041" w:rsidRDefault="008D3852">
            <w:pPr>
              <w:rPr>
                <w:rFonts w:asciiTheme="majorHAnsi" w:hAnsiTheme="majorHAnsi" w:cstheme="majorHAnsi"/>
                <w:lang w:val="fr-FR"/>
              </w:rPr>
            </w:pPr>
            <w:proofErr w:type="spellStart"/>
            <w:r w:rsidRPr="00481041">
              <w:rPr>
                <w:rFonts w:asciiTheme="majorHAnsi" w:hAnsiTheme="majorHAnsi" w:cstheme="majorHAnsi"/>
                <w:b/>
                <w:color w:val="0D5F78"/>
                <w:lang w:val="fr-FR"/>
              </w:rPr>
              <w:t>Suprafața</w:t>
            </w:r>
            <w:proofErr w:type="spellEnd"/>
            <w:r w:rsidRPr="00481041">
              <w:rPr>
                <w:rFonts w:asciiTheme="majorHAnsi" w:hAnsiTheme="majorHAnsi" w:cstheme="majorHAnsi"/>
                <w:b/>
                <w:color w:val="0D5F78"/>
                <w:lang w:val="fr-FR"/>
              </w:rPr>
              <w:t xml:space="preserve"> </w:t>
            </w:r>
            <w:proofErr w:type="spellStart"/>
            <w:r w:rsidRPr="00481041">
              <w:rPr>
                <w:rFonts w:asciiTheme="majorHAnsi" w:hAnsiTheme="majorHAnsi" w:cstheme="majorHAnsi"/>
                <w:b/>
                <w:color w:val="0D5F78"/>
                <w:lang w:val="fr-FR"/>
              </w:rPr>
              <w:t>terenului</w:t>
            </w:r>
            <w:proofErr w:type="spellEnd"/>
            <w:r w:rsidRPr="00481041">
              <w:rPr>
                <w:rFonts w:asciiTheme="majorHAnsi" w:hAnsiTheme="majorHAnsi" w:cstheme="majorHAnsi"/>
                <w:b/>
                <w:color w:val="0D5F78"/>
                <w:lang w:val="fr-FR"/>
              </w:rPr>
              <w:t xml:space="preserve"> </w:t>
            </w:r>
            <w:proofErr w:type="spellStart"/>
            <w:r w:rsidRPr="00481041">
              <w:rPr>
                <w:rFonts w:asciiTheme="majorHAnsi" w:hAnsiTheme="majorHAnsi" w:cstheme="majorHAnsi"/>
                <w:b/>
                <w:color w:val="0D5F78"/>
                <w:lang w:val="fr-FR"/>
              </w:rPr>
              <w:t>și</w:t>
            </w:r>
            <w:proofErr w:type="spellEnd"/>
            <w:r w:rsidRPr="00481041">
              <w:rPr>
                <w:rFonts w:asciiTheme="majorHAnsi" w:hAnsiTheme="majorHAnsi" w:cstheme="majorHAnsi"/>
                <w:b/>
                <w:color w:val="0D5F78"/>
                <w:lang w:val="fr-FR"/>
              </w:rPr>
              <w:t>/</w:t>
            </w:r>
            <w:proofErr w:type="spellStart"/>
            <w:r w:rsidRPr="00481041">
              <w:rPr>
                <w:rFonts w:asciiTheme="majorHAnsi" w:hAnsiTheme="majorHAnsi" w:cstheme="majorHAnsi"/>
                <w:b/>
                <w:color w:val="0D5F78"/>
                <w:lang w:val="fr-FR"/>
              </w:rPr>
              <w:t>sau</w:t>
            </w:r>
            <w:proofErr w:type="spellEnd"/>
            <w:r w:rsidRPr="00481041">
              <w:rPr>
                <w:rFonts w:asciiTheme="majorHAnsi" w:hAnsiTheme="majorHAnsi" w:cstheme="majorHAnsi"/>
                <w:b/>
                <w:color w:val="0D5F78"/>
                <w:lang w:val="fr-FR"/>
              </w:rPr>
              <w:t xml:space="preserve"> a </w:t>
            </w:r>
            <w:proofErr w:type="spellStart"/>
            <w:r w:rsidRPr="00481041">
              <w:rPr>
                <w:rFonts w:asciiTheme="majorHAnsi" w:hAnsiTheme="majorHAnsi" w:cstheme="majorHAnsi"/>
                <w:b/>
                <w:color w:val="0D5F78"/>
                <w:lang w:val="fr-FR"/>
              </w:rPr>
              <w:t>construcției</w:t>
            </w:r>
            <w:proofErr w:type="spellEnd"/>
            <w:r w:rsidRPr="00481041">
              <w:rPr>
                <w:rFonts w:asciiTheme="majorHAnsi" w:hAnsiTheme="majorHAnsi" w:cstheme="majorHAnsi"/>
                <w:b/>
                <w:color w:val="0D5F78"/>
                <w:lang w:val="fr-FR"/>
              </w:rPr>
              <w:t xml:space="preserve"> </w:t>
            </w:r>
            <w:proofErr w:type="spellStart"/>
            <w:r w:rsidRPr="00481041">
              <w:rPr>
                <w:rFonts w:asciiTheme="majorHAnsi" w:hAnsiTheme="majorHAnsi" w:cstheme="majorHAnsi"/>
                <w:b/>
                <w:color w:val="0D5F78"/>
                <w:lang w:val="fr-FR"/>
              </w:rPr>
              <w:t>pentru</w:t>
            </w:r>
            <w:proofErr w:type="spellEnd"/>
            <w:r w:rsidRPr="00481041">
              <w:rPr>
                <w:rFonts w:asciiTheme="majorHAnsi" w:hAnsiTheme="majorHAnsi" w:cstheme="majorHAnsi"/>
                <w:b/>
                <w:color w:val="0D5F78"/>
                <w:lang w:val="fr-FR"/>
              </w:rPr>
              <w:t xml:space="preserve"> care se </w:t>
            </w:r>
            <w:proofErr w:type="spellStart"/>
            <w:r w:rsidRPr="00481041">
              <w:rPr>
                <w:rFonts w:asciiTheme="majorHAnsi" w:hAnsiTheme="majorHAnsi" w:cstheme="majorHAnsi"/>
                <w:b/>
                <w:color w:val="0D5F78"/>
                <w:lang w:val="fr-FR"/>
              </w:rPr>
              <w:t>solicită</w:t>
            </w:r>
            <w:proofErr w:type="spellEnd"/>
            <w:r w:rsidRPr="00481041">
              <w:rPr>
                <w:rFonts w:asciiTheme="majorHAnsi" w:hAnsiTheme="majorHAnsi" w:cstheme="majorHAnsi"/>
                <w:b/>
                <w:color w:val="0D5F78"/>
                <w:lang w:val="fr-FR"/>
              </w:rPr>
              <w:t xml:space="preserve"> </w:t>
            </w:r>
            <w:proofErr w:type="spellStart"/>
            <w:r w:rsidRPr="00481041">
              <w:rPr>
                <w:rFonts w:asciiTheme="majorHAnsi" w:hAnsiTheme="majorHAnsi" w:cstheme="majorHAnsi"/>
                <w:b/>
                <w:color w:val="0D5F78"/>
                <w:lang w:val="fr-FR"/>
              </w:rPr>
              <w:t>avizul</w:t>
            </w:r>
            <w:proofErr w:type="spellEnd"/>
            <w:r w:rsidRPr="00481041">
              <w:rPr>
                <w:rFonts w:asciiTheme="majorHAnsi" w:hAnsiTheme="majorHAnsi" w:cstheme="majorHAnsi"/>
                <w:b/>
                <w:color w:val="0D5F78"/>
                <w:lang w:val="fr-FR"/>
              </w:rPr>
              <w:t xml:space="preserve"> (m²)</w:t>
            </w:r>
          </w:p>
          <w:p w14:paraId="46C4035E" w14:textId="77777777" w:rsidR="0092490D" w:rsidRPr="00481041" w:rsidRDefault="0092490D">
            <w:pPr>
              <w:rPr>
                <w:rFonts w:asciiTheme="majorHAnsi" w:hAnsiTheme="majorHAnsi" w:cstheme="majorHAnsi"/>
                <w:lang w:val="fr-FR"/>
              </w:rPr>
            </w:pPr>
          </w:p>
        </w:tc>
      </w:tr>
    </w:tbl>
    <w:p w14:paraId="7664F949" w14:textId="77777777" w:rsidR="0092490D" w:rsidRPr="00481041" w:rsidRDefault="0092490D">
      <w:pPr>
        <w:spacing w:line="168" w:lineRule="auto"/>
        <w:rPr>
          <w:rFonts w:asciiTheme="majorHAnsi" w:hAnsiTheme="majorHAnsi" w:cstheme="majorHAns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481041" w14:paraId="473E4B79" w14:textId="77777777">
        <w:trPr>
          <w:cantSplit/>
        </w:trPr>
        <w:tc>
          <w:tcPr>
            <w:tcW w:w="9636" w:type="dxa"/>
            <w:shd w:val="clear" w:color="auto" w:fill="F4F4F4"/>
          </w:tcPr>
          <w:p w14:paraId="1ABC5CBC"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lang w:val="fr-FR"/>
              </w:rPr>
              <w:t xml:space="preserve"> </w:t>
            </w:r>
            <w:r w:rsidRPr="00481041">
              <w:rPr>
                <w:rFonts w:asciiTheme="majorHAnsi" w:hAnsiTheme="majorHAnsi" w:cstheme="majorHAnsi"/>
                <w:b/>
                <w:sz w:val="16"/>
              </w:rPr>
              <w:t xml:space="preserve">6. </w:t>
            </w:r>
            <w:r w:rsidRPr="00481041">
              <w:rPr>
                <w:rFonts w:asciiTheme="majorHAnsi" w:hAnsiTheme="majorHAnsi" w:cstheme="majorHAnsi"/>
                <w:b/>
                <w:color w:val="000000"/>
                <w:sz w:val="18"/>
              </w:rPr>
              <w:t>ANEXEZ PREZENTEI SOLICITĂRI</w:t>
            </w:r>
          </w:p>
        </w:tc>
      </w:tr>
      <w:tr w:rsidR="0092490D" w:rsidRPr="00481041" w14:paraId="149825A9" w14:textId="77777777">
        <w:trPr>
          <w:cantSplit/>
        </w:trPr>
        <w:tc>
          <w:tcPr>
            <w:tcW w:w="9636" w:type="dxa"/>
          </w:tcPr>
          <w:p w14:paraId="3BE23D1F" w14:textId="77777777" w:rsidR="0092490D" w:rsidRPr="00481041" w:rsidRDefault="008D3852">
            <w:pPr>
              <w:keepNext/>
              <w:rPr>
                <w:rFonts w:asciiTheme="majorHAnsi" w:hAnsiTheme="majorHAnsi" w:cstheme="majorHAnsi"/>
                <w:lang w:val="fr-FR"/>
              </w:rPr>
            </w:pP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copie a </w:t>
            </w:r>
            <w:proofErr w:type="spellStart"/>
            <w:r w:rsidRPr="00481041">
              <w:rPr>
                <w:rFonts w:asciiTheme="majorHAnsi" w:hAnsiTheme="majorHAnsi" w:cstheme="majorHAnsi"/>
                <w:sz w:val="16"/>
                <w:lang w:val="fr-FR"/>
              </w:rPr>
              <w:t>certificatului</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înregistrare</w:t>
            </w:r>
            <w:proofErr w:type="spellEnd"/>
            <w:r w:rsidRPr="00481041">
              <w:rPr>
                <w:rFonts w:asciiTheme="majorHAnsi" w:hAnsiTheme="majorHAnsi" w:cstheme="majorHAnsi"/>
                <w:sz w:val="16"/>
                <w:lang w:val="fr-FR"/>
              </w:rPr>
              <w:t xml:space="preserve"> (C.U.I.)</w:t>
            </w:r>
          </w:p>
          <w:p w14:paraId="714F91C5" w14:textId="77777777" w:rsidR="0092490D" w:rsidRPr="00481041" w:rsidRDefault="008D3852">
            <w:pPr>
              <w:keepNext/>
              <w:rPr>
                <w:rFonts w:asciiTheme="majorHAnsi" w:hAnsiTheme="majorHAnsi" w:cstheme="majorHAnsi"/>
                <w:lang w:val="fr-FR"/>
              </w:rPr>
            </w:pP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copie a </w:t>
            </w:r>
            <w:proofErr w:type="spellStart"/>
            <w:r w:rsidRPr="00481041">
              <w:rPr>
                <w:rFonts w:asciiTheme="majorHAnsi" w:hAnsiTheme="majorHAnsi" w:cstheme="majorHAnsi"/>
                <w:sz w:val="16"/>
                <w:lang w:val="fr-FR"/>
              </w:rPr>
              <w:t>actului</w:t>
            </w:r>
            <w:proofErr w:type="spellEnd"/>
            <w:r w:rsidRPr="00481041">
              <w:rPr>
                <w:rFonts w:asciiTheme="majorHAnsi" w:hAnsiTheme="majorHAnsi" w:cstheme="majorHAnsi"/>
                <w:sz w:val="16"/>
                <w:lang w:val="fr-FR"/>
              </w:rPr>
              <w:t xml:space="preserve"> de </w:t>
            </w:r>
            <w:proofErr w:type="spellStart"/>
            <w:r w:rsidRPr="00481041">
              <w:rPr>
                <w:rFonts w:asciiTheme="majorHAnsi" w:hAnsiTheme="majorHAnsi" w:cstheme="majorHAnsi"/>
                <w:sz w:val="16"/>
                <w:lang w:val="fr-FR"/>
              </w:rPr>
              <w:t>identitate</w:t>
            </w:r>
            <w:proofErr w:type="spellEnd"/>
            <w:r w:rsidRPr="00481041">
              <w:rPr>
                <w:rFonts w:asciiTheme="majorHAnsi" w:hAnsiTheme="majorHAnsi" w:cstheme="majorHAnsi"/>
                <w:sz w:val="16"/>
                <w:lang w:val="fr-FR"/>
              </w:rPr>
              <w:t xml:space="preserve"> al </w:t>
            </w:r>
            <w:proofErr w:type="spellStart"/>
            <w:r w:rsidRPr="00481041">
              <w:rPr>
                <w:rFonts w:asciiTheme="majorHAnsi" w:hAnsiTheme="majorHAnsi" w:cstheme="majorHAnsi"/>
                <w:sz w:val="16"/>
                <w:lang w:val="fr-FR"/>
              </w:rPr>
              <w:t>asociatului</w:t>
            </w:r>
            <w:proofErr w:type="spellEnd"/>
            <w:r w:rsidRPr="00481041">
              <w:rPr>
                <w:rFonts w:asciiTheme="majorHAnsi" w:hAnsiTheme="majorHAnsi" w:cstheme="majorHAnsi"/>
                <w:sz w:val="16"/>
                <w:lang w:val="fr-FR"/>
              </w:rPr>
              <w:t xml:space="preserve"> / </w:t>
            </w:r>
            <w:proofErr w:type="spellStart"/>
            <w:r w:rsidRPr="00481041">
              <w:rPr>
                <w:rFonts w:asciiTheme="majorHAnsi" w:hAnsiTheme="majorHAnsi" w:cstheme="majorHAnsi"/>
                <w:sz w:val="16"/>
                <w:lang w:val="fr-FR"/>
              </w:rPr>
              <w:t>administratorului</w:t>
            </w:r>
            <w:proofErr w:type="spellEnd"/>
          </w:p>
        </w:tc>
      </w:tr>
      <w:tr w:rsidR="0092490D" w:rsidRPr="00481041" w14:paraId="36A877AF" w14:textId="77777777">
        <w:trPr>
          <w:cantSplit/>
        </w:trPr>
        <w:tc>
          <w:tcPr>
            <w:tcW w:w="9636" w:type="dxa"/>
          </w:tcPr>
          <w:p w14:paraId="2BE977DF" w14:textId="77777777" w:rsidR="0092490D" w:rsidRPr="00481041" w:rsidRDefault="008D3852">
            <w:pPr>
              <w:keepNext/>
              <w:rPr>
                <w:rFonts w:asciiTheme="majorHAnsi" w:hAnsiTheme="majorHAnsi" w:cstheme="majorHAnsi"/>
                <w:lang w:val="fr-FR"/>
              </w:rPr>
            </w:pPr>
            <w:r w:rsidRPr="00481041">
              <w:rPr>
                <w:rFonts w:asciiTheme="majorHAnsi" w:hAnsiTheme="majorHAnsi" w:cstheme="majorHAnsi"/>
                <w:sz w:val="16"/>
                <w:lang w:val="fr-FR"/>
              </w:rPr>
              <w:t xml:space="preserve"> </w:t>
            </w: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extras de carte </w:t>
            </w:r>
            <w:proofErr w:type="spellStart"/>
            <w:r w:rsidRPr="00481041">
              <w:rPr>
                <w:rFonts w:asciiTheme="majorHAnsi" w:hAnsiTheme="majorHAnsi" w:cstheme="majorHAnsi"/>
                <w:sz w:val="16"/>
                <w:lang w:val="fr-FR"/>
              </w:rPr>
              <w:t>funciar</w:t>
            </w:r>
            <w:r w:rsidRPr="00481041">
              <w:rPr>
                <w:rFonts w:ascii="Calibri" w:hAnsi="Calibri" w:cs="Calibri"/>
                <w:sz w:val="16"/>
                <w:lang w:val="fr-FR"/>
              </w:rPr>
              <w:t>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pentru</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informare</w:t>
            </w:r>
            <w:proofErr w:type="spellEnd"/>
            <w:r w:rsidRPr="00481041">
              <w:rPr>
                <w:rFonts w:asciiTheme="majorHAnsi" w:hAnsiTheme="majorHAnsi" w:cstheme="majorHAnsi"/>
                <w:sz w:val="16"/>
                <w:lang w:val="fr-FR"/>
              </w:rPr>
              <w:t xml:space="preserve">     </w:t>
            </w: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plan de </w:t>
            </w:r>
            <w:proofErr w:type="spellStart"/>
            <w:r w:rsidRPr="00481041">
              <w:rPr>
                <w:rFonts w:asciiTheme="majorHAnsi" w:hAnsiTheme="majorHAnsi" w:cstheme="majorHAnsi"/>
                <w:sz w:val="16"/>
                <w:lang w:val="fr-FR"/>
              </w:rPr>
              <w:t>amplasament</w:t>
            </w:r>
            <w:proofErr w:type="spellEnd"/>
            <w:r w:rsidRPr="00481041">
              <w:rPr>
                <w:rFonts w:asciiTheme="majorHAnsi" w:hAnsiTheme="majorHAnsi" w:cstheme="majorHAnsi"/>
                <w:sz w:val="16"/>
                <w:lang w:val="fr-FR"/>
              </w:rPr>
              <w:t xml:space="preserve">     </w:t>
            </w:r>
            <w:r w:rsidRPr="00481041">
              <w:rPr>
                <w:rFonts w:ascii="Segoe UI Symbol" w:hAnsi="Segoe UI Symbol" w:cs="Segoe UI Symbol"/>
                <w:sz w:val="16"/>
                <w:lang w:val="fr-FR"/>
              </w:rPr>
              <w:t>☐</w:t>
            </w:r>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contract</w:t>
            </w:r>
            <w:proofErr w:type="spellEnd"/>
            <w:r w:rsidRPr="00481041">
              <w:rPr>
                <w:rFonts w:asciiTheme="majorHAnsi" w:hAnsiTheme="majorHAnsi" w:cstheme="majorHAnsi"/>
                <w:sz w:val="16"/>
                <w:lang w:val="fr-FR"/>
              </w:rPr>
              <w:t xml:space="preserve"> de </w:t>
            </w:r>
            <w:proofErr w:type="spellStart"/>
            <w:r w:rsidRPr="00481041">
              <w:rPr>
                <w:rFonts w:ascii="Calibri" w:hAnsi="Calibri" w:cs="Calibri"/>
                <w:sz w:val="16"/>
                <w:lang w:val="fr-FR"/>
              </w:rPr>
              <w:t>î</w:t>
            </w:r>
            <w:r w:rsidRPr="00481041">
              <w:rPr>
                <w:rFonts w:asciiTheme="majorHAnsi" w:hAnsiTheme="majorHAnsi" w:cstheme="majorHAnsi"/>
                <w:sz w:val="16"/>
                <w:lang w:val="fr-FR"/>
              </w:rPr>
              <w:t>nchiriere</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dup</w:t>
            </w:r>
            <w:r w:rsidRPr="00481041">
              <w:rPr>
                <w:rFonts w:ascii="Calibri" w:hAnsi="Calibri" w:cs="Calibri"/>
                <w:sz w:val="16"/>
                <w:lang w:val="fr-FR"/>
              </w:rPr>
              <w:t>ă</w:t>
            </w:r>
            <w:proofErr w:type="spellEnd"/>
            <w:r w:rsidRPr="00481041">
              <w:rPr>
                <w:rFonts w:asciiTheme="majorHAnsi" w:hAnsiTheme="majorHAnsi" w:cstheme="majorHAnsi"/>
                <w:sz w:val="16"/>
                <w:lang w:val="fr-FR"/>
              </w:rPr>
              <w:t xml:space="preserve"> </w:t>
            </w:r>
            <w:proofErr w:type="spellStart"/>
            <w:r w:rsidRPr="00481041">
              <w:rPr>
                <w:rFonts w:asciiTheme="majorHAnsi" w:hAnsiTheme="majorHAnsi" w:cstheme="majorHAnsi"/>
                <w:sz w:val="16"/>
                <w:lang w:val="fr-FR"/>
              </w:rPr>
              <w:t>caz</w:t>
            </w:r>
            <w:proofErr w:type="spellEnd"/>
          </w:p>
        </w:tc>
      </w:tr>
      <w:tr w:rsidR="0092490D" w:rsidRPr="00481041" w14:paraId="582FCAF4" w14:textId="77777777">
        <w:trPr>
          <w:cantSplit/>
        </w:trPr>
        <w:tc>
          <w:tcPr>
            <w:tcW w:w="9636" w:type="dxa"/>
          </w:tcPr>
          <w:p w14:paraId="78044DF6" w14:textId="77777777" w:rsidR="0092490D" w:rsidRPr="00481041" w:rsidRDefault="008D3852">
            <w:pPr>
              <w:keepNext/>
              <w:rPr>
                <w:rFonts w:asciiTheme="majorHAnsi" w:hAnsiTheme="majorHAnsi" w:cstheme="majorHAnsi"/>
              </w:rPr>
            </w:pPr>
            <w:r w:rsidRPr="00481041">
              <w:rPr>
                <w:rFonts w:asciiTheme="majorHAnsi" w:hAnsiTheme="majorHAnsi" w:cstheme="majorHAnsi"/>
                <w:sz w:val="16"/>
                <w:lang w:val="fr-FR"/>
              </w:rPr>
              <w:t xml:space="preserve"> </w:t>
            </w:r>
            <w:r w:rsidRPr="00481041">
              <w:rPr>
                <w:rFonts w:ascii="Segoe UI Symbol" w:hAnsi="Segoe UI Symbol" w:cs="Segoe UI Symbol"/>
                <w:sz w:val="16"/>
              </w:rPr>
              <w:t>☐</w:t>
            </w:r>
            <w:r w:rsidRPr="00481041">
              <w:rPr>
                <w:rFonts w:asciiTheme="majorHAnsi" w:hAnsiTheme="majorHAnsi" w:cstheme="majorHAnsi"/>
                <w:sz w:val="16"/>
              </w:rPr>
              <w:t xml:space="preserve"> </w:t>
            </w:r>
            <w:proofErr w:type="spellStart"/>
            <w:r w:rsidRPr="00481041">
              <w:rPr>
                <w:rFonts w:asciiTheme="majorHAnsi" w:hAnsiTheme="majorHAnsi" w:cstheme="majorHAnsi"/>
                <w:sz w:val="16"/>
              </w:rPr>
              <w:t>memoriu</w:t>
            </w:r>
            <w:proofErr w:type="spellEnd"/>
            <w:r w:rsidRPr="00481041">
              <w:rPr>
                <w:rFonts w:asciiTheme="majorHAnsi" w:hAnsiTheme="majorHAnsi" w:cstheme="majorHAnsi"/>
                <w:sz w:val="16"/>
              </w:rPr>
              <w:t xml:space="preserve"> </w:t>
            </w:r>
            <w:proofErr w:type="spellStart"/>
            <w:r w:rsidRPr="00481041">
              <w:rPr>
                <w:rFonts w:asciiTheme="majorHAnsi" w:hAnsiTheme="majorHAnsi" w:cstheme="majorHAnsi"/>
                <w:sz w:val="16"/>
              </w:rPr>
              <w:t>tehnic</w:t>
            </w:r>
            <w:proofErr w:type="spellEnd"/>
            <w:r w:rsidRPr="00481041">
              <w:rPr>
                <w:rFonts w:asciiTheme="majorHAnsi" w:hAnsiTheme="majorHAnsi" w:cstheme="majorHAnsi"/>
                <w:sz w:val="16"/>
              </w:rPr>
              <w:t xml:space="preserve">     </w:t>
            </w:r>
            <w:r w:rsidRPr="00481041">
              <w:rPr>
                <w:rFonts w:ascii="Segoe UI Symbol" w:hAnsi="Segoe UI Symbol" w:cs="Segoe UI Symbol"/>
                <w:sz w:val="16"/>
              </w:rPr>
              <w:t>☐</w:t>
            </w:r>
            <w:r w:rsidRPr="00481041">
              <w:rPr>
                <w:rFonts w:asciiTheme="majorHAnsi" w:hAnsiTheme="majorHAnsi" w:cstheme="majorHAnsi"/>
                <w:sz w:val="16"/>
              </w:rPr>
              <w:t xml:space="preserve"> </w:t>
            </w:r>
            <w:proofErr w:type="spellStart"/>
            <w:r w:rsidRPr="00481041">
              <w:rPr>
                <w:rFonts w:asciiTheme="majorHAnsi" w:hAnsiTheme="majorHAnsi" w:cstheme="majorHAnsi"/>
                <w:sz w:val="16"/>
              </w:rPr>
              <w:t>avizul</w:t>
            </w:r>
            <w:proofErr w:type="spellEnd"/>
            <w:r w:rsidRPr="00481041">
              <w:rPr>
                <w:rFonts w:asciiTheme="majorHAnsi" w:hAnsiTheme="majorHAnsi" w:cstheme="majorHAnsi"/>
                <w:sz w:val="16"/>
              </w:rPr>
              <w:t xml:space="preserve"> anterior, dup</w:t>
            </w:r>
            <w:r w:rsidRPr="00481041">
              <w:rPr>
                <w:rFonts w:ascii="Calibri" w:hAnsi="Calibri" w:cs="Calibri"/>
                <w:sz w:val="16"/>
              </w:rPr>
              <w:t>ă</w:t>
            </w:r>
            <w:r w:rsidRPr="00481041">
              <w:rPr>
                <w:rFonts w:asciiTheme="majorHAnsi" w:hAnsiTheme="majorHAnsi" w:cstheme="majorHAnsi"/>
                <w:sz w:val="16"/>
              </w:rPr>
              <w:t xml:space="preserve"> caz</w:t>
            </w:r>
          </w:p>
        </w:tc>
      </w:tr>
      <w:tr w:rsidR="0092490D" w:rsidRPr="00481041" w14:paraId="21DFED06" w14:textId="77777777">
        <w:trPr>
          <w:cantSplit/>
        </w:trPr>
        <w:tc>
          <w:tcPr>
            <w:tcW w:w="9636" w:type="dxa"/>
          </w:tcPr>
          <w:p w14:paraId="3C89E4C2" w14:textId="77777777" w:rsidR="0092490D" w:rsidRPr="00481041" w:rsidRDefault="0092490D">
            <w:pPr>
              <w:pBdr>
                <w:bottom w:val="dotted" w:sz="6" w:space="0" w:color="999999"/>
              </w:pBdr>
              <w:spacing w:after="80"/>
              <w:rPr>
                <w:rFonts w:asciiTheme="majorHAnsi" w:hAnsiTheme="majorHAnsi" w:cstheme="majorHAnsi"/>
              </w:rPr>
            </w:pPr>
          </w:p>
          <w:p w14:paraId="1119B275" w14:textId="77777777" w:rsidR="0092490D" w:rsidRPr="00481041" w:rsidRDefault="0092490D">
            <w:pPr>
              <w:pBdr>
                <w:bottom w:val="dotted" w:sz="6" w:space="0" w:color="999999"/>
              </w:pBdr>
              <w:spacing w:after="80"/>
              <w:rPr>
                <w:rFonts w:asciiTheme="majorHAnsi" w:hAnsiTheme="majorHAnsi" w:cstheme="majorHAnsi"/>
              </w:rPr>
            </w:pPr>
          </w:p>
        </w:tc>
      </w:tr>
    </w:tbl>
    <w:p w14:paraId="2694D3B3" w14:textId="77777777" w:rsidR="0092490D" w:rsidRPr="00481041" w:rsidRDefault="0092490D">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rsidRPr="00481041" w14:paraId="731F448F" w14:textId="77777777">
        <w:trPr>
          <w:cantSplit/>
        </w:trPr>
        <w:tc>
          <w:tcPr>
            <w:tcW w:w="9636" w:type="dxa"/>
            <w:gridSpan w:val="3"/>
            <w:shd w:val="clear" w:color="auto" w:fill="F4F4F4"/>
          </w:tcPr>
          <w:p w14:paraId="368A4FAC" w14:textId="77777777" w:rsidR="0092490D" w:rsidRPr="00481041" w:rsidRDefault="008D3852">
            <w:pPr>
              <w:keepNext/>
              <w:rPr>
                <w:rFonts w:asciiTheme="majorHAnsi" w:hAnsiTheme="majorHAnsi" w:cstheme="majorHAnsi"/>
              </w:rPr>
            </w:pPr>
            <w:r w:rsidRPr="00481041">
              <w:rPr>
                <w:rFonts w:asciiTheme="majorHAnsi" w:hAnsiTheme="majorHAnsi" w:cstheme="majorHAnsi"/>
                <w:b/>
                <w:sz w:val="16"/>
              </w:rPr>
              <w:t xml:space="preserve"> 7. </w:t>
            </w:r>
            <w:r w:rsidRPr="00481041">
              <w:rPr>
                <w:rFonts w:asciiTheme="majorHAnsi" w:hAnsiTheme="majorHAnsi" w:cstheme="majorHAnsi"/>
                <w:b/>
                <w:color w:val="000000"/>
                <w:sz w:val="18"/>
              </w:rPr>
              <w:t>DATA ȘI SEMNĂTURA</w:t>
            </w:r>
          </w:p>
        </w:tc>
      </w:tr>
      <w:tr w:rsidR="0092490D" w:rsidRPr="00481041" w14:paraId="47AEC3A8" w14:textId="77777777">
        <w:trPr>
          <w:cantSplit/>
        </w:trPr>
        <w:tc>
          <w:tcPr>
            <w:tcW w:w="9636" w:type="dxa"/>
            <w:gridSpan w:val="3"/>
          </w:tcPr>
          <w:p w14:paraId="1196224E" w14:textId="77777777" w:rsidR="0092490D" w:rsidRPr="00481041" w:rsidRDefault="008D3852">
            <w:pPr>
              <w:keepNext/>
              <w:spacing w:line="228" w:lineRule="auto"/>
              <w:rPr>
                <w:rFonts w:asciiTheme="majorHAnsi" w:hAnsiTheme="majorHAnsi" w:cstheme="majorHAnsi"/>
              </w:rPr>
            </w:pPr>
            <w:r w:rsidRPr="00481041">
              <w:rPr>
                <w:rFonts w:asciiTheme="majorHAnsi" w:hAnsiTheme="majorHAnsi" w:cstheme="majorHAnsi"/>
                <w:i/>
                <w:sz w:val="17"/>
              </w:rPr>
              <w:t>Declar pe propria răspundere, cunoscând prevederile legii penale privind falsul în declarații, că datele înscrise sunt reale și exacte.</w:t>
            </w:r>
          </w:p>
        </w:tc>
      </w:tr>
      <w:tr w:rsidR="0092490D" w:rsidRPr="00481041" w14:paraId="2CE6095D" w14:textId="77777777">
        <w:trPr>
          <w:cantSplit/>
          <w:trHeight w:val="510"/>
        </w:trPr>
        <w:tc>
          <w:tcPr>
            <w:tcW w:w="1606" w:type="dxa"/>
          </w:tcPr>
          <w:p w14:paraId="1694DC26" w14:textId="77777777" w:rsidR="0092490D" w:rsidRPr="00481041" w:rsidRDefault="008D3852">
            <w:pPr>
              <w:rPr>
                <w:rFonts w:asciiTheme="majorHAnsi" w:hAnsiTheme="majorHAnsi" w:cstheme="majorHAnsi"/>
              </w:rPr>
            </w:pPr>
            <w:r w:rsidRPr="00481041">
              <w:rPr>
                <w:rFonts w:asciiTheme="majorHAnsi" w:hAnsiTheme="majorHAnsi" w:cstheme="majorHAnsi"/>
                <w:b/>
                <w:color w:val="0D5F78"/>
              </w:rPr>
              <w:t>Data</w:t>
            </w:r>
          </w:p>
          <w:p w14:paraId="67CE68A8" w14:textId="77777777" w:rsidR="0092490D" w:rsidRPr="00481041" w:rsidRDefault="0092490D">
            <w:pPr>
              <w:rPr>
                <w:rFonts w:asciiTheme="majorHAnsi" w:hAnsiTheme="majorHAnsi" w:cstheme="majorHAnsi"/>
              </w:rPr>
            </w:pPr>
          </w:p>
        </w:tc>
        <w:tc>
          <w:tcPr>
            <w:tcW w:w="4818" w:type="dxa"/>
          </w:tcPr>
          <w:p w14:paraId="7491E07A" w14:textId="77777777" w:rsidR="0092490D" w:rsidRPr="00481041" w:rsidRDefault="008D3852">
            <w:pPr>
              <w:rPr>
                <w:rFonts w:asciiTheme="majorHAnsi" w:hAnsiTheme="majorHAnsi" w:cstheme="majorHAnsi"/>
              </w:rPr>
            </w:pPr>
            <w:r w:rsidRPr="00481041">
              <w:rPr>
                <w:rFonts w:asciiTheme="majorHAnsi" w:hAnsiTheme="majorHAnsi" w:cstheme="majorHAnsi"/>
                <w:b/>
                <w:color w:val="0D5F78"/>
              </w:rPr>
              <w:t>Solicitantul</w:t>
            </w:r>
          </w:p>
          <w:p w14:paraId="1B5D944B" w14:textId="77777777" w:rsidR="0092490D" w:rsidRPr="00481041" w:rsidRDefault="0092490D">
            <w:pPr>
              <w:rPr>
                <w:rFonts w:asciiTheme="majorHAnsi" w:hAnsiTheme="majorHAnsi" w:cstheme="majorHAnsi"/>
              </w:rPr>
            </w:pPr>
          </w:p>
        </w:tc>
        <w:tc>
          <w:tcPr>
            <w:tcW w:w="3212" w:type="dxa"/>
          </w:tcPr>
          <w:p w14:paraId="700ED158" w14:textId="77777777" w:rsidR="0092490D" w:rsidRPr="00481041" w:rsidRDefault="008D3852">
            <w:pPr>
              <w:rPr>
                <w:rFonts w:asciiTheme="majorHAnsi" w:hAnsiTheme="majorHAnsi" w:cstheme="majorHAnsi"/>
              </w:rPr>
            </w:pPr>
            <w:r w:rsidRPr="00481041">
              <w:rPr>
                <w:rFonts w:asciiTheme="majorHAnsi" w:hAnsiTheme="majorHAnsi" w:cstheme="majorHAnsi"/>
                <w:b/>
                <w:color w:val="0D5F78"/>
              </w:rPr>
              <w:t>Semnătura</w:t>
            </w:r>
          </w:p>
          <w:p w14:paraId="0381FD7B" w14:textId="77777777" w:rsidR="0092490D" w:rsidRPr="00481041" w:rsidRDefault="0092490D">
            <w:pPr>
              <w:rPr>
                <w:rFonts w:asciiTheme="majorHAnsi" w:hAnsiTheme="majorHAnsi" w:cstheme="majorHAnsi"/>
              </w:rPr>
            </w:pPr>
          </w:p>
        </w:tc>
      </w:tr>
    </w:tbl>
    <w:p w14:paraId="1001F8AC" w14:textId="77777777" w:rsidR="0092490D" w:rsidRPr="00481041" w:rsidRDefault="0092490D">
      <w:pPr>
        <w:spacing w:line="168" w:lineRule="auto"/>
        <w:rPr>
          <w:rFonts w:asciiTheme="majorHAnsi" w:hAnsiTheme="majorHAnsi" w:cstheme="majorHAnsi"/>
        </w:rPr>
      </w:pPr>
    </w:p>
    <w:sectPr w:rsidR="0092490D" w:rsidRPr="00481041"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51AC" w14:textId="77777777" w:rsidR="00822E24" w:rsidRDefault="00822E24">
      <w:r>
        <w:separator/>
      </w:r>
    </w:p>
  </w:endnote>
  <w:endnote w:type="continuationSeparator" w:id="0">
    <w:p w14:paraId="445233EA" w14:textId="77777777" w:rsidR="00822E24" w:rsidRDefault="0082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Pr="00481041" w:rsidRDefault="008D3852">
    <w:pPr>
      <w:pStyle w:val="Footer"/>
      <w:tabs>
        <w:tab w:val="right" w:pos="9639"/>
      </w:tabs>
      <w:rPr>
        <w:rFonts w:asciiTheme="majorHAnsi" w:hAnsiTheme="majorHAnsi" w:cstheme="majorHAnsi"/>
        <w:sz w:val="13"/>
        <w:szCs w:val="13"/>
      </w:rPr>
    </w:pPr>
    <w:r w:rsidRPr="00481041">
      <w:rPr>
        <w:rFonts w:asciiTheme="majorHAnsi" w:hAnsiTheme="majorHAnsi" w:cstheme="majorHAnsi"/>
        <w:color w:val="595959"/>
        <w:sz w:val="13"/>
        <w:szCs w:val="13"/>
      </w:rPr>
      <w:t>F_0</w:t>
    </w:r>
    <w:r w:rsidR="00990104" w:rsidRPr="00481041">
      <w:rPr>
        <w:rFonts w:asciiTheme="majorHAnsi" w:hAnsiTheme="majorHAnsi" w:cstheme="majorHAnsi"/>
        <w:color w:val="595959"/>
        <w:sz w:val="13"/>
        <w:szCs w:val="13"/>
      </w:rPr>
      <w:t>5</w:t>
    </w:r>
    <w:r w:rsidRPr="00481041">
      <w:rPr>
        <w:rFonts w:asciiTheme="majorHAnsi" w:hAnsiTheme="majorHAnsi" w:cstheme="majorHAnsi"/>
        <w:color w:val="595959"/>
        <w:sz w:val="13"/>
        <w:szCs w:val="13"/>
      </w:rPr>
      <w:t xml:space="preserve"> · </w:t>
    </w:r>
    <w:proofErr w:type="spellStart"/>
    <w:r w:rsidRPr="00481041">
      <w:rPr>
        <w:rFonts w:asciiTheme="majorHAnsi" w:hAnsiTheme="majorHAnsi" w:cstheme="majorHAnsi"/>
        <w:color w:val="595959"/>
        <w:sz w:val="13"/>
        <w:szCs w:val="13"/>
      </w:rPr>
      <w:t>versiunea</w:t>
    </w:r>
    <w:proofErr w:type="spellEnd"/>
    <w:r w:rsidRPr="00481041">
      <w:rPr>
        <w:rFonts w:asciiTheme="majorHAnsi" w:hAnsiTheme="majorHAnsi" w:cstheme="majorHAnsi"/>
        <w:color w:val="595959"/>
        <w:sz w:val="13"/>
        <w:szCs w:val="13"/>
      </w:rPr>
      <w:t xml:space="preserve"> 1.0</w:t>
    </w:r>
    <w:r w:rsidRPr="00481041">
      <w:rPr>
        <w:rFonts w:asciiTheme="majorHAnsi" w:hAnsiTheme="majorHAnsi" w:cstheme="majorHAnsi"/>
        <w:color w:val="595959"/>
        <w:sz w:val="13"/>
        <w:szCs w:val="13"/>
      </w:rPr>
      <w:tab/>
    </w:r>
    <w:proofErr w:type="spellStart"/>
    <w:r w:rsidRPr="00481041">
      <w:rPr>
        <w:rFonts w:asciiTheme="majorHAnsi" w:hAnsiTheme="majorHAnsi" w:cstheme="majorHAnsi"/>
        <w:color w:val="595959"/>
        <w:sz w:val="13"/>
        <w:szCs w:val="13"/>
      </w:rPr>
      <w:t>pagina</w:t>
    </w:r>
    <w:proofErr w:type="spellEnd"/>
    <w:r w:rsidRPr="00481041">
      <w:rPr>
        <w:rFonts w:asciiTheme="majorHAnsi" w:hAnsiTheme="majorHAnsi" w:cstheme="majorHAnsi"/>
        <w:color w:val="595959"/>
        <w:sz w:val="13"/>
        <w:szCs w:val="13"/>
      </w:rPr>
      <w:t xml:space="preserve"> </w:t>
    </w:r>
    <w:r w:rsidRPr="00481041">
      <w:rPr>
        <w:rFonts w:asciiTheme="majorHAnsi" w:hAnsiTheme="majorHAnsi" w:cstheme="majorHAnsi"/>
        <w:color w:val="595959"/>
        <w:sz w:val="13"/>
        <w:szCs w:val="13"/>
      </w:rPr>
      <w:fldChar w:fldCharType="begin"/>
    </w:r>
    <w:r w:rsidRPr="00481041">
      <w:rPr>
        <w:rFonts w:asciiTheme="majorHAnsi" w:hAnsiTheme="majorHAnsi" w:cstheme="majorHAnsi"/>
        <w:color w:val="595959"/>
        <w:sz w:val="13"/>
        <w:szCs w:val="13"/>
      </w:rPr>
      <w:instrText xml:space="preserve"> PAGE </w:instrText>
    </w:r>
    <w:r w:rsidRPr="00481041">
      <w:rPr>
        <w:rFonts w:asciiTheme="majorHAnsi" w:hAnsiTheme="majorHAnsi" w:cstheme="majorHAnsi"/>
        <w:color w:val="595959"/>
        <w:sz w:val="13"/>
        <w:szCs w:val="13"/>
      </w:rPr>
      <w:fldChar w:fldCharType="separate"/>
    </w:r>
    <w:r w:rsidR="00990104" w:rsidRPr="00481041">
      <w:rPr>
        <w:rFonts w:asciiTheme="majorHAnsi" w:hAnsiTheme="majorHAnsi" w:cstheme="majorHAnsi"/>
        <w:noProof/>
        <w:color w:val="595959"/>
        <w:sz w:val="13"/>
        <w:szCs w:val="13"/>
      </w:rPr>
      <w:t>1</w:t>
    </w:r>
    <w:r w:rsidRPr="00481041">
      <w:rPr>
        <w:rFonts w:asciiTheme="majorHAnsi" w:hAnsiTheme="majorHAnsi" w:cstheme="majorHAnsi"/>
        <w:color w:val="595959"/>
        <w:sz w:val="13"/>
        <w:szCs w:val="13"/>
      </w:rPr>
      <w:fldChar w:fldCharType="end"/>
    </w:r>
    <w:r w:rsidRPr="00481041">
      <w:rPr>
        <w:rFonts w:asciiTheme="majorHAnsi" w:hAnsiTheme="majorHAnsi" w:cstheme="majorHAnsi"/>
        <w:color w:val="595959"/>
        <w:sz w:val="13"/>
        <w:szCs w:val="13"/>
      </w:rPr>
      <w:t xml:space="preserve"> din </w:t>
    </w:r>
    <w:r w:rsidRPr="00481041">
      <w:rPr>
        <w:rFonts w:asciiTheme="majorHAnsi" w:hAnsiTheme="majorHAnsi" w:cstheme="majorHAnsi"/>
        <w:color w:val="595959"/>
        <w:sz w:val="13"/>
        <w:szCs w:val="13"/>
      </w:rPr>
      <w:fldChar w:fldCharType="begin"/>
    </w:r>
    <w:r w:rsidRPr="00481041">
      <w:rPr>
        <w:rFonts w:asciiTheme="majorHAnsi" w:hAnsiTheme="majorHAnsi" w:cstheme="majorHAnsi"/>
        <w:color w:val="595959"/>
        <w:sz w:val="13"/>
        <w:szCs w:val="13"/>
      </w:rPr>
      <w:instrText xml:space="preserve"> NUMPAGES </w:instrText>
    </w:r>
    <w:r w:rsidRPr="00481041">
      <w:rPr>
        <w:rFonts w:asciiTheme="majorHAnsi" w:hAnsiTheme="majorHAnsi" w:cstheme="majorHAnsi"/>
        <w:color w:val="595959"/>
        <w:sz w:val="13"/>
        <w:szCs w:val="13"/>
      </w:rPr>
      <w:fldChar w:fldCharType="separate"/>
    </w:r>
    <w:r w:rsidR="00990104" w:rsidRPr="00481041">
      <w:rPr>
        <w:rFonts w:asciiTheme="majorHAnsi" w:hAnsiTheme="majorHAnsi" w:cstheme="majorHAnsi"/>
        <w:noProof/>
        <w:color w:val="595959"/>
        <w:sz w:val="13"/>
        <w:szCs w:val="13"/>
      </w:rPr>
      <w:t>2</w:t>
    </w:r>
    <w:r w:rsidRPr="00481041">
      <w:rPr>
        <w:rFonts w:asciiTheme="majorHAnsi" w:hAnsiTheme="majorHAnsi" w:cstheme="majorHAnsi"/>
        <w:color w:val="595959"/>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3DF7" w14:textId="77777777" w:rsidR="00822E24" w:rsidRDefault="00822E24">
      <w:r>
        <w:separator/>
      </w:r>
    </w:p>
  </w:footnote>
  <w:footnote w:type="continuationSeparator" w:id="0">
    <w:p w14:paraId="60B45BFF" w14:textId="77777777" w:rsidR="00822E24" w:rsidRDefault="00822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5FDE" w14:textId="0E94E7A9" w:rsidR="007E340E" w:rsidRPr="00481041" w:rsidRDefault="007E340E" w:rsidP="007E340E">
    <w:pPr>
      <w:pStyle w:val="Header"/>
      <w:rPr>
        <w:rFonts w:asciiTheme="majorHAnsi" w:hAnsiTheme="majorHAnsi" w:cstheme="majorHAnsi"/>
        <w:b/>
        <w:bCs/>
        <w:i/>
        <w:iCs/>
        <w:color w:val="595959"/>
        <w:sz w:val="14"/>
        <w:szCs w:val="14"/>
        <w:u w:val="single"/>
        <w:lang w:val="pt-BR"/>
      </w:rPr>
    </w:pPr>
    <w:r w:rsidRPr="00481041">
      <w:rPr>
        <w:rFonts w:asciiTheme="majorHAnsi" w:hAnsiTheme="majorHAnsi" w:cstheme="majorHAnsi"/>
        <w:b/>
        <w:bCs/>
        <w:i/>
        <w:iCs/>
        <w:color w:val="595959"/>
        <w:sz w:val="14"/>
        <w:szCs w:val="14"/>
        <w:u w:val="single"/>
        <w:lang w:val="pt-BR"/>
      </w:rPr>
      <w:t xml:space="preserve">Anexa nr.4 </w:t>
    </w:r>
  </w:p>
  <w:p w14:paraId="73718634" w14:textId="18701BAF" w:rsidR="00975330" w:rsidRPr="00481041" w:rsidRDefault="00975330">
    <w:pPr>
      <w:pStyle w:val="Header"/>
      <w:rPr>
        <w:rFonts w:asciiTheme="majorHAnsi" w:hAnsiTheme="majorHAnsi" w:cstheme="majorHAnsi"/>
        <w:color w:val="595959"/>
      </w:rPr>
    </w:pPr>
    <w:r w:rsidRPr="00481041">
      <w:rPr>
        <w:rFonts w:asciiTheme="majorHAnsi" w:hAnsiTheme="majorHAnsi" w:cstheme="majorHAnsi"/>
        <w:color w:val="595959"/>
      </w:rPr>
      <w:t>F_</w:t>
    </w:r>
    <w:proofErr w:type="gramStart"/>
    <w:r w:rsidRPr="00481041">
      <w:rPr>
        <w:rFonts w:asciiTheme="majorHAnsi" w:hAnsiTheme="majorHAnsi" w:cstheme="majorHAnsi"/>
        <w:color w:val="595959"/>
      </w:rPr>
      <w:t xml:space="preserve">05 </w:t>
    </w:r>
    <w:r w:rsidR="007E340E" w:rsidRPr="00481041">
      <w:rPr>
        <w:rFonts w:asciiTheme="majorHAnsi" w:hAnsiTheme="majorHAnsi" w:cstheme="majorHAnsi"/>
        <w:color w:val="595959"/>
      </w:rPr>
      <w:t xml:space="preserve"> Cerere</w:t>
    </w:r>
    <w:proofErr w:type="gramEnd"/>
    <w:r w:rsidR="007E340E" w:rsidRPr="00481041">
      <w:rPr>
        <w:rFonts w:asciiTheme="majorHAnsi" w:hAnsiTheme="majorHAnsi" w:cstheme="majorHAnsi"/>
        <w:color w:val="595959"/>
      </w:rPr>
      <w:t xml:space="preserve"> </w:t>
    </w:r>
    <w:proofErr w:type="spellStart"/>
    <w:r w:rsidR="007E340E" w:rsidRPr="00481041">
      <w:rPr>
        <w:rFonts w:asciiTheme="majorHAnsi" w:hAnsiTheme="majorHAnsi" w:cstheme="majorHAnsi"/>
        <w:color w:val="595959"/>
      </w:rPr>
      <w:t>aviz</w:t>
    </w:r>
    <w:proofErr w:type="spellEnd"/>
    <w:r w:rsidR="007E340E" w:rsidRPr="00481041">
      <w:rPr>
        <w:rFonts w:asciiTheme="majorHAnsi" w:hAnsiTheme="majorHAnsi" w:cstheme="majorHAnsi"/>
        <w:color w:val="595959"/>
      </w:rPr>
      <w:t xml:space="preserve"> de </w:t>
    </w:r>
    <w:proofErr w:type="spellStart"/>
    <w:r w:rsidR="007E340E" w:rsidRPr="00481041">
      <w:rPr>
        <w:rFonts w:asciiTheme="majorHAnsi" w:hAnsiTheme="majorHAnsi" w:cstheme="majorHAnsi"/>
        <w:color w:val="595959"/>
      </w:rPr>
      <w:t>amplasare</w:t>
    </w:r>
    <w:proofErr w:type="spellEnd"/>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5445092">
    <w:abstractNumId w:val="8"/>
  </w:num>
  <w:num w:numId="2" w16cid:durableId="1860122867">
    <w:abstractNumId w:val="6"/>
  </w:num>
  <w:num w:numId="3" w16cid:durableId="536626356">
    <w:abstractNumId w:val="5"/>
  </w:num>
  <w:num w:numId="4" w16cid:durableId="1614752847">
    <w:abstractNumId w:val="4"/>
  </w:num>
  <w:num w:numId="5" w16cid:durableId="907039676">
    <w:abstractNumId w:val="7"/>
  </w:num>
  <w:num w:numId="6" w16cid:durableId="330719612">
    <w:abstractNumId w:val="3"/>
  </w:num>
  <w:num w:numId="7" w16cid:durableId="154346924">
    <w:abstractNumId w:val="2"/>
  </w:num>
  <w:num w:numId="8" w16cid:durableId="2121684685">
    <w:abstractNumId w:val="1"/>
  </w:num>
  <w:num w:numId="9" w16cid:durableId="1583024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348B1"/>
    <w:rsid w:val="0015074B"/>
    <w:rsid w:val="001719B0"/>
    <w:rsid w:val="001B22B4"/>
    <w:rsid w:val="001F3E9B"/>
    <w:rsid w:val="0029639D"/>
    <w:rsid w:val="00326F90"/>
    <w:rsid w:val="003C1BE2"/>
    <w:rsid w:val="00481041"/>
    <w:rsid w:val="00627198"/>
    <w:rsid w:val="00696249"/>
    <w:rsid w:val="007C07B9"/>
    <w:rsid w:val="007E340E"/>
    <w:rsid w:val="00822E24"/>
    <w:rsid w:val="00846BAD"/>
    <w:rsid w:val="008D3852"/>
    <w:rsid w:val="0092490D"/>
    <w:rsid w:val="00975330"/>
    <w:rsid w:val="009803FB"/>
    <w:rsid w:val="00990104"/>
    <w:rsid w:val="00A02CEE"/>
    <w:rsid w:val="00A3333E"/>
    <w:rsid w:val="00AA1D8D"/>
    <w:rsid w:val="00AB55EB"/>
    <w:rsid w:val="00B47730"/>
    <w:rsid w:val="00BC56AE"/>
    <w:rsid w:val="00CB0664"/>
    <w:rsid w:val="00CF6EF6"/>
    <w:rsid w:val="00D52CF1"/>
    <w:rsid w:val="00D53D66"/>
    <w:rsid w:val="00D72C64"/>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556</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Mirela VLADESCU</cp:lastModifiedBy>
  <cp:revision>7</cp:revision>
  <dcterms:created xsi:type="dcterms:W3CDTF">2013-12-23T23:15:00Z</dcterms:created>
  <dcterms:modified xsi:type="dcterms:W3CDTF">2026-10-16T06:11:00Z</dcterms:modified>
  <cp:category/>
</cp:coreProperties>
</file>